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AA5339" w14:paraId="6DDBAFCF" w14:textId="77777777" w:rsidTr="007B57F1">
        <w:tc>
          <w:tcPr>
            <w:tcW w:w="8330" w:type="dxa"/>
          </w:tcPr>
          <w:p w14:paraId="0E1F9D21" w14:textId="77777777" w:rsidR="00AA5339" w:rsidRDefault="00AA5339" w:rsidP="00C84AAD">
            <w:pPr>
              <w:spacing w:line="240" w:lineRule="auto"/>
              <w:jc w:val="center"/>
              <w:rPr>
                <w:b/>
                <w:bCs/>
                <w:sz w:val="28"/>
                <w:szCs w:val="28"/>
              </w:rPr>
            </w:pPr>
            <w:r>
              <w:rPr>
                <w:b/>
                <w:bCs/>
                <w:sz w:val="28"/>
                <w:szCs w:val="28"/>
              </w:rPr>
              <w:t xml:space="preserve">PENGARUH KEMUDAHAN, KEAMANAN, DAN </w:t>
            </w:r>
          </w:p>
        </w:tc>
      </w:tr>
      <w:tr w:rsidR="00AA5339" w14:paraId="37373F93" w14:textId="77777777" w:rsidTr="007B57F1">
        <w:tc>
          <w:tcPr>
            <w:tcW w:w="8330" w:type="dxa"/>
          </w:tcPr>
          <w:p w14:paraId="1FF49A94" w14:textId="77777777" w:rsidR="00AA5339" w:rsidRPr="00AA5339" w:rsidRDefault="00C65721" w:rsidP="00C84AAD">
            <w:pPr>
              <w:spacing w:line="240" w:lineRule="auto"/>
              <w:jc w:val="center"/>
              <w:rPr>
                <w:b/>
                <w:bCs/>
                <w:sz w:val="28"/>
                <w:szCs w:val="28"/>
              </w:rPr>
            </w:pPr>
            <w:r>
              <w:rPr>
                <w:b/>
                <w:bCs/>
                <w:sz w:val="28"/>
                <w:szCs w:val="28"/>
              </w:rPr>
              <w:t>KECEPATAN TRANSAKSI  TERHADAP MINAT PENGGUNAAN PEMBAYARAN QRIS PADA PELANGGAN</w:t>
            </w:r>
          </w:p>
          <w:p w14:paraId="05DAD558" w14:textId="77777777" w:rsidR="00AA5339" w:rsidRDefault="00AA5339" w:rsidP="00C84AAD">
            <w:pPr>
              <w:spacing w:line="240" w:lineRule="auto"/>
              <w:jc w:val="center"/>
              <w:rPr>
                <w:b/>
                <w:bCs/>
                <w:sz w:val="28"/>
                <w:szCs w:val="28"/>
              </w:rPr>
            </w:pPr>
            <w:r>
              <w:rPr>
                <w:b/>
                <w:bCs/>
                <w:sz w:val="28"/>
                <w:szCs w:val="28"/>
              </w:rPr>
              <w:t>KIOS SEMBAKO DAN SAYUR</w:t>
            </w:r>
          </w:p>
        </w:tc>
      </w:tr>
      <w:tr w:rsidR="00AA5339" w14:paraId="274F0DA1" w14:textId="77777777" w:rsidTr="007B57F1">
        <w:tc>
          <w:tcPr>
            <w:tcW w:w="8330" w:type="dxa"/>
          </w:tcPr>
          <w:p w14:paraId="5D8EC37E" w14:textId="77777777" w:rsidR="00AA5339" w:rsidRPr="00AA5339" w:rsidRDefault="00AA5339" w:rsidP="00C84AAD">
            <w:pPr>
              <w:spacing w:line="240" w:lineRule="auto"/>
              <w:jc w:val="center"/>
              <w:rPr>
                <w:b/>
                <w:bCs/>
                <w:sz w:val="28"/>
                <w:szCs w:val="28"/>
              </w:rPr>
            </w:pPr>
            <w:r>
              <w:rPr>
                <w:b/>
                <w:bCs/>
                <w:sz w:val="28"/>
                <w:szCs w:val="28"/>
              </w:rPr>
              <w:t>"KANGMAS SAYUR"</w:t>
            </w:r>
          </w:p>
          <w:p w14:paraId="48EE917D" w14:textId="77777777" w:rsidR="00AA5339" w:rsidRDefault="00AA5339" w:rsidP="00C84AAD">
            <w:pPr>
              <w:spacing w:line="240" w:lineRule="auto"/>
              <w:jc w:val="center"/>
              <w:rPr>
                <w:b/>
                <w:bCs/>
                <w:sz w:val="28"/>
              </w:rPr>
            </w:pPr>
            <w:r>
              <w:rPr>
                <w:b/>
                <w:bCs/>
                <w:sz w:val="28"/>
              </w:rPr>
              <w:t>DI RAGUNAN</w:t>
            </w:r>
          </w:p>
          <w:p w14:paraId="035044A7" w14:textId="77777777" w:rsidR="004553FC" w:rsidRDefault="004553FC" w:rsidP="00C84AAD">
            <w:pPr>
              <w:spacing w:line="240" w:lineRule="auto"/>
              <w:jc w:val="center"/>
              <w:rPr>
                <w:b/>
                <w:bCs/>
                <w:sz w:val="28"/>
                <w:szCs w:val="28"/>
              </w:rPr>
            </w:pPr>
          </w:p>
          <w:p w14:paraId="39665EC9" w14:textId="77777777" w:rsidR="00C84AAD" w:rsidRPr="00AA5339" w:rsidRDefault="00C84AAD" w:rsidP="00C84AAD">
            <w:pPr>
              <w:spacing w:line="240" w:lineRule="auto"/>
              <w:jc w:val="center"/>
              <w:rPr>
                <w:b/>
                <w:bCs/>
                <w:sz w:val="28"/>
                <w:szCs w:val="28"/>
              </w:rPr>
            </w:pPr>
          </w:p>
        </w:tc>
      </w:tr>
      <w:tr w:rsidR="007B57F1" w14:paraId="5F0F890D"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tcBorders>
              <w:top w:val="nil"/>
              <w:left w:val="nil"/>
              <w:bottom w:val="nil"/>
              <w:right w:val="nil"/>
            </w:tcBorders>
          </w:tcPr>
          <w:p w14:paraId="1ECAA458" w14:textId="05579B40" w:rsidR="007B57F1" w:rsidRPr="007B57F1" w:rsidRDefault="007B57F1" w:rsidP="007B57F1">
            <w:pPr>
              <w:spacing w:line="240" w:lineRule="auto"/>
              <w:jc w:val="center"/>
              <w:rPr>
                <w:b/>
                <w:bCs/>
                <w:i/>
                <w:iCs/>
                <w:sz w:val="28"/>
                <w:szCs w:val="28"/>
                <w:lang w:val="en"/>
              </w:rPr>
            </w:pPr>
            <w:r w:rsidRPr="002D7577">
              <w:rPr>
                <w:b/>
                <w:bCs/>
                <w:i/>
                <w:iCs/>
                <w:sz w:val="28"/>
                <w:szCs w:val="28"/>
                <w:lang w:val="en"/>
              </w:rPr>
              <w:t>THE EFFECT OF CONVENIENCE, SECURITY, AND SPEED</w:t>
            </w:r>
            <w:r>
              <w:rPr>
                <w:b/>
                <w:bCs/>
                <w:i/>
                <w:iCs/>
                <w:sz w:val="28"/>
                <w:szCs w:val="28"/>
                <w:lang w:val="en"/>
              </w:rPr>
              <w:t xml:space="preserve"> </w:t>
            </w:r>
            <w:r w:rsidRPr="002D7577">
              <w:rPr>
                <w:b/>
                <w:bCs/>
                <w:i/>
                <w:iCs/>
                <w:sz w:val="28"/>
                <w:szCs w:val="28"/>
                <w:lang w:val="en"/>
              </w:rPr>
              <w:t>OF</w:t>
            </w:r>
          </w:p>
        </w:tc>
      </w:tr>
      <w:tr w:rsidR="007B57F1" w14:paraId="18CF407B"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tcBorders>
              <w:top w:val="nil"/>
              <w:left w:val="nil"/>
              <w:bottom w:val="nil"/>
              <w:right w:val="nil"/>
            </w:tcBorders>
          </w:tcPr>
          <w:p w14:paraId="76D9B3AF" w14:textId="0CEBAB6A" w:rsidR="007B57F1" w:rsidRPr="007B57F1" w:rsidRDefault="007B57F1" w:rsidP="007B57F1">
            <w:pPr>
              <w:spacing w:line="240" w:lineRule="auto"/>
              <w:jc w:val="center"/>
              <w:rPr>
                <w:b/>
                <w:bCs/>
                <w:i/>
                <w:iCs/>
                <w:sz w:val="28"/>
                <w:szCs w:val="28"/>
                <w:lang w:val="en"/>
              </w:rPr>
            </w:pPr>
            <w:r w:rsidRPr="002D7577">
              <w:rPr>
                <w:b/>
                <w:bCs/>
                <w:i/>
                <w:iCs/>
                <w:sz w:val="28"/>
                <w:szCs w:val="28"/>
                <w:lang w:val="en"/>
              </w:rPr>
              <w:t>TRANSACTIONS  ON THE INTEREST IN USING QRIS PAYMENTS</w:t>
            </w:r>
            <w:r>
              <w:rPr>
                <w:b/>
                <w:bCs/>
                <w:i/>
                <w:iCs/>
                <w:sz w:val="28"/>
                <w:szCs w:val="28"/>
                <w:lang w:val="en"/>
              </w:rPr>
              <w:t xml:space="preserve"> </w:t>
            </w:r>
            <w:r w:rsidRPr="002D7577">
              <w:rPr>
                <w:b/>
                <w:bCs/>
                <w:i/>
                <w:iCs/>
                <w:sz w:val="28"/>
                <w:szCs w:val="28"/>
                <w:lang w:val="en"/>
              </w:rPr>
              <w:t>AMONG CUSTOMERS OF THE "KANGMAS SAYUR" GROCERY AND VEGETABLE KIOS</w:t>
            </w:r>
          </w:p>
        </w:tc>
      </w:tr>
      <w:tr w:rsidR="007B57F1" w14:paraId="55EF2091"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tcBorders>
              <w:top w:val="nil"/>
              <w:left w:val="nil"/>
              <w:bottom w:val="nil"/>
              <w:right w:val="nil"/>
            </w:tcBorders>
          </w:tcPr>
          <w:p w14:paraId="51C38C6D" w14:textId="481BA7B9" w:rsidR="007B57F1" w:rsidRPr="007B57F1" w:rsidRDefault="007B57F1" w:rsidP="007B57F1">
            <w:pPr>
              <w:spacing w:line="240" w:lineRule="auto"/>
              <w:jc w:val="center"/>
              <w:rPr>
                <w:b/>
                <w:bCs/>
                <w:i/>
                <w:iCs/>
                <w:sz w:val="28"/>
                <w:szCs w:val="28"/>
                <w:lang w:val="en-ID"/>
              </w:rPr>
            </w:pPr>
            <w:r w:rsidRPr="002D7577">
              <w:rPr>
                <w:b/>
                <w:bCs/>
                <w:i/>
                <w:iCs/>
                <w:sz w:val="28"/>
                <w:szCs w:val="28"/>
                <w:lang w:val="en"/>
              </w:rPr>
              <w:t>IN RAGUNAN</w:t>
            </w:r>
          </w:p>
        </w:tc>
      </w:tr>
    </w:tbl>
    <w:p w14:paraId="51C134E4" w14:textId="77777777" w:rsidR="00EA2A3C" w:rsidRDefault="00EA2A3C" w:rsidP="00C84AAD">
      <w:pPr>
        <w:spacing w:after="0" w:line="240" w:lineRule="auto"/>
        <w:rPr>
          <w:rFonts w:cs="Times New Roman"/>
          <w:szCs w:val="24"/>
        </w:rPr>
      </w:pPr>
    </w:p>
    <w:p w14:paraId="7C16DCFA" w14:textId="77777777" w:rsidR="004553FC" w:rsidRDefault="004553FC" w:rsidP="00C84AAD">
      <w:pPr>
        <w:spacing w:after="0" w:line="240" w:lineRule="auto"/>
        <w:rPr>
          <w:rFonts w:cs="Times New Roman"/>
          <w:szCs w:val="24"/>
        </w:rPr>
      </w:pPr>
    </w:p>
    <w:p w14:paraId="14284DF9" w14:textId="77777777" w:rsidR="00C84AAD" w:rsidRPr="00115031" w:rsidRDefault="00C84AAD" w:rsidP="00C84AAD">
      <w:pPr>
        <w:spacing w:after="0" w:line="240" w:lineRule="auto"/>
        <w:rPr>
          <w:rFonts w:cs="Times New Roman"/>
          <w:szCs w:val="24"/>
        </w:rPr>
      </w:pPr>
    </w:p>
    <w:p w14:paraId="6943F357" w14:textId="77777777" w:rsidR="00EA2A3C" w:rsidRDefault="00E04E4E" w:rsidP="00C84AAD">
      <w:pPr>
        <w:spacing w:after="0" w:line="240" w:lineRule="auto"/>
        <w:jc w:val="center"/>
        <w:rPr>
          <w:rFonts w:cs="Times New Roman"/>
          <w:b/>
          <w:szCs w:val="24"/>
        </w:rPr>
      </w:pPr>
      <w:r>
        <w:rPr>
          <w:rFonts w:cs="Times New Roman"/>
          <w:b/>
          <w:szCs w:val="24"/>
        </w:rPr>
        <w:t>Oleh:</w:t>
      </w:r>
      <w:r>
        <w:rPr>
          <w:rFonts w:cs="Times New Roman"/>
          <w:b/>
          <w:szCs w:val="24"/>
        </w:rPr>
        <w:br/>
        <w:t>YEPI PUSPITASARI</w:t>
      </w:r>
      <w:r>
        <w:rPr>
          <w:rFonts w:cs="Times New Roman"/>
          <w:b/>
          <w:szCs w:val="24"/>
        </w:rPr>
        <w:br/>
        <w:t>61201022009552</w:t>
      </w:r>
    </w:p>
    <w:p w14:paraId="6EDB3F0C" w14:textId="77777777" w:rsidR="0046384C" w:rsidRDefault="0046384C" w:rsidP="00C84AAD">
      <w:pPr>
        <w:spacing w:after="0" w:line="240" w:lineRule="auto"/>
        <w:jc w:val="center"/>
        <w:rPr>
          <w:rFonts w:cs="Times New Roman"/>
          <w:szCs w:val="24"/>
        </w:rPr>
      </w:pPr>
    </w:p>
    <w:p w14:paraId="6C0EA585" w14:textId="77777777" w:rsidR="004553FC" w:rsidRDefault="004553FC" w:rsidP="00C84AAD">
      <w:pPr>
        <w:spacing w:after="0" w:line="240" w:lineRule="auto"/>
        <w:jc w:val="center"/>
        <w:rPr>
          <w:rFonts w:cs="Times New Roman"/>
          <w:szCs w:val="24"/>
        </w:rPr>
      </w:pPr>
    </w:p>
    <w:p w14:paraId="08F0CA65" w14:textId="77777777" w:rsidR="00C84AAD" w:rsidRDefault="00C84AAD" w:rsidP="00C84AAD">
      <w:pPr>
        <w:spacing w:after="0" w:line="240" w:lineRule="auto"/>
        <w:jc w:val="center"/>
        <w:rPr>
          <w:rFonts w:cs="Times New Roman"/>
          <w:szCs w:val="24"/>
        </w:rPr>
      </w:pPr>
    </w:p>
    <w:p w14:paraId="18912789" w14:textId="77777777" w:rsidR="004553FC" w:rsidRDefault="004553FC" w:rsidP="00C84AAD">
      <w:pPr>
        <w:spacing w:after="0" w:line="240" w:lineRule="auto"/>
        <w:jc w:val="center"/>
        <w:rPr>
          <w:rFonts w:cs="Times New Roman"/>
          <w:szCs w:val="24"/>
        </w:rPr>
      </w:pPr>
    </w:p>
    <w:p w14:paraId="13A67802" w14:textId="77777777" w:rsidR="0046384C" w:rsidRPr="0046384C" w:rsidRDefault="0046384C" w:rsidP="00C84AAD">
      <w:pPr>
        <w:spacing w:after="0" w:line="240" w:lineRule="auto"/>
        <w:jc w:val="center"/>
        <w:rPr>
          <w:rFonts w:cs="Times New Roman"/>
          <w:b/>
          <w:bCs/>
          <w:szCs w:val="24"/>
        </w:rPr>
      </w:pPr>
      <w:r>
        <w:rPr>
          <w:rFonts w:cs="Times New Roman"/>
          <w:b/>
          <w:bCs/>
          <w:szCs w:val="24"/>
        </w:rPr>
        <w:t>SKRIPSI</w:t>
      </w:r>
    </w:p>
    <w:p w14:paraId="745691E8" w14:textId="77777777" w:rsidR="0059162F" w:rsidRPr="0046384C" w:rsidRDefault="0059162F" w:rsidP="00C84AAD">
      <w:pPr>
        <w:spacing w:after="0" w:line="240" w:lineRule="auto"/>
        <w:rPr>
          <w:rFonts w:cs="Times New Roman"/>
          <w:szCs w:val="24"/>
        </w:rPr>
      </w:pPr>
    </w:p>
    <w:p w14:paraId="38285F6D" w14:textId="77777777" w:rsidR="0059162F" w:rsidRPr="0046384C" w:rsidRDefault="0059162F" w:rsidP="00C84AAD">
      <w:pPr>
        <w:spacing w:after="0" w:line="240" w:lineRule="auto"/>
        <w:rPr>
          <w:rFonts w:cs="Times New Roman"/>
          <w:szCs w:val="24"/>
        </w:rPr>
      </w:pPr>
    </w:p>
    <w:p w14:paraId="7FE1B308" w14:textId="77777777" w:rsidR="0059162F" w:rsidRPr="0046384C" w:rsidRDefault="0059162F" w:rsidP="00C84AAD">
      <w:pPr>
        <w:spacing w:after="0" w:line="240" w:lineRule="auto"/>
        <w:rPr>
          <w:rFonts w:cs="Times New Roman"/>
          <w:szCs w:val="24"/>
        </w:rPr>
      </w:pPr>
    </w:p>
    <w:p w14:paraId="109E4354" w14:textId="77777777" w:rsidR="00EA2A3C" w:rsidRPr="0046384C" w:rsidRDefault="00C84AAD" w:rsidP="00C84AAD">
      <w:pPr>
        <w:spacing w:after="0" w:line="240" w:lineRule="auto"/>
        <w:rPr>
          <w:rFonts w:cs="Times New Roman"/>
          <w:szCs w:val="24"/>
        </w:rPr>
      </w:pPr>
      <w:r>
        <w:rPr>
          <w:noProof/>
          <w:szCs w:val="24"/>
        </w:rPr>
        <w:drawing>
          <wp:anchor distT="0" distB="0" distL="114300" distR="114300" simplePos="0" relativeHeight="251652096" behindDoc="0" locked="0" layoutInCell="1" allowOverlap="1" wp14:anchorId="0A5E80ED" wp14:editId="4EFE6BDF">
            <wp:simplePos x="0" y="0"/>
            <wp:positionH relativeFrom="column">
              <wp:posOffset>449580</wp:posOffset>
            </wp:positionH>
            <wp:positionV relativeFrom="paragraph">
              <wp:posOffset>12065</wp:posOffset>
            </wp:positionV>
            <wp:extent cx="4126230" cy="1442720"/>
            <wp:effectExtent l="0" t="0" r="7620" b="0"/>
            <wp:wrapNone/>
            <wp:docPr id="1797442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1442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89A617" w14:textId="77777777" w:rsidR="00EA2A3C" w:rsidRPr="0046384C" w:rsidRDefault="00EA2A3C" w:rsidP="00C84AAD">
      <w:pPr>
        <w:spacing w:after="0" w:line="240" w:lineRule="auto"/>
        <w:rPr>
          <w:rFonts w:cs="Times New Roman"/>
          <w:szCs w:val="24"/>
        </w:rPr>
      </w:pPr>
    </w:p>
    <w:p w14:paraId="15B57927" w14:textId="77777777" w:rsidR="00115031" w:rsidRPr="0046384C" w:rsidRDefault="00115031" w:rsidP="00C84AAD">
      <w:pPr>
        <w:spacing w:after="0" w:line="240" w:lineRule="auto"/>
        <w:rPr>
          <w:rFonts w:cs="Times New Roman"/>
          <w:szCs w:val="24"/>
        </w:rPr>
      </w:pPr>
    </w:p>
    <w:p w14:paraId="6DF59ADE" w14:textId="77777777" w:rsidR="0046384C" w:rsidRDefault="0046384C" w:rsidP="00C84AAD">
      <w:pPr>
        <w:spacing w:after="0" w:line="240" w:lineRule="auto"/>
        <w:rPr>
          <w:rFonts w:cs="Times New Roman"/>
          <w:b/>
          <w:szCs w:val="24"/>
        </w:rPr>
      </w:pPr>
    </w:p>
    <w:p w14:paraId="02431E5A" w14:textId="77777777" w:rsidR="0046384C" w:rsidRPr="0046384C" w:rsidRDefault="0046384C" w:rsidP="00C84AAD">
      <w:pPr>
        <w:spacing w:after="0" w:line="240" w:lineRule="auto"/>
        <w:jc w:val="center"/>
        <w:rPr>
          <w:rFonts w:cs="Times New Roman"/>
          <w:b/>
          <w:szCs w:val="24"/>
        </w:rPr>
      </w:pPr>
    </w:p>
    <w:p w14:paraId="63F02528" w14:textId="77777777" w:rsidR="004553FC" w:rsidRDefault="004553FC" w:rsidP="00C84AAD">
      <w:pPr>
        <w:spacing w:after="0" w:line="240" w:lineRule="auto"/>
        <w:jc w:val="center"/>
        <w:rPr>
          <w:rFonts w:cs="Times New Roman"/>
          <w:b/>
          <w:szCs w:val="24"/>
        </w:rPr>
      </w:pPr>
    </w:p>
    <w:p w14:paraId="0ECE4DCC" w14:textId="77777777" w:rsidR="004553FC" w:rsidRDefault="004553FC" w:rsidP="00C84AAD">
      <w:pPr>
        <w:spacing w:after="0" w:line="240" w:lineRule="auto"/>
        <w:jc w:val="center"/>
        <w:rPr>
          <w:rFonts w:cs="Times New Roman"/>
          <w:b/>
          <w:szCs w:val="24"/>
        </w:rPr>
      </w:pPr>
    </w:p>
    <w:p w14:paraId="1B8B428F" w14:textId="77777777" w:rsidR="004553FC" w:rsidRDefault="004553FC" w:rsidP="00C84AAD">
      <w:pPr>
        <w:spacing w:after="0" w:line="240" w:lineRule="auto"/>
        <w:jc w:val="center"/>
        <w:rPr>
          <w:rFonts w:cs="Times New Roman"/>
          <w:b/>
          <w:szCs w:val="24"/>
        </w:rPr>
      </w:pPr>
    </w:p>
    <w:p w14:paraId="48852B4F" w14:textId="77777777" w:rsidR="004553FC" w:rsidRDefault="004553FC" w:rsidP="00C84AAD">
      <w:pPr>
        <w:spacing w:after="0" w:line="240" w:lineRule="auto"/>
        <w:jc w:val="center"/>
        <w:rPr>
          <w:rFonts w:cs="Times New Roman"/>
          <w:b/>
          <w:szCs w:val="24"/>
        </w:rPr>
      </w:pPr>
    </w:p>
    <w:p w14:paraId="37DB5ADA" w14:textId="77777777" w:rsidR="004553FC" w:rsidRDefault="004553FC" w:rsidP="00C84AAD">
      <w:pPr>
        <w:spacing w:after="0" w:line="240" w:lineRule="auto"/>
        <w:jc w:val="center"/>
        <w:rPr>
          <w:rFonts w:cs="Times New Roman"/>
          <w:b/>
          <w:szCs w:val="24"/>
        </w:rPr>
      </w:pPr>
    </w:p>
    <w:p w14:paraId="75393F46" w14:textId="77777777" w:rsidR="004553FC" w:rsidRDefault="004553FC" w:rsidP="00C84AAD">
      <w:pPr>
        <w:spacing w:after="0" w:line="240" w:lineRule="auto"/>
        <w:jc w:val="center"/>
        <w:rPr>
          <w:rFonts w:cs="Times New Roman"/>
          <w:b/>
          <w:szCs w:val="24"/>
        </w:rPr>
      </w:pPr>
    </w:p>
    <w:p w14:paraId="303D57B8" w14:textId="77777777" w:rsidR="00C84AAD" w:rsidRDefault="00C84AAD" w:rsidP="00C84AAD">
      <w:pPr>
        <w:spacing w:after="0" w:line="240" w:lineRule="auto"/>
        <w:jc w:val="center"/>
        <w:rPr>
          <w:rFonts w:cs="Times New Roman"/>
          <w:b/>
          <w:szCs w:val="24"/>
        </w:rPr>
      </w:pPr>
    </w:p>
    <w:p w14:paraId="3C5AE7EA" w14:textId="77777777" w:rsidR="004553FC" w:rsidRDefault="004553FC" w:rsidP="00C84AAD">
      <w:pPr>
        <w:spacing w:after="0" w:line="240" w:lineRule="auto"/>
        <w:rPr>
          <w:rFonts w:cs="Times New Roman"/>
          <w:b/>
          <w:szCs w:val="24"/>
        </w:rPr>
      </w:pPr>
    </w:p>
    <w:p w14:paraId="067FCD16" w14:textId="77777777" w:rsidR="005139C1" w:rsidRDefault="00E04E4E" w:rsidP="00C84AAD">
      <w:pPr>
        <w:spacing w:after="0" w:line="240" w:lineRule="auto"/>
        <w:jc w:val="center"/>
        <w:rPr>
          <w:rFonts w:cs="Times New Roman"/>
          <w:b/>
          <w:sz w:val="28"/>
          <w:szCs w:val="28"/>
        </w:rPr>
      </w:pPr>
      <w:r>
        <w:rPr>
          <w:rFonts w:cs="Times New Roman"/>
          <w:b/>
          <w:sz w:val="28"/>
          <w:szCs w:val="28"/>
        </w:rPr>
        <w:t>JURUSAN MANAJEMEN</w:t>
      </w:r>
      <w:r>
        <w:rPr>
          <w:rFonts w:cs="Times New Roman"/>
          <w:b/>
          <w:sz w:val="28"/>
          <w:szCs w:val="28"/>
        </w:rPr>
        <w:br/>
        <w:t>SEKOLAH TINGGI ILMU EKONOMI GICI</w:t>
      </w:r>
      <w:r>
        <w:rPr>
          <w:rFonts w:cs="Times New Roman"/>
          <w:b/>
          <w:sz w:val="28"/>
          <w:szCs w:val="28"/>
        </w:rPr>
        <w:br/>
        <w:t>2026</w:t>
      </w:r>
    </w:p>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gridCol w:w="177"/>
      </w:tblGrid>
      <w:tr w:rsidR="0042248C" w:rsidRPr="00BF1589" w14:paraId="34CD440C" w14:textId="77777777" w:rsidTr="007B57F1">
        <w:trPr>
          <w:gridAfter w:val="1"/>
          <w:wAfter w:w="177" w:type="dxa"/>
        </w:trPr>
        <w:tc>
          <w:tcPr>
            <w:tcW w:w="8153" w:type="dxa"/>
          </w:tcPr>
          <w:p w14:paraId="6FEB66A2" w14:textId="77777777" w:rsidR="0042248C" w:rsidRPr="00BF1589" w:rsidRDefault="0042248C" w:rsidP="00BF1589">
            <w:pPr>
              <w:pStyle w:val="Heading1"/>
              <w:spacing w:line="240" w:lineRule="auto"/>
              <w:rPr>
                <w:sz w:val="28"/>
              </w:rPr>
            </w:pPr>
            <w:bookmarkStart w:id="0" w:name="_Toc236119179"/>
            <w:r>
              <w:rPr>
                <w:sz w:val="28"/>
              </w:rPr>
              <w:lastRenderedPageBreak/>
              <w:t>PENGARUH KEMUDAHAN, KEAMANAN, DAN</w:t>
            </w:r>
            <w:bookmarkEnd w:id="0"/>
            <w:r>
              <w:rPr>
                <w:sz w:val="28"/>
              </w:rPr>
              <w:t xml:space="preserve"> </w:t>
            </w:r>
          </w:p>
        </w:tc>
      </w:tr>
      <w:tr w:rsidR="0042248C" w14:paraId="1E81B6D9" w14:textId="77777777" w:rsidTr="007B57F1">
        <w:trPr>
          <w:gridAfter w:val="1"/>
          <w:wAfter w:w="177" w:type="dxa"/>
        </w:trPr>
        <w:tc>
          <w:tcPr>
            <w:tcW w:w="8153" w:type="dxa"/>
          </w:tcPr>
          <w:p w14:paraId="41B8491D" w14:textId="77777777" w:rsidR="0042248C" w:rsidRPr="00AA5339" w:rsidRDefault="0042248C" w:rsidP="00AD0F28">
            <w:pPr>
              <w:spacing w:line="240" w:lineRule="auto"/>
              <w:jc w:val="center"/>
              <w:rPr>
                <w:b/>
                <w:bCs/>
                <w:sz w:val="28"/>
                <w:szCs w:val="28"/>
              </w:rPr>
            </w:pPr>
            <w:r>
              <w:rPr>
                <w:b/>
                <w:bCs/>
                <w:sz w:val="28"/>
                <w:szCs w:val="28"/>
              </w:rPr>
              <w:t>KECEPATAN TRANSAKSI  TERHADAP MINAT PENGGUNAAN PEMBAYARAN QRIS PADA PELANGGAN</w:t>
            </w:r>
          </w:p>
          <w:p w14:paraId="55D9C5AF" w14:textId="77777777" w:rsidR="0042248C" w:rsidRDefault="0042248C" w:rsidP="00AD0F28">
            <w:pPr>
              <w:spacing w:line="240" w:lineRule="auto"/>
              <w:jc w:val="center"/>
              <w:rPr>
                <w:b/>
                <w:bCs/>
                <w:sz w:val="28"/>
                <w:szCs w:val="28"/>
              </w:rPr>
            </w:pPr>
            <w:r>
              <w:rPr>
                <w:b/>
                <w:bCs/>
                <w:sz w:val="28"/>
                <w:szCs w:val="28"/>
              </w:rPr>
              <w:t>KIOS SEMBAKO DAN SAYUR</w:t>
            </w:r>
          </w:p>
        </w:tc>
      </w:tr>
      <w:tr w:rsidR="0042248C" w14:paraId="422403E1" w14:textId="77777777" w:rsidTr="007B57F1">
        <w:trPr>
          <w:gridAfter w:val="1"/>
          <w:wAfter w:w="177" w:type="dxa"/>
        </w:trPr>
        <w:tc>
          <w:tcPr>
            <w:tcW w:w="8153" w:type="dxa"/>
          </w:tcPr>
          <w:p w14:paraId="7150685D" w14:textId="77777777" w:rsidR="0042248C" w:rsidRPr="00AA5339" w:rsidRDefault="0042248C" w:rsidP="00AD0F28">
            <w:pPr>
              <w:spacing w:line="240" w:lineRule="auto"/>
              <w:jc w:val="center"/>
              <w:rPr>
                <w:b/>
                <w:bCs/>
                <w:sz w:val="28"/>
                <w:szCs w:val="28"/>
              </w:rPr>
            </w:pPr>
            <w:r>
              <w:rPr>
                <w:b/>
                <w:bCs/>
                <w:sz w:val="28"/>
                <w:szCs w:val="28"/>
              </w:rPr>
              <w:t>"KANGMAS SAYUR"</w:t>
            </w:r>
          </w:p>
          <w:p w14:paraId="34C0A734" w14:textId="77777777" w:rsidR="0042248C" w:rsidRDefault="0042248C" w:rsidP="00AD0F28">
            <w:pPr>
              <w:spacing w:line="240" w:lineRule="auto"/>
              <w:jc w:val="center"/>
              <w:rPr>
                <w:b/>
                <w:bCs/>
                <w:sz w:val="28"/>
              </w:rPr>
            </w:pPr>
            <w:r>
              <w:rPr>
                <w:b/>
                <w:bCs/>
                <w:sz w:val="28"/>
              </w:rPr>
              <w:t>DI RAGUNAN</w:t>
            </w:r>
          </w:p>
          <w:p w14:paraId="5DDB53A0" w14:textId="77777777" w:rsidR="0042248C" w:rsidRPr="00AA5339" w:rsidRDefault="0042248C" w:rsidP="00AD0F28">
            <w:pPr>
              <w:spacing w:line="240" w:lineRule="auto"/>
              <w:jc w:val="center"/>
              <w:rPr>
                <w:b/>
                <w:bCs/>
                <w:sz w:val="28"/>
                <w:szCs w:val="28"/>
              </w:rPr>
            </w:pPr>
          </w:p>
        </w:tc>
      </w:tr>
      <w:tr w:rsidR="007B57F1" w14:paraId="28612CCC"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gridSpan w:val="2"/>
            <w:tcBorders>
              <w:top w:val="nil"/>
              <w:left w:val="nil"/>
              <w:bottom w:val="nil"/>
              <w:right w:val="nil"/>
            </w:tcBorders>
          </w:tcPr>
          <w:p w14:paraId="7AB5B802" w14:textId="38F9154E" w:rsidR="007B57F1" w:rsidRPr="00C65721" w:rsidRDefault="007B57F1" w:rsidP="007B57F1">
            <w:pPr>
              <w:spacing w:line="240" w:lineRule="auto"/>
              <w:jc w:val="center"/>
              <w:rPr>
                <w:i/>
                <w:iCs/>
                <w:sz w:val="28"/>
                <w:szCs w:val="28"/>
                <w:lang w:val="en"/>
              </w:rPr>
            </w:pPr>
            <w:r w:rsidRPr="00F526DD">
              <w:rPr>
                <w:b/>
                <w:bCs/>
                <w:i/>
                <w:iCs/>
                <w:sz w:val="28"/>
                <w:szCs w:val="28"/>
                <w:lang w:val="en"/>
              </w:rPr>
              <w:t>THE EFFECT OF CONVENIENCE, SECURITY, AND SPEED</w:t>
            </w:r>
            <w:r>
              <w:rPr>
                <w:b/>
                <w:bCs/>
                <w:i/>
                <w:iCs/>
                <w:sz w:val="28"/>
                <w:szCs w:val="28"/>
                <w:lang w:val="en"/>
              </w:rPr>
              <w:t xml:space="preserve"> </w:t>
            </w:r>
            <w:r w:rsidRPr="00F526DD">
              <w:rPr>
                <w:b/>
                <w:bCs/>
                <w:i/>
                <w:iCs/>
                <w:sz w:val="28"/>
                <w:szCs w:val="28"/>
                <w:lang w:val="en"/>
              </w:rPr>
              <w:t xml:space="preserve">OF </w:t>
            </w:r>
          </w:p>
        </w:tc>
      </w:tr>
      <w:tr w:rsidR="007B57F1" w14:paraId="7763C989"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gridSpan w:val="2"/>
            <w:tcBorders>
              <w:top w:val="nil"/>
              <w:left w:val="nil"/>
              <w:bottom w:val="nil"/>
              <w:right w:val="nil"/>
            </w:tcBorders>
          </w:tcPr>
          <w:p w14:paraId="30D1B043" w14:textId="0C6C47F9" w:rsidR="007B57F1" w:rsidRPr="007B57F1" w:rsidRDefault="007B57F1" w:rsidP="007B57F1">
            <w:pPr>
              <w:spacing w:line="240" w:lineRule="auto"/>
              <w:jc w:val="center"/>
              <w:rPr>
                <w:b/>
                <w:bCs/>
                <w:i/>
                <w:iCs/>
                <w:sz w:val="28"/>
                <w:szCs w:val="28"/>
                <w:lang w:val="en"/>
              </w:rPr>
            </w:pPr>
            <w:r w:rsidRPr="00F526DD">
              <w:rPr>
                <w:b/>
                <w:bCs/>
                <w:i/>
                <w:iCs/>
                <w:sz w:val="28"/>
                <w:szCs w:val="28"/>
                <w:lang w:val="en"/>
              </w:rPr>
              <w:t>TRANSACTIONS  ON THE INTEREST IN USING QRIS</w:t>
            </w:r>
            <w:r>
              <w:rPr>
                <w:b/>
                <w:bCs/>
                <w:i/>
                <w:iCs/>
                <w:sz w:val="28"/>
                <w:szCs w:val="28"/>
                <w:lang w:val="en"/>
              </w:rPr>
              <w:t xml:space="preserve"> </w:t>
            </w:r>
            <w:r w:rsidRPr="00F526DD">
              <w:rPr>
                <w:b/>
                <w:bCs/>
                <w:i/>
                <w:iCs/>
                <w:sz w:val="28"/>
                <w:szCs w:val="28"/>
                <w:lang w:val="en"/>
              </w:rPr>
              <w:t>PAYMENTS</w:t>
            </w:r>
            <w:r>
              <w:rPr>
                <w:b/>
                <w:bCs/>
                <w:i/>
                <w:iCs/>
                <w:sz w:val="28"/>
                <w:szCs w:val="28"/>
                <w:lang w:val="en"/>
              </w:rPr>
              <w:t xml:space="preserve"> </w:t>
            </w:r>
            <w:r w:rsidRPr="00F526DD">
              <w:rPr>
                <w:b/>
                <w:bCs/>
                <w:i/>
                <w:iCs/>
                <w:sz w:val="28"/>
                <w:szCs w:val="28"/>
                <w:lang w:val="en"/>
              </w:rPr>
              <w:t>AMONG CUSTOMERS OF THE "KANGMAS SAYUR"</w:t>
            </w:r>
            <w:r>
              <w:rPr>
                <w:b/>
                <w:bCs/>
                <w:i/>
                <w:iCs/>
                <w:sz w:val="28"/>
                <w:szCs w:val="28"/>
                <w:lang w:val="en"/>
              </w:rPr>
              <w:t xml:space="preserve"> </w:t>
            </w:r>
            <w:r w:rsidRPr="00F526DD">
              <w:rPr>
                <w:b/>
                <w:bCs/>
                <w:i/>
                <w:iCs/>
                <w:sz w:val="28"/>
                <w:szCs w:val="28"/>
                <w:lang w:val="en"/>
              </w:rPr>
              <w:t>GROCERY AND VEGETABLE KIOS</w:t>
            </w:r>
          </w:p>
        </w:tc>
      </w:tr>
      <w:tr w:rsidR="007B57F1" w14:paraId="5E79D3B4"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gridSpan w:val="2"/>
            <w:tcBorders>
              <w:top w:val="nil"/>
              <w:left w:val="nil"/>
              <w:bottom w:val="nil"/>
              <w:right w:val="nil"/>
            </w:tcBorders>
          </w:tcPr>
          <w:p w14:paraId="501F5E84" w14:textId="1648C61A" w:rsidR="007B57F1" w:rsidRPr="00C65721" w:rsidRDefault="007B57F1" w:rsidP="007B57F1">
            <w:pPr>
              <w:spacing w:line="240" w:lineRule="auto"/>
              <w:jc w:val="center"/>
              <w:rPr>
                <w:i/>
                <w:iCs/>
                <w:sz w:val="28"/>
                <w:szCs w:val="28"/>
                <w:lang w:val="en-ID"/>
              </w:rPr>
            </w:pPr>
            <w:r w:rsidRPr="00F526DD">
              <w:rPr>
                <w:b/>
                <w:bCs/>
                <w:i/>
                <w:iCs/>
                <w:sz w:val="28"/>
                <w:szCs w:val="28"/>
                <w:lang w:val="en"/>
              </w:rPr>
              <w:t>IN RAGUNAN</w:t>
            </w:r>
          </w:p>
        </w:tc>
      </w:tr>
    </w:tbl>
    <w:p w14:paraId="02BB93DC" w14:textId="77777777" w:rsidR="0042248C" w:rsidRDefault="0042248C" w:rsidP="0042248C">
      <w:pPr>
        <w:spacing w:after="0" w:line="240" w:lineRule="auto"/>
        <w:rPr>
          <w:rFonts w:cs="Times New Roman"/>
          <w:szCs w:val="24"/>
        </w:rPr>
      </w:pPr>
    </w:p>
    <w:p w14:paraId="71240EE0" w14:textId="77777777" w:rsidR="005E2B9D" w:rsidRPr="0065089B" w:rsidRDefault="005E2B9D" w:rsidP="0065089B">
      <w:pPr>
        <w:spacing w:after="0" w:line="360" w:lineRule="auto"/>
        <w:jc w:val="center"/>
        <w:rPr>
          <w:rFonts w:cs="Times New Roman"/>
          <w:b/>
          <w:szCs w:val="24"/>
        </w:rPr>
      </w:pPr>
      <w:r>
        <w:rPr>
          <w:rFonts w:cs="Times New Roman"/>
          <w:b/>
          <w:szCs w:val="24"/>
        </w:rPr>
        <w:t>Oleh:</w:t>
      </w:r>
      <w:r>
        <w:rPr>
          <w:rFonts w:cs="Times New Roman"/>
          <w:b/>
          <w:szCs w:val="24"/>
        </w:rPr>
        <w:br/>
        <w:t>YEPI PUSPITASARI</w:t>
      </w:r>
      <w:r>
        <w:rPr>
          <w:rFonts w:cs="Times New Roman"/>
          <w:b/>
          <w:szCs w:val="24"/>
        </w:rPr>
        <w:br/>
        <w:t>61201022009552</w:t>
      </w:r>
    </w:p>
    <w:p w14:paraId="0F5B8ACF" w14:textId="77777777" w:rsidR="005E2B9D" w:rsidRDefault="005E2B9D" w:rsidP="001F1499">
      <w:pPr>
        <w:tabs>
          <w:tab w:val="left" w:leader="dot" w:pos="3402"/>
          <w:tab w:val="left" w:leader="dot" w:pos="3969"/>
          <w:tab w:val="left" w:leader="dot" w:pos="4536"/>
          <w:tab w:val="left" w:leader="dot" w:pos="5670"/>
          <w:tab w:val="left" w:leader="dot" w:pos="7938"/>
        </w:tabs>
        <w:spacing w:line="360" w:lineRule="auto"/>
        <w:jc w:val="center"/>
        <w:rPr>
          <w:b/>
          <w:bCs/>
        </w:rPr>
      </w:pPr>
      <w:r>
        <w:rPr>
          <w:b/>
          <w:bCs/>
        </w:rPr>
        <w:t>SKRIPSI</w:t>
      </w:r>
    </w:p>
    <w:p w14:paraId="5F5BD1A0" w14:textId="77777777" w:rsidR="007B57F1" w:rsidRPr="00B77F9C" w:rsidRDefault="007B57F1" w:rsidP="007B57F1">
      <w:pPr>
        <w:spacing w:line="240" w:lineRule="auto"/>
        <w:ind w:left="1440" w:firstLine="720"/>
      </w:pPr>
      <w:r w:rsidRPr="00B77F9C">
        <w:t>Telah disahkan dan disetujui pada</w:t>
      </w:r>
      <w:r>
        <w:t xml:space="preserve"> </w:t>
      </w:r>
      <w:r w:rsidRPr="00B77F9C">
        <w:t>:</w:t>
      </w:r>
      <w:r>
        <w:t xml:space="preserve">  </w:t>
      </w:r>
    </w:p>
    <w:p w14:paraId="6085CB74" w14:textId="77777777" w:rsidR="007B57F1" w:rsidRPr="00B77F9C" w:rsidRDefault="007B57F1" w:rsidP="007B57F1">
      <w:pPr>
        <w:spacing w:line="240" w:lineRule="auto"/>
        <w:ind w:left="2160"/>
        <w:jc w:val="left"/>
      </w:pPr>
      <w:r w:rsidRPr="00B77F9C">
        <w:t xml:space="preserve">Tempat </w:t>
      </w:r>
      <w:r w:rsidRPr="00B77F9C">
        <w:tab/>
        <w:t>: Depok</w:t>
      </w:r>
    </w:p>
    <w:p w14:paraId="07DB034D" w14:textId="77777777" w:rsidR="007B57F1" w:rsidRPr="00B77F9C" w:rsidRDefault="007B57F1" w:rsidP="007B57F1">
      <w:pPr>
        <w:tabs>
          <w:tab w:val="left" w:leader="dot" w:pos="2268"/>
        </w:tabs>
        <w:spacing w:line="240" w:lineRule="auto"/>
        <w:ind w:left="2160"/>
        <w:jc w:val="left"/>
      </w:pPr>
      <w:r w:rsidRPr="00B77F9C">
        <w:t>Tanggal</w:t>
      </w:r>
      <w:r w:rsidRPr="00B77F9C">
        <w:tab/>
        <w:t>: 07 Juli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3960"/>
      </w:tblGrid>
      <w:tr w:rsidR="004F2CDD" w14:paraId="5754A6AA" w14:textId="77777777" w:rsidTr="004F2CDD">
        <w:tc>
          <w:tcPr>
            <w:tcW w:w="4076" w:type="dxa"/>
          </w:tcPr>
          <w:p w14:paraId="2A55CB15" w14:textId="77777777" w:rsidR="004F2CDD" w:rsidRDefault="004F2CDD" w:rsidP="007B57F1">
            <w:pPr>
              <w:spacing w:line="240" w:lineRule="auto"/>
              <w:jc w:val="center"/>
              <w:rPr>
                <w:b/>
                <w:bCs/>
              </w:rPr>
            </w:pPr>
            <w:r>
              <w:rPr>
                <w:b/>
                <w:bCs/>
              </w:rPr>
              <w:t>Dosen Pembimbing</w:t>
            </w:r>
          </w:p>
        </w:tc>
        <w:tc>
          <w:tcPr>
            <w:tcW w:w="4077" w:type="dxa"/>
          </w:tcPr>
          <w:p w14:paraId="385CB33B" w14:textId="77777777" w:rsidR="004F2CDD" w:rsidRDefault="004F2CDD" w:rsidP="007B57F1">
            <w:pPr>
              <w:spacing w:line="240" w:lineRule="auto"/>
              <w:jc w:val="center"/>
              <w:rPr>
                <w:b/>
                <w:bCs/>
              </w:rPr>
            </w:pPr>
            <w:r>
              <w:rPr>
                <w:b/>
                <w:bCs/>
              </w:rPr>
              <w:t>Ketua Jurusan</w:t>
            </w:r>
          </w:p>
        </w:tc>
      </w:tr>
    </w:tbl>
    <w:p w14:paraId="658AA57E" w14:textId="3E4649BA" w:rsidR="00CE0E0A" w:rsidRDefault="00CE0E0A" w:rsidP="007B57F1">
      <w:pPr>
        <w:spacing w:line="240" w:lineRule="auto"/>
        <w:jc w:val="center"/>
        <w:rPr>
          <w:b/>
          <w:bCs/>
        </w:rPr>
      </w:pPr>
    </w:p>
    <w:p w14:paraId="12FBB588" w14:textId="77777777" w:rsidR="004F2CDD" w:rsidRDefault="004F2CDD" w:rsidP="007B57F1">
      <w:pPr>
        <w:tabs>
          <w:tab w:val="left" w:leader="dot" w:pos="2268"/>
        </w:tabs>
        <w:spacing w:line="240" w:lineRule="auto"/>
        <w:jc w:val="center"/>
        <w:rPr>
          <w:b/>
          <w:bCs/>
        </w:rPr>
      </w:pPr>
    </w:p>
    <w:p w14:paraId="5D6FE551" w14:textId="77777777" w:rsidR="00BF1589" w:rsidRDefault="00BF1589" w:rsidP="007B57F1">
      <w:pPr>
        <w:tabs>
          <w:tab w:val="left" w:leader="dot" w:pos="2268"/>
        </w:tabs>
        <w:spacing w:line="240" w:lineRule="auto"/>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3969"/>
      </w:tblGrid>
      <w:tr w:rsidR="004F2CDD" w14:paraId="112382CA" w14:textId="77777777" w:rsidTr="004F2CDD">
        <w:tc>
          <w:tcPr>
            <w:tcW w:w="4076" w:type="dxa"/>
          </w:tcPr>
          <w:p w14:paraId="28BD3622" w14:textId="77777777" w:rsidR="004F2CDD" w:rsidRDefault="004F2CDD" w:rsidP="007B57F1">
            <w:pPr>
              <w:tabs>
                <w:tab w:val="left" w:leader="dot" w:pos="2268"/>
              </w:tabs>
              <w:spacing w:line="240" w:lineRule="auto"/>
              <w:jc w:val="center"/>
              <w:rPr>
                <w:b/>
                <w:bCs/>
              </w:rPr>
            </w:pPr>
            <w:r>
              <w:rPr>
                <w:b/>
                <w:bCs/>
                <w:u w:val="thick"/>
              </w:rPr>
              <w:t>Dr. Damaruci, S.Sos, MM</w:t>
            </w:r>
          </w:p>
        </w:tc>
        <w:tc>
          <w:tcPr>
            <w:tcW w:w="4077" w:type="dxa"/>
          </w:tcPr>
          <w:p w14:paraId="7DD28ACB" w14:textId="469E5CF4" w:rsidR="004F2CDD" w:rsidRDefault="004F2CDD" w:rsidP="007B57F1">
            <w:pPr>
              <w:tabs>
                <w:tab w:val="left" w:leader="dot" w:pos="2268"/>
              </w:tabs>
              <w:spacing w:line="240" w:lineRule="auto"/>
              <w:jc w:val="center"/>
              <w:rPr>
                <w:b/>
                <w:bCs/>
              </w:rPr>
            </w:pPr>
            <w:r>
              <w:rPr>
                <w:b/>
                <w:bCs/>
                <w:u w:val="thick"/>
              </w:rPr>
              <w:t>Drs. Henky Hendrawan MM, M.Si</w:t>
            </w:r>
          </w:p>
        </w:tc>
      </w:tr>
      <w:tr w:rsidR="004F2CDD" w14:paraId="472FFEEA" w14:textId="77777777" w:rsidTr="004F2CDD">
        <w:tc>
          <w:tcPr>
            <w:tcW w:w="4076" w:type="dxa"/>
          </w:tcPr>
          <w:p w14:paraId="1A5D285F" w14:textId="26002C3F" w:rsidR="004F2CDD" w:rsidRPr="007B57F1" w:rsidRDefault="004F2CDD" w:rsidP="007B57F1">
            <w:pPr>
              <w:tabs>
                <w:tab w:val="left" w:leader="dot" w:pos="2268"/>
              </w:tabs>
              <w:spacing w:line="240" w:lineRule="auto"/>
              <w:jc w:val="center"/>
              <w:rPr>
                <w:b/>
                <w:bCs/>
                <w:u w:val="thick"/>
              </w:rPr>
            </w:pPr>
            <w:r w:rsidRPr="007B57F1">
              <w:rPr>
                <w:b/>
                <w:bCs/>
              </w:rPr>
              <w:t xml:space="preserve">NUPTK : </w:t>
            </w:r>
            <w:r w:rsidR="007B57F1" w:rsidRPr="007B57F1">
              <w:rPr>
                <w:b/>
                <w:bCs/>
              </w:rPr>
              <w:t>4952749650130142</w:t>
            </w:r>
          </w:p>
        </w:tc>
        <w:tc>
          <w:tcPr>
            <w:tcW w:w="4077" w:type="dxa"/>
          </w:tcPr>
          <w:p w14:paraId="02E285B4" w14:textId="77777777" w:rsidR="004F2CDD" w:rsidRPr="007B57F1" w:rsidRDefault="00D24941" w:rsidP="007B57F1">
            <w:pPr>
              <w:tabs>
                <w:tab w:val="left" w:leader="dot" w:pos="2268"/>
              </w:tabs>
              <w:spacing w:line="240" w:lineRule="auto"/>
              <w:jc w:val="center"/>
              <w:rPr>
                <w:b/>
                <w:bCs/>
                <w:u w:val="thick"/>
              </w:rPr>
            </w:pPr>
            <w:r w:rsidRPr="007B57F1">
              <w:rPr>
                <w:b/>
                <w:bCs/>
              </w:rPr>
              <w:t>NUPTK : 7048743644130093</w:t>
            </w:r>
          </w:p>
        </w:tc>
      </w:tr>
      <w:tr w:rsidR="0065089B" w14:paraId="6F6BA7A6" w14:textId="77777777" w:rsidTr="0065089B">
        <w:tc>
          <w:tcPr>
            <w:tcW w:w="8153" w:type="dxa"/>
            <w:gridSpan w:val="2"/>
          </w:tcPr>
          <w:p w14:paraId="17533D84" w14:textId="77777777" w:rsidR="0065089B" w:rsidRPr="007B57F1" w:rsidRDefault="0065089B" w:rsidP="007B57F1">
            <w:pPr>
              <w:spacing w:line="240" w:lineRule="auto"/>
              <w:jc w:val="center"/>
            </w:pPr>
            <w:r w:rsidRPr="007B57F1">
              <w:t>Mengetahui,</w:t>
            </w:r>
          </w:p>
        </w:tc>
      </w:tr>
      <w:tr w:rsidR="0065089B" w14:paraId="23A3A69E" w14:textId="77777777" w:rsidTr="0065089B">
        <w:tc>
          <w:tcPr>
            <w:tcW w:w="8153" w:type="dxa"/>
            <w:gridSpan w:val="2"/>
          </w:tcPr>
          <w:p w14:paraId="100B7C13" w14:textId="77777777" w:rsidR="0065089B" w:rsidRDefault="0065089B" w:rsidP="007B57F1">
            <w:pPr>
              <w:spacing w:line="240" w:lineRule="auto"/>
              <w:jc w:val="center"/>
              <w:rPr>
                <w:b/>
                <w:bCs/>
              </w:rPr>
            </w:pPr>
            <w:r>
              <w:rPr>
                <w:b/>
                <w:bCs/>
              </w:rPr>
              <w:t>Ketua</w:t>
            </w:r>
          </w:p>
        </w:tc>
      </w:tr>
      <w:tr w:rsidR="0065089B" w14:paraId="06686544" w14:textId="77777777" w:rsidTr="0065089B">
        <w:tc>
          <w:tcPr>
            <w:tcW w:w="8153" w:type="dxa"/>
            <w:gridSpan w:val="2"/>
          </w:tcPr>
          <w:p w14:paraId="583BBA56" w14:textId="77777777" w:rsidR="0065089B" w:rsidRDefault="0065089B" w:rsidP="007B57F1">
            <w:pPr>
              <w:spacing w:line="240" w:lineRule="auto"/>
              <w:jc w:val="center"/>
              <w:rPr>
                <w:b/>
                <w:bCs/>
              </w:rPr>
            </w:pPr>
            <w:r>
              <w:rPr>
                <w:b/>
                <w:bCs/>
              </w:rPr>
              <w:t>Sekolah Tinggi Ilmu Ekonomi GICI</w:t>
            </w:r>
          </w:p>
        </w:tc>
      </w:tr>
    </w:tbl>
    <w:p w14:paraId="6E018405" w14:textId="77777777" w:rsidR="0065089B" w:rsidRDefault="0065089B" w:rsidP="007B57F1">
      <w:pPr>
        <w:spacing w:line="240" w:lineRule="auto"/>
        <w:jc w:val="center"/>
        <w:rPr>
          <w:b/>
          <w:bCs/>
        </w:rPr>
      </w:pPr>
    </w:p>
    <w:p w14:paraId="4B329500" w14:textId="77777777" w:rsidR="00CE0E0A" w:rsidRDefault="00CE0E0A" w:rsidP="007B57F1">
      <w:pPr>
        <w:spacing w:line="360" w:lineRule="auto"/>
        <w:jc w:val="center"/>
        <w:rPr>
          <w:b/>
          <w:bCs/>
        </w:rPr>
      </w:pPr>
    </w:p>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gridCol w:w="177"/>
      </w:tblGrid>
      <w:tr w:rsidR="0065089B" w14:paraId="626A36EF" w14:textId="77777777" w:rsidTr="007B57F1">
        <w:trPr>
          <w:gridAfter w:val="1"/>
          <w:wAfter w:w="177" w:type="dxa"/>
        </w:trPr>
        <w:tc>
          <w:tcPr>
            <w:tcW w:w="8153" w:type="dxa"/>
          </w:tcPr>
          <w:p w14:paraId="6E8AEB1A" w14:textId="77777777" w:rsidR="0065089B" w:rsidRPr="0065089B" w:rsidRDefault="0065089B" w:rsidP="007B57F1">
            <w:pPr>
              <w:tabs>
                <w:tab w:val="left" w:leader="dot" w:pos="3969"/>
                <w:tab w:val="left" w:leader="dot" w:pos="4536"/>
                <w:tab w:val="left" w:leader="dot" w:pos="5103"/>
                <w:tab w:val="left" w:leader="underscore" w:pos="5670"/>
                <w:tab w:val="left" w:leader="underscore" w:pos="6804"/>
              </w:tabs>
              <w:spacing w:line="240" w:lineRule="auto"/>
              <w:jc w:val="center"/>
              <w:rPr>
                <w:b/>
                <w:bCs/>
                <w:u w:val="thick"/>
              </w:rPr>
            </w:pPr>
            <w:r>
              <w:rPr>
                <w:b/>
                <w:bCs/>
                <w:u w:val="thick"/>
              </w:rPr>
              <w:t>Prof. Dr. Abdul Hamid, MS</w:t>
            </w:r>
          </w:p>
        </w:tc>
      </w:tr>
      <w:tr w:rsidR="0065089B" w14:paraId="31774F38" w14:textId="77777777" w:rsidTr="007B57F1">
        <w:trPr>
          <w:gridAfter w:val="1"/>
          <w:wAfter w:w="177" w:type="dxa"/>
        </w:trPr>
        <w:tc>
          <w:tcPr>
            <w:tcW w:w="8153" w:type="dxa"/>
          </w:tcPr>
          <w:p w14:paraId="1FCA5DA5" w14:textId="77777777" w:rsidR="0065089B" w:rsidRPr="007B57F1" w:rsidRDefault="0065089B" w:rsidP="007B57F1">
            <w:pPr>
              <w:tabs>
                <w:tab w:val="left" w:leader="dot" w:pos="3402"/>
                <w:tab w:val="left" w:leader="dot" w:pos="3969"/>
                <w:tab w:val="left" w:leader="dot" w:pos="4536"/>
                <w:tab w:val="left" w:leader="dot" w:pos="5670"/>
                <w:tab w:val="left" w:leader="dot" w:pos="7938"/>
              </w:tabs>
              <w:spacing w:line="240" w:lineRule="auto"/>
              <w:jc w:val="center"/>
              <w:rPr>
                <w:b/>
                <w:bCs/>
              </w:rPr>
            </w:pPr>
            <w:r w:rsidRPr="007B57F1">
              <w:rPr>
                <w:b/>
                <w:bCs/>
              </w:rPr>
              <w:t>NIDN: 2017065701</w:t>
            </w:r>
          </w:p>
        </w:tc>
      </w:tr>
      <w:tr w:rsidR="001E3041" w:rsidRPr="00BF1589" w14:paraId="757B2FB1" w14:textId="77777777" w:rsidTr="007B57F1">
        <w:trPr>
          <w:gridAfter w:val="1"/>
          <w:wAfter w:w="177" w:type="dxa"/>
        </w:trPr>
        <w:tc>
          <w:tcPr>
            <w:tcW w:w="8153" w:type="dxa"/>
          </w:tcPr>
          <w:p w14:paraId="4926EDBC" w14:textId="77777777" w:rsidR="001E3041" w:rsidRPr="00BF1589" w:rsidRDefault="001E3041" w:rsidP="00675DE5">
            <w:pPr>
              <w:pStyle w:val="Heading1"/>
              <w:spacing w:line="240" w:lineRule="auto"/>
              <w:rPr>
                <w:sz w:val="28"/>
              </w:rPr>
            </w:pPr>
            <w:bookmarkStart w:id="1" w:name="_Toc236119180"/>
            <w:r>
              <w:rPr>
                <w:sz w:val="28"/>
              </w:rPr>
              <w:lastRenderedPageBreak/>
              <w:t>PENGARUH KEMUDAHAN, KEAMANAN, DAN</w:t>
            </w:r>
            <w:bookmarkEnd w:id="1"/>
            <w:r>
              <w:rPr>
                <w:sz w:val="28"/>
              </w:rPr>
              <w:t xml:space="preserve"> </w:t>
            </w:r>
          </w:p>
        </w:tc>
      </w:tr>
      <w:tr w:rsidR="001E3041" w14:paraId="78A54BF6" w14:textId="77777777" w:rsidTr="007B57F1">
        <w:trPr>
          <w:gridAfter w:val="1"/>
          <w:wAfter w:w="177" w:type="dxa"/>
        </w:trPr>
        <w:tc>
          <w:tcPr>
            <w:tcW w:w="8153" w:type="dxa"/>
          </w:tcPr>
          <w:p w14:paraId="11E196CF" w14:textId="77777777" w:rsidR="001E3041" w:rsidRPr="00AA5339" w:rsidRDefault="001E3041" w:rsidP="00675DE5">
            <w:pPr>
              <w:spacing w:line="240" w:lineRule="auto"/>
              <w:jc w:val="center"/>
              <w:rPr>
                <w:b/>
                <w:bCs/>
                <w:sz w:val="28"/>
                <w:szCs w:val="28"/>
              </w:rPr>
            </w:pPr>
            <w:r>
              <w:rPr>
                <w:b/>
                <w:bCs/>
                <w:sz w:val="28"/>
                <w:szCs w:val="28"/>
              </w:rPr>
              <w:t>KECEPATAN TRANSAKSI  TERHADAP MINAT PENGGUNAAN PEMBAYARAN QRIS PADA PELANGGAN</w:t>
            </w:r>
          </w:p>
          <w:p w14:paraId="16634045" w14:textId="77777777" w:rsidR="001E3041" w:rsidRDefault="001E3041" w:rsidP="00675DE5">
            <w:pPr>
              <w:spacing w:line="240" w:lineRule="auto"/>
              <w:jc w:val="center"/>
              <w:rPr>
                <w:b/>
                <w:bCs/>
                <w:sz w:val="28"/>
                <w:szCs w:val="28"/>
              </w:rPr>
            </w:pPr>
            <w:r>
              <w:rPr>
                <w:b/>
                <w:bCs/>
                <w:sz w:val="28"/>
                <w:szCs w:val="28"/>
              </w:rPr>
              <w:t>KIOS SEMBAKO DAN SAYUR</w:t>
            </w:r>
          </w:p>
        </w:tc>
      </w:tr>
      <w:tr w:rsidR="001E3041" w14:paraId="2B5D5CF4" w14:textId="77777777" w:rsidTr="007B57F1">
        <w:trPr>
          <w:gridAfter w:val="1"/>
          <w:wAfter w:w="177" w:type="dxa"/>
        </w:trPr>
        <w:tc>
          <w:tcPr>
            <w:tcW w:w="8153" w:type="dxa"/>
          </w:tcPr>
          <w:p w14:paraId="786025B5" w14:textId="77777777" w:rsidR="001E3041" w:rsidRPr="00AA5339" w:rsidRDefault="001E3041" w:rsidP="00675DE5">
            <w:pPr>
              <w:spacing w:line="240" w:lineRule="auto"/>
              <w:jc w:val="center"/>
              <w:rPr>
                <w:b/>
                <w:bCs/>
                <w:sz w:val="28"/>
                <w:szCs w:val="28"/>
              </w:rPr>
            </w:pPr>
            <w:r>
              <w:rPr>
                <w:b/>
                <w:bCs/>
                <w:sz w:val="28"/>
                <w:szCs w:val="28"/>
              </w:rPr>
              <w:t>"KANGMAS SAYUR"</w:t>
            </w:r>
          </w:p>
          <w:p w14:paraId="1B938F03" w14:textId="77777777" w:rsidR="001E3041" w:rsidRDefault="001E3041" w:rsidP="00675DE5">
            <w:pPr>
              <w:spacing w:line="240" w:lineRule="auto"/>
              <w:jc w:val="center"/>
              <w:rPr>
                <w:b/>
                <w:bCs/>
                <w:sz w:val="28"/>
              </w:rPr>
            </w:pPr>
            <w:r>
              <w:rPr>
                <w:b/>
                <w:bCs/>
                <w:sz w:val="28"/>
              </w:rPr>
              <w:t>DI RAGUNAN</w:t>
            </w:r>
          </w:p>
          <w:p w14:paraId="06E21C1E" w14:textId="77777777" w:rsidR="001E3041" w:rsidRPr="00AA5339" w:rsidRDefault="001E3041" w:rsidP="00675DE5">
            <w:pPr>
              <w:spacing w:line="240" w:lineRule="auto"/>
              <w:jc w:val="center"/>
              <w:rPr>
                <w:b/>
                <w:bCs/>
                <w:sz w:val="28"/>
                <w:szCs w:val="28"/>
              </w:rPr>
            </w:pPr>
          </w:p>
        </w:tc>
      </w:tr>
      <w:tr w:rsidR="007B57F1" w14:paraId="6B36AA53"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gridSpan w:val="2"/>
            <w:tcBorders>
              <w:top w:val="nil"/>
              <w:left w:val="nil"/>
              <w:bottom w:val="nil"/>
              <w:right w:val="nil"/>
            </w:tcBorders>
          </w:tcPr>
          <w:p w14:paraId="37C3BD01" w14:textId="0A1237E1" w:rsidR="007B57F1" w:rsidRPr="00C65721" w:rsidRDefault="007B57F1" w:rsidP="007B57F1">
            <w:pPr>
              <w:spacing w:line="240" w:lineRule="auto"/>
              <w:jc w:val="center"/>
              <w:rPr>
                <w:i/>
                <w:iCs/>
                <w:sz w:val="28"/>
                <w:szCs w:val="28"/>
                <w:lang w:val="en"/>
              </w:rPr>
            </w:pPr>
            <w:r w:rsidRPr="00F526DD">
              <w:rPr>
                <w:b/>
                <w:bCs/>
                <w:i/>
                <w:iCs/>
                <w:sz w:val="28"/>
                <w:szCs w:val="28"/>
                <w:lang w:val="en"/>
              </w:rPr>
              <w:t>THE EFFECT OF CONVENIENCE, SECURITY, AND SPEED</w:t>
            </w:r>
            <w:r>
              <w:rPr>
                <w:b/>
                <w:bCs/>
                <w:i/>
                <w:iCs/>
                <w:sz w:val="28"/>
                <w:szCs w:val="28"/>
                <w:lang w:val="en"/>
              </w:rPr>
              <w:t xml:space="preserve"> </w:t>
            </w:r>
            <w:r w:rsidRPr="00F526DD">
              <w:rPr>
                <w:b/>
                <w:bCs/>
                <w:i/>
                <w:iCs/>
                <w:sz w:val="28"/>
                <w:szCs w:val="28"/>
                <w:lang w:val="en"/>
              </w:rPr>
              <w:t xml:space="preserve">OF </w:t>
            </w:r>
          </w:p>
        </w:tc>
      </w:tr>
      <w:tr w:rsidR="007B57F1" w14:paraId="39C6BC87"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gridSpan w:val="2"/>
            <w:tcBorders>
              <w:top w:val="nil"/>
              <w:left w:val="nil"/>
              <w:bottom w:val="nil"/>
              <w:right w:val="nil"/>
            </w:tcBorders>
          </w:tcPr>
          <w:p w14:paraId="1696FF24" w14:textId="4094367C" w:rsidR="007B57F1" w:rsidRPr="00C65721" w:rsidRDefault="007B57F1" w:rsidP="007B57F1">
            <w:pPr>
              <w:spacing w:line="240" w:lineRule="auto"/>
              <w:jc w:val="center"/>
              <w:rPr>
                <w:i/>
                <w:iCs/>
                <w:sz w:val="28"/>
                <w:szCs w:val="28"/>
                <w:lang w:val="en"/>
              </w:rPr>
            </w:pPr>
            <w:r w:rsidRPr="00F526DD">
              <w:rPr>
                <w:b/>
                <w:bCs/>
                <w:i/>
                <w:iCs/>
                <w:sz w:val="28"/>
                <w:szCs w:val="28"/>
                <w:lang w:val="en"/>
              </w:rPr>
              <w:t>TRANSACTIONS  ON THE INTEREST IN USING QRIS</w:t>
            </w:r>
            <w:r>
              <w:rPr>
                <w:b/>
                <w:bCs/>
                <w:i/>
                <w:iCs/>
                <w:sz w:val="28"/>
                <w:szCs w:val="28"/>
                <w:lang w:val="en"/>
              </w:rPr>
              <w:t xml:space="preserve"> </w:t>
            </w:r>
            <w:r w:rsidRPr="00F526DD">
              <w:rPr>
                <w:b/>
                <w:bCs/>
                <w:i/>
                <w:iCs/>
                <w:sz w:val="28"/>
                <w:szCs w:val="28"/>
                <w:lang w:val="en"/>
              </w:rPr>
              <w:t>PAYMENTS</w:t>
            </w:r>
            <w:r>
              <w:rPr>
                <w:b/>
                <w:bCs/>
                <w:i/>
                <w:iCs/>
                <w:sz w:val="28"/>
                <w:szCs w:val="28"/>
                <w:lang w:val="en"/>
              </w:rPr>
              <w:t xml:space="preserve"> </w:t>
            </w:r>
            <w:r w:rsidRPr="00F526DD">
              <w:rPr>
                <w:b/>
                <w:bCs/>
                <w:i/>
                <w:iCs/>
                <w:sz w:val="28"/>
                <w:szCs w:val="28"/>
                <w:lang w:val="en"/>
              </w:rPr>
              <w:t>AMONG CUSTOMERS OF THE "KANGMAS SAYUR"</w:t>
            </w:r>
            <w:r>
              <w:rPr>
                <w:b/>
                <w:bCs/>
                <w:i/>
                <w:iCs/>
                <w:sz w:val="28"/>
                <w:szCs w:val="28"/>
                <w:lang w:val="en"/>
              </w:rPr>
              <w:t xml:space="preserve"> </w:t>
            </w:r>
            <w:r w:rsidRPr="00F526DD">
              <w:rPr>
                <w:b/>
                <w:bCs/>
                <w:i/>
                <w:iCs/>
                <w:sz w:val="28"/>
                <w:szCs w:val="28"/>
                <w:lang w:val="en"/>
              </w:rPr>
              <w:t>GROCERY AND VEGETABLE KIOS</w:t>
            </w:r>
          </w:p>
        </w:tc>
      </w:tr>
      <w:tr w:rsidR="007B57F1" w14:paraId="227FE803" w14:textId="77777777" w:rsidTr="007B5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30" w:type="dxa"/>
            <w:gridSpan w:val="2"/>
            <w:tcBorders>
              <w:top w:val="nil"/>
              <w:left w:val="nil"/>
              <w:bottom w:val="nil"/>
              <w:right w:val="nil"/>
            </w:tcBorders>
          </w:tcPr>
          <w:p w14:paraId="39DB05F2" w14:textId="07F6CB7D" w:rsidR="007B57F1" w:rsidRPr="00C65721" w:rsidRDefault="007B57F1" w:rsidP="007B57F1">
            <w:pPr>
              <w:spacing w:line="240" w:lineRule="auto"/>
              <w:jc w:val="center"/>
              <w:rPr>
                <w:i/>
                <w:iCs/>
                <w:sz w:val="28"/>
                <w:szCs w:val="28"/>
                <w:lang w:val="en-ID"/>
              </w:rPr>
            </w:pPr>
            <w:r w:rsidRPr="00F526DD">
              <w:rPr>
                <w:b/>
                <w:bCs/>
                <w:i/>
                <w:iCs/>
                <w:sz w:val="28"/>
                <w:szCs w:val="28"/>
                <w:lang w:val="en"/>
              </w:rPr>
              <w:t>IN RAGUNAN</w:t>
            </w:r>
          </w:p>
        </w:tc>
      </w:tr>
    </w:tbl>
    <w:p w14:paraId="1FF47F6D" w14:textId="77777777" w:rsidR="001E3041" w:rsidRDefault="001E3041" w:rsidP="001E3041">
      <w:pPr>
        <w:spacing w:after="0" w:line="240" w:lineRule="auto"/>
        <w:rPr>
          <w:rFonts w:cs="Times New Roman"/>
          <w:szCs w:val="24"/>
        </w:rPr>
      </w:pPr>
    </w:p>
    <w:p w14:paraId="01C94541" w14:textId="77777777" w:rsidR="001E3041" w:rsidRPr="0065089B" w:rsidRDefault="001E3041" w:rsidP="001E3041">
      <w:pPr>
        <w:spacing w:after="0" w:line="360" w:lineRule="auto"/>
        <w:jc w:val="center"/>
        <w:rPr>
          <w:rFonts w:cs="Times New Roman"/>
          <w:b/>
          <w:szCs w:val="24"/>
        </w:rPr>
      </w:pPr>
      <w:r>
        <w:rPr>
          <w:rFonts w:cs="Times New Roman"/>
          <w:b/>
          <w:szCs w:val="24"/>
        </w:rPr>
        <w:t>Oleh:</w:t>
      </w:r>
      <w:r>
        <w:rPr>
          <w:rFonts w:cs="Times New Roman"/>
          <w:b/>
          <w:szCs w:val="24"/>
        </w:rPr>
        <w:br/>
        <w:t>YEPI PUSPITASARI</w:t>
      </w:r>
      <w:r>
        <w:rPr>
          <w:rFonts w:cs="Times New Roman"/>
          <w:b/>
          <w:szCs w:val="24"/>
        </w:rPr>
        <w:br/>
        <w:t>61201022009552</w:t>
      </w:r>
    </w:p>
    <w:p w14:paraId="21727B1F" w14:textId="77777777" w:rsidR="001E3041" w:rsidRDefault="001E3041" w:rsidP="001E3041">
      <w:pPr>
        <w:tabs>
          <w:tab w:val="left" w:leader="dot" w:pos="3402"/>
          <w:tab w:val="left" w:leader="dot" w:pos="3969"/>
          <w:tab w:val="left" w:leader="dot" w:pos="4536"/>
          <w:tab w:val="left" w:leader="dot" w:pos="5670"/>
          <w:tab w:val="left" w:leader="dot" w:pos="7938"/>
        </w:tabs>
        <w:spacing w:line="360" w:lineRule="auto"/>
        <w:jc w:val="center"/>
        <w:rPr>
          <w:b/>
          <w:bCs/>
        </w:rPr>
      </w:pPr>
      <w:r>
        <w:rPr>
          <w:b/>
          <w:bCs/>
        </w:rPr>
        <w:t>SKRIPSI</w:t>
      </w:r>
    </w:p>
    <w:p w14:paraId="393733E7" w14:textId="77777777" w:rsidR="007B57F1" w:rsidRPr="00B77F9C" w:rsidRDefault="007B57F1" w:rsidP="007B57F1">
      <w:pPr>
        <w:spacing w:line="240" w:lineRule="auto"/>
        <w:ind w:left="1440" w:firstLine="720"/>
      </w:pPr>
      <w:r w:rsidRPr="00B77F9C">
        <w:t xml:space="preserve">Telah </w:t>
      </w:r>
      <w:r>
        <w:t xml:space="preserve">diujikan pada </w:t>
      </w:r>
      <w:r w:rsidRPr="00B77F9C">
        <w:t>:</w:t>
      </w:r>
    </w:p>
    <w:p w14:paraId="15CEEFB3" w14:textId="77777777" w:rsidR="007B57F1" w:rsidRPr="00B77F9C" w:rsidRDefault="007B57F1" w:rsidP="007B57F1">
      <w:pPr>
        <w:spacing w:line="240" w:lineRule="auto"/>
        <w:ind w:left="2160"/>
      </w:pPr>
      <w:r w:rsidRPr="00B77F9C">
        <w:t xml:space="preserve">Tempat </w:t>
      </w:r>
      <w:r>
        <w:tab/>
      </w:r>
      <w:r w:rsidRPr="00B77F9C">
        <w:t>: Depok</w:t>
      </w:r>
    </w:p>
    <w:p w14:paraId="3ECE6425" w14:textId="77777777" w:rsidR="007B57F1" w:rsidRPr="00B77F9C" w:rsidRDefault="007B57F1" w:rsidP="007B57F1">
      <w:pPr>
        <w:tabs>
          <w:tab w:val="left" w:leader="dot" w:pos="2268"/>
        </w:tabs>
        <w:spacing w:line="240" w:lineRule="auto"/>
        <w:ind w:left="2160"/>
      </w:pPr>
      <w:r w:rsidRPr="00B77F9C">
        <w:t>Tanggal</w:t>
      </w:r>
      <w:r w:rsidRPr="00B77F9C">
        <w:tab/>
        <w:t>: 07 Juli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3970"/>
      </w:tblGrid>
      <w:tr w:rsidR="001E3041" w14:paraId="1FFFE469" w14:textId="77777777" w:rsidTr="00675DE5">
        <w:tc>
          <w:tcPr>
            <w:tcW w:w="4076" w:type="dxa"/>
          </w:tcPr>
          <w:p w14:paraId="4D8A8397" w14:textId="77777777" w:rsidR="001E3041" w:rsidRDefault="001E3041" w:rsidP="007B57F1">
            <w:pPr>
              <w:spacing w:line="240" w:lineRule="auto"/>
              <w:jc w:val="center"/>
              <w:rPr>
                <w:b/>
                <w:bCs/>
              </w:rPr>
            </w:pPr>
            <w:r>
              <w:rPr>
                <w:b/>
                <w:bCs/>
              </w:rPr>
              <w:t>Ketua Penguji</w:t>
            </w:r>
          </w:p>
        </w:tc>
        <w:tc>
          <w:tcPr>
            <w:tcW w:w="4077" w:type="dxa"/>
          </w:tcPr>
          <w:p w14:paraId="55E7283F" w14:textId="77777777" w:rsidR="001E3041" w:rsidRDefault="001E3041" w:rsidP="007B57F1">
            <w:pPr>
              <w:spacing w:line="240" w:lineRule="auto"/>
              <w:jc w:val="center"/>
              <w:rPr>
                <w:b/>
                <w:bCs/>
              </w:rPr>
            </w:pPr>
            <w:r>
              <w:rPr>
                <w:b/>
                <w:bCs/>
              </w:rPr>
              <w:t>Anggota Penguji</w:t>
            </w:r>
          </w:p>
        </w:tc>
      </w:tr>
    </w:tbl>
    <w:p w14:paraId="36EA5CB9" w14:textId="1D2C5791" w:rsidR="001E3041" w:rsidRDefault="001E3041" w:rsidP="007B57F1">
      <w:pPr>
        <w:spacing w:line="240" w:lineRule="auto"/>
        <w:jc w:val="center"/>
        <w:rPr>
          <w:b/>
          <w:bCs/>
        </w:rPr>
      </w:pPr>
    </w:p>
    <w:p w14:paraId="57F3F11C" w14:textId="77777777" w:rsidR="001E3041" w:rsidRDefault="001E3041" w:rsidP="007B57F1">
      <w:pPr>
        <w:tabs>
          <w:tab w:val="left" w:leader="dot" w:pos="2268"/>
        </w:tabs>
        <w:spacing w:line="240" w:lineRule="auto"/>
        <w:jc w:val="center"/>
        <w:rPr>
          <w:b/>
          <w:bCs/>
        </w:rPr>
      </w:pPr>
    </w:p>
    <w:p w14:paraId="44759916" w14:textId="77777777" w:rsidR="001E3041" w:rsidRDefault="001E3041" w:rsidP="007B57F1">
      <w:pPr>
        <w:tabs>
          <w:tab w:val="left" w:leader="dot" w:pos="2268"/>
        </w:tabs>
        <w:spacing w:line="240" w:lineRule="auto"/>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3969"/>
      </w:tblGrid>
      <w:tr w:rsidR="007B57F1" w14:paraId="50C8E103" w14:textId="77777777" w:rsidTr="00675DE5">
        <w:tc>
          <w:tcPr>
            <w:tcW w:w="4076" w:type="dxa"/>
          </w:tcPr>
          <w:p w14:paraId="6E7EB9A1" w14:textId="0D65F91D" w:rsidR="007B57F1" w:rsidRDefault="007B57F1" w:rsidP="007B57F1">
            <w:pPr>
              <w:tabs>
                <w:tab w:val="left" w:leader="dot" w:pos="2268"/>
              </w:tabs>
              <w:spacing w:line="240" w:lineRule="auto"/>
              <w:jc w:val="center"/>
              <w:rPr>
                <w:b/>
                <w:bCs/>
              </w:rPr>
            </w:pPr>
            <w:r w:rsidRPr="00164606">
              <w:rPr>
                <w:b/>
                <w:bCs/>
                <w:u w:val="thick"/>
              </w:rPr>
              <w:t>Aldi Friyatna Dira, SE., MM</w:t>
            </w:r>
          </w:p>
        </w:tc>
        <w:tc>
          <w:tcPr>
            <w:tcW w:w="4077" w:type="dxa"/>
          </w:tcPr>
          <w:p w14:paraId="0EA45120" w14:textId="0D5C3CB9" w:rsidR="007B57F1" w:rsidRDefault="007B57F1" w:rsidP="007B57F1">
            <w:pPr>
              <w:tabs>
                <w:tab w:val="left" w:leader="dot" w:pos="2268"/>
              </w:tabs>
              <w:spacing w:line="240" w:lineRule="auto"/>
              <w:jc w:val="center"/>
              <w:rPr>
                <w:b/>
                <w:bCs/>
              </w:rPr>
            </w:pPr>
            <w:r w:rsidRPr="00164606">
              <w:rPr>
                <w:b/>
                <w:bCs/>
                <w:u w:val="thick"/>
              </w:rPr>
              <w:t>Bambang Suntoro, SE., MM</w:t>
            </w:r>
          </w:p>
        </w:tc>
      </w:tr>
      <w:tr w:rsidR="007B57F1" w14:paraId="4BDDCA19" w14:textId="77777777" w:rsidTr="00675DE5">
        <w:tc>
          <w:tcPr>
            <w:tcW w:w="4076" w:type="dxa"/>
          </w:tcPr>
          <w:p w14:paraId="456D0642" w14:textId="516D5091" w:rsidR="007B57F1" w:rsidRPr="001E3041" w:rsidRDefault="007B57F1" w:rsidP="007B57F1">
            <w:pPr>
              <w:tabs>
                <w:tab w:val="left" w:leader="dot" w:pos="2268"/>
              </w:tabs>
              <w:spacing w:line="240" w:lineRule="auto"/>
              <w:jc w:val="center"/>
              <w:rPr>
                <w:u w:val="thick"/>
              </w:rPr>
            </w:pPr>
            <w:r w:rsidRPr="00164606">
              <w:rPr>
                <w:b/>
                <w:bCs/>
              </w:rPr>
              <w:t>NUPTK : 3436770671130273</w:t>
            </w:r>
          </w:p>
        </w:tc>
        <w:tc>
          <w:tcPr>
            <w:tcW w:w="4077" w:type="dxa"/>
          </w:tcPr>
          <w:p w14:paraId="0295E779" w14:textId="6BD9CA21" w:rsidR="007B57F1" w:rsidRPr="001E3041" w:rsidRDefault="007B57F1" w:rsidP="007B57F1">
            <w:pPr>
              <w:tabs>
                <w:tab w:val="left" w:leader="dot" w:pos="2268"/>
              </w:tabs>
              <w:spacing w:line="240" w:lineRule="auto"/>
              <w:jc w:val="center"/>
              <w:rPr>
                <w:u w:val="thick"/>
              </w:rPr>
            </w:pPr>
            <w:r w:rsidRPr="00164606">
              <w:rPr>
                <w:b/>
                <w:bCs/>
              </w:rPr>
              <w:t>NUPTK : 3343749650130113</w:t>
            </w:r>
          </w:p>
        </w:tc>
      </w:tr>
      <w:tr w:rsidR="001E3041" w14:paraId="6D4F09EC" w14:textId="77777777" w:rsidTr="00675DE5">
        <w:tc>
          <w:tcPr>
            <w:tcW w:w="8153" w:type="dxa"/>
            <w:gridSpan w:val="2"/>
          </w:tcPr>
          <w:p w14:paraId="169F0351" w14:textId="77777777" w:rsidR="001E3041" w:rsidRPr="007B57F1" w:rsidRDefault="001E3041" w:rsidP="00675DE5">
            <w:pPr>
              <w:spacing w:line="240" w:lineRule="auto"/>
              <w:jc w:val="center"/>
            </w:pPr>
            <w:r w:rsidRPr="007B57F1">
              <w:t>Mengetahui,</w:t>
            </w:r>
          </w:p>
        </w:tc>
      </w:tr>
      <w:tr w:rsidR="001E3041" w14:paraId="0BA8955B" w14:textId="77777777" w:rsidTr="00675DE5">
        <w:tc>
          <w:tcPr>
            <w:tcW w:w="8153" w:type="dxa"/>
            <w:gridSpan w:val="2"/>
          </w:tcPr>
          <w:p w14:paraId="0C3C983A" w14:textId="77777777" w:rsidR="001E3041" w:rsidRDefault="001E3041" w:rsidP="00675DE5">
            <w:pPr>
              <w:spacing w:line="240" w:lineRule="auto"/>
              <w:jc w:val="center"/>
              <w:rPr>
                <w:b/>
                <w:bCs/>
              </w:rPr>
            </w:pPr>
            <w:r>
              <w:rPr>
                <w:b/>
                <w:bCs/>
              </w:rPr>
              <w:t>Ketua Jurusan Manajemen</w:t>
            </w:r>
          </w:p>
        </w:tc>
      </w:tr>
      <w:tr w:rsidR="001E3041" w14:paraId="26D71D4B" w14:textId="77777777" w:rsidTr="00675DE5">
        <w:tc>
          <w:tcPr>
            <w:tcW w:w="8153" w:type="dxa"/>
            <w:gridSpan w:val="2"/>
          </w:tcPr>
          <w:p w14:paraId="5D7684F2" w14:textId="77777777" w:rsidR="001E3041" w:rsidRDefault="001E3041" w:rsidP="00675DE5">
            <w:pPr>
              <w:spacing w:line="240" w:lineRule="auto"/>
              <w:jc w:val="center"/>
              <w:rPr>
                <w:b/>
                <w:bCs/>
              </w:rPr>
            </w:pPr>
          </w:p>
        </w:tc>
      </w:tr>
    </w:tbl>
    <w:p w14:paraId="258B96DF" w14:textId="77777777" w:rsidR="001E3041" w:rsidRDefault="001E3041" w:rsidP="001E3041">
      <w:pPr>
        <w:spacing w:line="240" w:lineRule="auto"/>
        <w:jc w:val="center"/>
        <w:rPr>
          <w:b/>
          <w:bCs/>
        </w:rPr>
      </w:pPr>
    </w:p>
    <w:p w14:paraId="7727AD91" w14:textId="77777777" w:rsidR="001E3041" w:rsidRDefault="001E3041" w:rsidP="001E3041">
      <w:pPr>
        <w:spacing w:line="360" w:lineRule="auto"/>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1E3041" w14:paraId="0B70033E" w14:textId="77777777" w:rsidTr="00675DE5">
        <w:tc>
          <w:tcPr>
            <w:tcW w:w="8153" w:type="dxa"/>
          </w:tcPr>
          <w:p w14:paraId="483A9B98" w14:textId="00759DBD" w:rsidR="001E3041" w:rsidRPr="0065089B" w:rsidRDefault="001E3041" w:rsidP="00675DE5">
            <w:pPr>
              <w:tabs>
                <w:tab w:val="left" w:leader="dot" w:pos="3969"/>
                <w:tab w:val="left" w:leader="dot" w:pos="4536"/>
                <w:tab w:val="left" w:leader="dot" w:pos="5103"/>
                <w:tab w:val="left" w:leader="underscore" w:pos="5670"/>
                <w:tab w:val="left" w:leader="underscore" w:pos="6804"/>
              </w:tabs>
              <w:spacing w:line="240" w:lineRule="auto"/>
              <w:jc w:val="center"/>
              <w:rPr>
                <w:b/>
                <w:bCs/>
                <w:u w:val="thick"/>
              </w:rPr>
            </w:pPr>
            <w:r>
              <w:rPr>
                <w:b/>
                <w:bCs/>
                <w:u w:val="thick"/>
              </w:rPr>
              <w:t>Drs. Henky Hendrawan MM, M.Si</w:t>
            </w:r>
          </w:p>
        </w:tc>
      </w:tr>
      <w:tr w:rsidR="001E3041" w14:paraId="218DFFAA" w14:textId="77777777" w:rsidTr="00675DE5">
        <w:tc>
          <w:tcPr>
            <w:tcW w:w="8153" w:type="dxa"/>
          </w:tcPr>
          <w:p w14:paraId="63392003" w14:textId="77777777" w:rsidR="001E3041" w:rsidRPr="001E3041" w:rsidRDefault="001E3041" w:rsidP="00675DE5">
            <w:pPr>
              <w:tabs>
                <w:tab w:val="left" w:leader="dot" w:pos="3402"/>
                <w:tab w:val="left" w:leader="dot" w:pos="3969"/>
                <w:tab w:val="left" w:leader="dot" w:pos="4536"/>
                <w:tab w:val="left" w:leader="dot" w:pos="5670"/>
                <w:tab w:val="left" w:leader="dot" w:pos="7938"/>
              </w:tabs>
              <w:spacing w:line="240" w:lineRule="auto"/>
              <w:jc w:val="center"/>
            </w:pPr>
            <w:r>
              <w:t>NUPTK : 7048743644130093</w:t>
            </w:r>
          </w:p>
        </w:tc>
      </w:tr>
    </w:tbl>
    <w:p w14:paraId="5F95D7CD" w14:textId="77777777" w:rsidR="003477CE" w:rsidRPr="003477CE" w:rsidRDefault="003477CE" w:rsidP="003477CE">
      <w:pPr>
        <w:pStyle w:val="Heading1"/>
        <w:rPr>
          <w:sz w:val="28"/>
        </w:rPr>
      </w:pPr>
      <w:bookmarkStart w:id="2" w:name="_Toc236119181"/>
      <w:r>
        <w:rPr>
          <w:sz w:val="28"/>
        </w:rPr>
        <w:t>PERNYATAAN KEASLIAN</w:t>
      </w:r>
      <w:bookmarkEnd w:id="2"/>
    </w:p>
    <w:p w14:paraId="1284B269" w14:textId="77777777" w:rsidR="003477CE" w:rsidRDefault="003477CE" w:rsidP="009B0DDF">
      <w:pPr>
        <w:spacing w:line="276" w:lineRule="auto"/>
      </w:pPr>
      <w:r>
        <w:t xml:space="preserve">Yang bertanda tangan dibawah ini: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283"/>
        <w:gridCol w:w="5471"/>
      </w:tblGrid>
      <w:tr w:rsidR="003477CE" w14:paraId="351A321A" w14:textId="77777777" w:rsidTr="003477CE">
        <w:tc>
          <w:tcPr>
            <w:tcW w:w="2235" w:type="dxa"/>
          </w:tcPr>
          <w:p w14:paraId="07BD1EF2" w14:textId="77777777" w:rsidR="003477CE" w:rsidRDefault="003477CE" w:rsidP="009B0DDF">
            <w:pPr>
              <w:spacing w:line="276" w:lineRule="auto"/>
            </w:pPr>
            <w:r>
              <w:t>Nama Lengkap</w:t>
            </w:r>
          </w:p>
        </w:tc>
        <w:tc>
          <w:tcPr>
            <w:tcW w:w="283" w:type="dxa"/>
          </w:tcPr>
          <w:p w14:paraId="7D58D13F" w14:textId="77777777" w:rsidR="003477CE" w:rsidRDefault="003477CE" w:rsidP="009B0DDF">
            <w:pPr>
              <w:spacing w:line="276" w:lineRule="auto"/>
            </w:pPr>
            <w:r>
              <w:t>:</w:t>
            </w:r>
          </w:p>
        </w:tc>
        <w:tc>
          <w:tcPr>
            <w:tcW w:w="5635" w:type="dxa"/>
          </w:tcPr>
          <w:p w14:paraId="53606BF3" w14:textId="77777777" w:rsidR="003477CE" w:rsidRDefault="003477CE" w:rsidP="009B0DDF">
            <w:pPr>
              <w:spacing w:line="276" w:lineRule="auto"/>
            </w:pPr>
            <w:r>
              <w:rPr>
                <w:rFonts w:cs="Times New Roman"/>
                <w:bCs/>
                <w:szCs w:val="24"/>
              </w:rPr>
              <w:t>Yepi Puspitasari</w:t>
            </w:r>
          </w:p>
        </w:tc>
      </w:tr>
      <w:tr w:rsidR="003477CE" w14:paraId="6F344DFD" w14:textId="77777777" w:rsidTr="003477CE">
        <w:tc>
          <w:tcPr>
            <w:tcW w:w="2235" w:type="dxa"/>
          </w:tcPr>
          <w:p w14:paraId="4900EDB4" w14:textId="77777777" w:rsidR="003477CE" w:rsidRDefault="003477CE" w:rsidP="009B0DDF">
            <w:pPr>
              <w:spacing w:line="276" w:lineRule="auto"/>
            </w:pPr>
            <w:r>
              <w:t>NIM</w:t>
            </w:r>
          </w:p>
        </w:tc>
        <w:tc>
          <w:tcPr>
            <w:tcW w:w="283" w:type="dxa"/>
          </w:tcPr>
          <w:p w14:paraId="43ABFF90" w14:textId="77777777" w:rsidR="003477CE" w:rsidRDefault="003477CE" w:rsidP="009B0DDF">
            <w:pPr>
              <w:spacing w:line="276" w:lineRule="auto"/>
            </w:pPr>
            <w:r>
              <w:t>:</w:t>
            </w:r>
          </w:p>
        </w:tc>
        <w:tc>
          <w:tcPr>
            <w:tcW w:w="5635" w:type="dxa"/>
          </w:tcPr>
          <w:p w14:paraId="387803BD" w14:textId="77777777" w:rsidR="003477CE" w:rsidRDefault="003477CE" w:rsidP="009B0DDF">
            <w:pPr>
              <w:spacing w:line="276" w:lineRule="auto"/>
            </w:pPr>
            <w:r>
              <w:rPr>
                <w:rFonts w:cs="Times New Roman"/>
                <w:bCs/>
                <w:szCs w:val="24"/>
              </w:rPr>
              <w:t>61201022009552</w:t>
            </w:r>
          </w:p>
        </w:tc>
      </w:tr>
      <w:tr w:rsidR="003477CE" w14:paraId="1DAA85A4" w14:textId="77777777" w:rsidTr="003477CE">
        <w:tc>
          <w:tcPr>
            <w:tcW w:w="2235" w:type="dxa"/>
          </w:tcPr>
          <w:p w14:paraId="44A0C511" w14:textId="77777777" w:rsidR="003477CE" w:rsidRDefault="003477CE" w:rsidP="009B0DDF">
            <w:pPr>
              <w:spacing w:line="276" w:lineRule="auto"/>
            </w:pPr>
            <w:r>
              <w:t>Judul Skripsi</w:t>
            </w:r>
          </w:p>
        </w:tc>
        <w:tc>
          <w:tcPr>
            <w:tcW w:w="283" w:type="dxa"/>
          </w:tcPr>
          <w:p w14:paraId="66B4F537" w14:textId="77777777" w:rsidR="003477CE" w:rsidRDefault="003477CE" w:rsidP="009B0DDF">
            <w:pPr>
              <w:spacing w:line="276" w:lineRule="auto"/>
            </w:pPr>
            <w:r>
              <w:t>:</w:t>
            </w:r>
          </w:p>
        </w:tc>
        <w:tc>
          <w:tcPr>
            <w:tcW w:w="5635" w:type="dxa"/>
          </w:tcPr>
          <w:p w14:paraId="4730293B" w14:textId="77777777" w:rsidR="003477CE" w:rsidRDefault="003477CE" w:rsidP="009B0DDF">
            <w:pPr>
              <w:spacing w:line="276" w:lineRule="auto"/>
            </w:pPr>
            <w:r>
              <w:t>Pengaruh kemudahan, keamanan dan kecepatan transaksi terhadap minat penggunaan pembayaran qris pada pelanggan kios sembako “KANGMAS SAYUR” diragunan</w:t>
            </w:r>
          </w:p>
        </w:tc>
      </w:tr>
    </w:tbl>
    <w:p w14:paraId="31D5A9D0" w14:textId="77777777" w:rsidR="003477CE" w:rsidRPr="003477CE" w:rsidRDefault="003477CE" w:rsidP="009B0DDF">
      <w:pPr>
        <w:spacing w:line="276" w:lineRule="auto"/>
      </w:pPr>
      <w:r>
        <w:t>Dengan ini menyatakan bahwa:</w:t>
      </w:r>
    </w:p>
    <w:p w14:paraId="6CE0641B" w14:textId="77777777" w:rsidR="009B0DDF" w:rsidRDefault="009B0DDF">
      <w:pPr>
        <w:pStyle w:val="ListParagraph"/>
        <w:numPr>
          <w:ilvl w:val="0"/>
          <w:numId w:val="33"/>
        </w:numPr>
        <w:spacing w:line="276" w:lineRule="auto"/>
      </w:pPr>
      <w:r>
        <w:t>Hasil penelitian dan penulisan dari skripsi saya adalah murni hasil pemikiran saya yang dikuatkan dengan adanya cek plagiasi sesuai dengan aturan yang berlaku di Sekolah Tinggi Ilmu Ekonomi GICI.</w:t>
      </w:r>
    </w:p>
    <w:p w14:paraId="776D4DF3" w14:textId="77777777" w:rsidR="009B0DDF" w:rsidRDefault="009B0DDF">
      <w:pPr>
        <w:pStyle w:val="ListParagraph"/>
        <w:numPr>
          <w:ilvl w:val="0"/>
          <w:numId w:val="33"/>
        </w:numPr>
        <w:spacing w:line="276" w:lineRule="auto"/>
      </w:pPr>
      <w:r>
        <w:t>Hasil Penelitian dan penulisan dari skripsi saya ini, dengan ini dialihkan hak nya kepada Sekolah Tinggi Ilmu Ekonomi GICI untuk paten dan juga hal-hal yang berkaitan.</w:t>
      </w:r>
    </w:p>
    <w:p w14:paraId="37546414" w14:textId="77777777" w:rsidR="009B0DDF" w:rsidRDefault="009B0DDF">
      <w:pPr>
        <w:pStyle w:val="ListParagraph"/>
        <w:numPr>
          <w:ilvl w:val="0"/>
          <w:numId w:val="33"/>
        </w:numPr>
        <w:spacing w:line="276" w:lineRule="auto"/>
      </w:pPr>
      <w:r>
        <w:t>Penulisan hasil penelitian ini (skripsi) telah mengikuti kaidah-kaidah yang berlaku di lingkungan Sekolah Tinggi Ilmu Ekonomi GICI.</w:t>
      </w:r>
    </w:p>
    <w:p w14:paraId="3B903665" w14:textId="77777777" w:rsidR="009B0DDF" w:rsidRDefault="009B0DDF">
      <w:pPr>
        <w:pStyle w:val="ListParagraph"/>
        <w:numPr>
          <w:ilvl w:val="0"/>
          <w:numId w:val="33"/>
        </w:numPr>
        <w:spacing w:line="276" w:lineRule="auto"/>
      </w:pPr>
      <w:r>
        <w:t>Apabila dikemudian hari, bahwa hasil penelitian ini dan penulisan skripsi ini mempunyai kesamaan atau terdapat unsur penjiplakan terhadap karya ilmiah orang lain, maka dengan ini saya siap menerima sanksi berupa:</w:t>
      </w:r>
    </w:p>
    <w:p w14:paraId="2683A672" w14:textId="77777777" w:rsidR="003477CE" w:rsidRPr="003477CE" w:rsidRDefault="003477CE">
      <w:pPr>
        <w:pStyle w:val="ListParagraph"/>
        <w:numPr>
          <w:ilvl w:val="0"/>
          <w:numId w:val="32"/>
        </w:numPr>
        <w:spacing w:line="276" w:lineRule="auto"/>
      </w:pPr>
      <w:r>
        <w:t>Pencabutan gelar kesarjanaan saya yang telah saya terima.</w:t>
      </w:r>
    </w:p>
    <w:p w14:paraId="23953084" w14:textId="77777777" w:rsidR="003477CE" w:rsidRPr="003477CE" w:rsidRDefault="003477CE">
      <w:pPr>
        <w:pStyle w:val="ListParagraph"/>
        <w:numPr>
          <w:ilvl w:val="0"/>
          <w:numId w:val="32"/>
        </w:numPr>
        <w:spacing w:line="276" w:lineRule="auto"/>
      </w:pPr>
      <w:r>
        <w:t>Pencabutan ijasah saya sesuai dengan aturan atau undang-undang yang berlaku.</w:t>
      </w:r>
    </w:p>
    <w:p w14:paraId="2D730E46" w14:textId="77777777" w:rsidR="003477CE" w:rsidRPr="003477CE" w:rsidRDefault="003477CE" w:rsidP="009B0DDF">
      <w:pPr>
        <w:spacing w:line="276" w:lineRule="auto"/>
      </w:pPr>
      <w:r>
        <w:t>Demikian Surat Pernyataan ini saya buat, untuk dipergunakan sebagaimana mestinya.</w:t>
      </w:r>
    </w:p>
    <w:p w14:paraId="31F7507F" w14:textId="6888A9B7" w:rsidR="003477CE" w:rsidRDefault="003477CE" w:rsidP="009B0DDF">
      <w:pPr>
        <w:spacing w:line="276" w:lineRule="auto"/>
        <w:jc w:val="right"/>
      </w:pPr>
      <w:r>
        <w:t xml:space="preserve">Depok, </w:t>
      </w:r>
      <w:r w:rsidR="00421438">
        <w:t xml:space="preserve">07 </w:t>
      </w:r>
      <w:r>
        <w:t>Ju</w:t>
      </w:r>
      <w:r w:rsidR="00421438">
        <w:t>l</w:t>
      </w:r>
      <w:r>
        <w:t>i 2026</w:t>
      </w:r>
    </w:p>
    <w:p w14:paraId="77D7F365" w14:textId="77777777" w:rsidR="009B0DDF" w:rsidRDefault="009B0DDF" w:rsidP="009B0DDF">
      <w:pPr>
        <w:spacing w:line="276" w:lineRule="auto"/>
        <w:jc w:val="right"/>
      </w:pPr>
    </w:p>
    <w:p w14:paraId="32A17309" w14:textId="77777777" w:rsidR="009B0DDF" w:rsidRDefault="009B0DDF" w:rsidP="009B0DDF">
      <w:pPr>
        <w:spacing w:line="276" w:lineRule="auto"/>
        <w:jc w:val="right"/>
      </w:pPr>
    </w:p>
    <w:p w14:paraId="76C6F828" w14:textId="77777777" w:rsidR="00F45EC8" w:rsidRPr="003477CE" w:rsidRDefault="00F45EC8" w:rsidP="009B0DDF">
      <w:pPr>
        <w:spacing w:line="276" w:lineRule="auto"/>
        <w:jc w:val="right"/>
      </w:pPr>
    </w:p>
    <w:p w14:paraId="4A2B1935" w14:textId="77777777" w:rsidR="003477CE" w:rsidRPr="003477CE" w:rsidRDefault="003477CE" w:rsidP="009B0DDF">
      <w:pPr>
        <w:spacing w:line="276" w:lineRule="auto"/>
        <w:jc w:val="right"/>
      </w:pPr>
      <w:r>
        <w:t>(Yepi Puspitasari)</w:t>
      </w:r>
    </w:p>
    <w:p w14:paraId="7272D7B3" w14:textId="77777777" w:rsidR="00F45EC8" w:rsidRDefault="00F45EC8" w:rsidP="003477CE">
      <w:r>
        <w:br w:type="page"/>
      </w:r>
    </w:p>
    <w:p w14:paraId="3AC9D8E0" w14:textId="77777777" w:rsidR="003477CE" w:rsidRPr="00F45EC8" w:rsidRDefault="003477CE" w:rsidP="00F45EC8">
      <w:pPr>
        <w:pStyle w:val="Heading1"/>
        <w:rPr>
          <w:sz w:val="28"/>
        </w:rPr>
      </w:pPr>
      <w:bookmarkStart w:id="3" w:name="_Toc236119182"/>
      <w:r>
        <w:rPr>
          <w:sz w:val="28"/>
        </w:rPr>
        <w:t>PERNYATAAN PENGGUNAAN KECERDASAN BUATAN (AI)</w:t>
      </w:r>
      <w:bookmarkEnd w:id="3"/>
    </w:p>
    <w:p w14:paraId="6C91E41C" w14:textId="77777777" w:rsidR="00F45EC8" w:rsidRDefault="00F45EC8" w:rsidP="00F45EC8">
      <w:pPr>
        <w:spacing w:line="276" w:lineRule="auto"/>
      </w:pPr>
      <w:r>
        <w:t xml:space="preserve">Yang bertanda tangan dibawah ini: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283"/>
        <w:gridCol w:w="5471"/>
      </w:tblGrid>
      <w:tr w:rsidR="00F45EC8" w14:paraId="4C50DBCF" w14:textId="77777777" w:rsidTr="00535435">
        <w:tc>
          <w:tcPr>
            <w:tcW w:w="2235" w:type="dxa"/>
          </w:tcPr>
          <w:p w14:paraId="33E9051A" w14:textId="77777777" w:rsidR="00F45EC8" w:rsidRDefault="00F45EC8" w:rsidP="00535435">
            <w:pPr>
              <w:spacing w:line="276" w:lineRule="auto"/>
            </w:pPr>
            <w:r>
              <w:t>Nama Lengkap</w:t>
            </w:r>
          </w:p>
        </w:tc>
        <w:tc>
          <w:tcPr>
            <w:tcW w:w="283" w:type="dxa"/>
          </w:tcPr>
          <w:p w14:paraId="0D7584E6" w14:textId="77777777" w:rsidR="00F45EC8" w:rsidRDefault="00F45EC8" w:rsidP="00535435">
            <w:pPr>
              <w:spacing w:line="276" w:lineRule="auto"/>
            </w:pPr>
            <w:r>
              <w:t>:</w:t>
            </w:r>
          </w:p>
        </w:tc>
        <w:tc>
          <w:tcPr>
            <w:tcW w:w="5635" w:type="dxa"/>
          </w:tcPr>
          <w:p w14:paraId="707825D9" w14:textId="77777777" w:rsidR="00F45EC8" w:rsidRDefault="00F45EC8" w:rsidP="00535435">
            <w:pPr>
              <w:spacing w:line="276" w:lineRule="auto"/>
            </w:pPr>
            <w:r>
              <w:rPr>
                <w:rFonts w:cs="Times New Roman"/>
                <w:bCs/>
                <w:szCs w:val="24"/>
              </w:rPr>
              <w:t>Yepi Puspitasari</w:t>
            </w:r>
          </w:p>
        </w:tc>
      </w:tr>
      <w:tr w:rsidR="00F45EC8" w14:paraId="1270A81B" w14:textId="77777777" w:rsidTr="00535435">
        <w:tc>
          <w:tcPr>
            <w:tcW w:w="2235" w:type="dxa"/>
          </w:tcPr>
          <w:p w14:paraId="550D7648" w14:textId="77777777" w:rsidR="00F45EC8" w:rsidRDefault="00F45EC8" w:rsidP="00535435">
            <w:pPr>
              <w:spacing w:line="276" w:lineRule="auto"/>
            </w:pPr>
            <w:r>
              <w:t>NIM</w:t>
            </w:r>
          </w:p>
        </w:tc>
        <w:tc>
          <w:tcPr>
            <w:tcW w:w="283" w:type="dxa"/>
          </w:tcPr>
          <w:p w14:paraId="007F7915" w14:textId="77777777" w:rsidR="00F45EC8" w:rsidRDefault="00F45EC8" w:rsidP="00535435">
            <w:pPr>
              <w:spacing w:line="276" w:lineRule="auto"/>
            </w:pPr>
            <w:r>
              <w:t>:</w:t>
            </w:r>
          </w:p>
        </w:tc>
        <w:tc>
          <w:tcPr>
            <w:tcW w:w="5635" w:type="dxa"/>
          </w:tcPr>
          <w:p w14:paraId="3554D4B3" w14:textId="77777777" w:rsidR="00F45EC8" w:rsidRDefault="00F45EC8" w:rsidP="00535435">
            <w:pPr>
              <w:spacing w:line="276" w:lineRule="auto"/>
            </w:pPr>
            <w:r>
              <w:rPr>
                <w:rFonts w:cs="Times New Roman"/>
                <w:bCs/>
                <w:szCs w:val="24"/>
              </w:rPr>
              <w:t>61201022009552</w:t>
            </w:r>
          </w:p>
        </w:tc>
      </w:tr>
      <w:tr w:rsidR="00F45EC8" w14:paraId="12FDAEEF" w14:textId="77777777" w:rsidTr="00535435">
        <w:tc>
          <w:tcPr>
            <w:tcW w:w="2235" w:type="dxa"/>
          </w:tcPr>
          <w:p w14:paraId="06EDC0F5" w14:textId="77777777" w:rsidR="00F45EC8" w:rsidRDefault="00F45EC8" w:rsidP="00535435">
            <w:pPr>
              <w:spacing w:line="276" w:lineRule="auto"/>
            </w:pPr>
            <w:r>
              <w:t>Judul Skripsi</w:t>
            </w:r>
          </w:p>
        </w:tc>
        <w:tc>
          <w:tcPr>
            <w:tcW w:w="283" w:type="dxa"/>
          </w:tcPr>
          <w:p w14:paraId="6A10281E" w14:textId="77777777" w:rsidR="00F45EC8" w:rsidRDefault="00F45EC8" w:rsidP="00535435">
            <w:pPr>
              <w:spacing w:line="276" w:lineRule="auto"/>
            </w:pPr>
            <w:r>
              <w:t>:</w:t>
            </w:r>
          </w:p>
        </w:tc>
        <w:tc>
          <w:tcPr>
            <w:tcW w:w="5635" w:type="dxa"/>
          </w:tcPr>
          <w:p w14:paraId="08DFF66F" w14:textId="77777777" w:rsidR="00F45EC8" w:rsidRDefault="00F45EC8" w:rsidP="00535435">
            <w:pPr>
              <w:spacing w:line="276" w:lineRule="auto"/>
            </w:pPr>
            <w:r>
              <w:t>Pengaruh kemudahan, keamanan dan kecepatan transaksi terhadap minat penggunaan pembayaran qris pada pelanggan kios sembako “KANGMAS SAYUR” diragunan</w:t>
            </w:r>
          </w:p>
        </w:tc>
      </w:tr>
    </w:tbl>
    <w:p w14:paraId="292CB98D" w14:textId="77777777" w:rsidR="003477CE" w:rsidRPr="003477CE" w:rsidRDefault="003477CE" w:rsidP="00F45EC8">
      <w:pPr>
        <w:spacing w:line="276" w:lineRule="auto"/>
      </w:pPr>
      <w:r>
        <w:t>Dengan ini menyatakan bahwa:</w:t>
      </w:r>
    </w:p>
    <w:p w14:paraId="33D72EF0" w14:textId="77777777" w:rsidR="003477CE" w:rsidRPr="003477CE" w:rsidRDefault="003477CE">
      <w:pPr>
        <w:pStyle w:val="ListParagraph"/>
        <w:numPr>
          <w:ilvl w:val="0"/>
          <w:numId w:val="34"/>
        </w:numPr>
        <w:spacing w:line="276" w:lineRule="auto"/>
      </w:pPr>
      <w:r>
        <w:t>Dalam penulisan hasil karya ilmiah saya, saya dibantu dengan menggunakan Kecerdasan Buatan (Artificial Intelleence / AI).</w:t>
      </w:r>
    </w:p>
    <w:p w14:paraId="6130896C" w14:textId="77777777" w:rsidR="003477CE" w:rsidRPr="003477CE" w:rsidRDefault="003477CE">
      <w:pPr>
        <w:pStyle w:val="ListParagraph"/>
        <w:numPr>
          <w:ilvl w:val="0"/>
          <w:numId w:val="34"/>
        </w:numPr>
        <w:spacing w:line="276" w:lineRule="auto"/>
      </w:pPr>
      <w:r>
        <w:t>Aplikasi Kecerdasan Buatan (Artificial Intelleence / AI) yang saya pergunakan adalah: Claude.ai dan ChatGPT</w:t>
      </w:r>
    </w:p>
    <w:p w14:paraId="1E14E514" w14:textId="77777777" w:rsidR="003477CE" w:rsidRPr="003477CE" w:rsidRDefault="003477CE">
      <w:pPr>
        <w:pStyle w:val="ListParagraph"/>
        <w:numPr>
          <w:ilvl w:val="0"/>
          <w:numId w:val="34"/>
        </w:numPr>
        <w:spacing w:line="276" w:lineRule="auto"/>
      </w:pPr>
      <w:r>
        <w:t>Dalam penulisan karya ilmiah ini, saya TIDAK menerapkan SALIN-TEMPEL (copy paste) hasil Kecerdasan Buatan (Artificial Intelleence / AI) kedalam tulisan saya.</w:t>
      </w:r>
    </w:p>
    <w:p w14:paraId="22A4F8E0" w14:textId="77777777" w:rsidR="003477CE" w:rsidRPr="003477CE" w:rsidRDefault="003477CE">
      <w:pPr>
        <w:pStyle w:val="ListParagraph"/>
        <w:numPr>
          <w:ilvl w:val="0"/>
          <w:numId w:val="34"/>
        </w:numPr>
        <w:spacing w:line="276" w:lineRule="auto"/>
      </w:pPr>
      <w:r>
        <w:t>Seluruh isi, analisa, argumen, data dan kesimpulan yang terdapat dalam karya ilmiah saya, merupakan hasil pemahaman, kajian, dan tanggung jawab penulis secara penuh. Tidak ada bagian dati penulisan ini yang dihasilkan sepenuhnya oleh Kecerdasan Buatan (Artificial Intelleence / AI) tanpa pengawasan, pemrosesan, atau evaluasi ulang oleh penulis.</w:t>
      </w:r>
    </w:p>
    <w:p w14:paraId="2DEC5D3A" w14:textId="77777777" w:rsidR="003477CE" w:rsidRPr="003477CE" w:rsidRDefault="003477CE">
      <w:pPr>
        <w:pStyle w:val="ListParagraph"/>
        <w:numPr>
          <w:ilvl w:val="0"/>
          <w:numId w:val="34"/>
        </w:numPr>
        <w:spacing w:line="276" w:lineRule="auto"/>
      </w:pPr>
      <w:r>
        <w:t>Apabila dikemudian hari, terdapat pelanggaran terhadap prinsip etika akademik, termasuk penggunaan Kecerdasan Buatan (Artificial Intelleence / AI) secara tidak tepat yang merupakan bentuk ketidakjujuran ilmiah, maka saya bersedia menerima sanksi akademik sesuai dengan peraturan yang berlaku di lingkungan Sekolah Tinggi Ilmu Ekonomi GICI.</w:t>
      </w:r>
    </w:p>
    <w:p w14:paraId="5FC14838" w14:textId="77777777" w:rsidR="003477CE" w:rsidRPr="003477CE" w:rsidRDefault="003477CE" w:rsidP="00F45EC8">
      <w:pPr>
        <w:spacing w:line="276" w:lineRule="auto"/>
      </w:pPr>
      <w:r>
        <w:t>Demikian Surat Pernyataan ini saya buat, untuk dipergunakan sebagaimana mestinya.</w:t>
      </w:r>
    </w:p>
    <w:p w14:paraId="14FC777F" w14:textId="7367FE4A" w:rsidR="00F45EC8" w:rsidRDefault="00F45EC8" w:rsidP="00F45EC8">
      <w:pPr>
        <w:spacing w:line="276" w:lineRule="auto"/>
        <w:jc w:val="right"/>
      </w:pPr>
      <w:r>
        <w:t xml:space="preserve">Depok, </w:t>
      </w:r>
      <w:r w:rsidR="00421438">
        <w:t>07 Juli</w:t>
      </w:r>
      <w:r>
        <w:t xml:space="preserve"> 2026</w:t>
      </w:r>
    </w:p>
    <w:p w14:paraId="3480ECDF" w14:textId="77777777" w:rsidR="00F45EC8" w:rsidRDefault="00F45EC8" w:rsidP="00F45EC8">
      <w:pPr>
        <w:spacing w:line="276" w:lineRule="auto"/>
        <w:jc w:val="right"/>
      </w:pPr>
    </w:p>
    <w:p w14:paraId="510C0785" w14:textId="77777777" w:rsidR="00F45EC8" w:rsidRDefault="00F45EC8" w:rsidP="00F45EC8">
      <w:pPr>
        <w:spacing w:line="276" w:lineRule="auto"/>
        <w:jc w:val="right"/>
      </w:pPr>
    </w:p>
    <w:p w14:paraId="5589515B" w14:textId="77777777" w:rsidR="00F45EC8" w:rsidRPr="003477CE" w:rsidRDefault="00F45EC8" w:rsidP="00F45EC8">
      <w:pPr>
        <w:spacing w:line="276" w:lineRule="auto"/>
        <w:jc w:val="right"/>
      </w:pPr>
    </w:p>
    <w:p w14:paraId="1002FA4F" w14:textId="77777777" w:rsidR="00F45EC8" w:rsidRPr="003477CE" w:rsidRDefault="00F45EC8" w:rsidP="00F45EC8">
      <w:pPr>
        <w:spacing w:line="276" w:lineRule="auto"/>
        <w:jc w:val="right"/>
      </w:pPr>
      <w:r>
        <w:t>(Yepi Puspitasari)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2"/>
        <w:gridCol w:w="284"/>
        <w:gridCol w:w="5741"/>
      </w:tblGrid>
      <w:tr w:rsidR="00C76925" w14:paraId="3DAF6F23" w14:textId="77777777" w:rsidTr="005C25EA">
        <w:tc>
          <w:tcPr>
            <w:tcW w:w="1951" w:type="dxa"/>
          </w:tcPr>
          <w:p w14:paraId="272ABDAE" w14:textId="3A5F1CD0" w:rsidR="00C76925" w:rsidRDefault="003477CE" w:rsidP="005C25EA">
            <w:pPr>
              <w:spacing w:line="276" w:lineRule="auto"/>
              <w:rPr>
                <w:rFonts w:eastAsia="Times New Roman" w:cs="Times New Roman"/>
                <w:szCs w:val="24"/>
                <w:lang w:val="en-ID"/>
              </w:rPr>
            </w:pPr>
            <w:r>
              <w:br w:type="page"/>
            </w:r>
            <w:bookmarkStart w:id="4" w:name="_Toc236119183"/>
            <w:r w:rsidR="00C76925" w:rsidRPr="0053444A">
              <w:rPr>
                <w:rFonts w:eastAsia="Times New Roman" w:cs="Times New Roman"/>
                <w:szCs w:val="24"/>
                <w:lang w:val="en-ID"/>
              </w:rPr>
              <w:t>Nama Lengkap</w:t>
            </w:r>
          </w:p>
        </w:tc>
        <w:tc>
          <w:tcPr>
            <w:tcW w:w="284" w:type="dxa"/>
          </w:tcPr>
          <w:p w14:paraId="2DBB8A5D" w14:textId="77777777" w:rsidR="00C76925" w:rsidRDefault="00C76925" w:rsidP="005C25EA">
            <w:pPr>
              <w:spacing w:line="276" w:lineRule="auto"/>
              <w:rPr>
                <w:rFonts w:eastAsia="Times New Roman" w:cs="Times New Roman"/>
                <w:szCs w:val="24"/>
                <w:lang w:val="en-ID"/>
              </w:rPr>
            </w:pPr>
            <w:r>
              <w:rPr>
                <w:rFonts w:eastAsia="Times New Roman" w:cs="Times New Roman"/>
                <w:szCs w:val="24"/>
                <w:lang w:val="en-ID"/>
              </w:rPr>
              <w:t>:</w:t>
            </w:r>
          </w:p>
        </w:tc>
        <w:tc>
          <w:tcPr>
            <w:tcW w:w="5918" w:type="dxa"/>
          </w:tcPr>
          <w:p w14:paraId="0EB7D693" w14:textId="77777777" w:rsidR="00C76925" w:rsidRDefault="00C76925" w:rsidP="005C25EA">
            <w:pPr>
              <w:spacing w:line="276" w:lineRule="auto"/>
              <w:rPr>
                <w:rFonts w:eastAsia="Times New Roman" w:cs="Times New Roman"/>
                <w:szCs w:val="24"/>
                <w:lang w:val="en-ID"/>
              </w:rPr>
            </w:pPr>
            <w:r w:rsidRPr="0053444A">
              <w:rPr>
                <w:rFonts w:eastAsia="Times New Roman" w:cs="Times New Roman"/>
                <w:szCs w:val="24"/>
                <w:lang w:val="en-ID"/>
              </w:rPr>
              <w:t>Yepi Puspitasari</w:t>
            </w:r>
          </w:p>
        </w:tc>
      </w:tr>
      <w:tr w:rsidR="00C76925" w14:paraId="5D2B276B" w14:textId="77777777" w:rsidTr="005C25EA">
        <w:tc>
          <w:tcPr>
            <w:tcW w:w="1951" w:type="dxa"/>
          </w:tcPr>
          <w:p w14:paraId="0E47723A" w14:textId="77777777" w:rsidR="00C76925" w:rsidRDefault="00C76925" w:rsidP="005C25EA">
            <w:pPr>
              <w:spacing w:line="276" w:lineRule="auto"/>
              <w:rPr>
                <w:rFonts w:eastAsia="Times New Roman" w:cs="Times New Roman"/>
                <w:szCs w:val="24"/>
                <w:lang w:val="en-ID"/>
              </w:rPr>
            </w:pPr>
            <w:r w:rsidRPr="0053444A">
              <w:rPr>
                <w:rFonts w:eastAsia="Times New Roman" w:cs="Times New Roman"/>
                <w:szCs w:val="24"/>
                <w:lang w:val="en-ID"/>
              </w:rPr>
              <w:t>NIM</w:t>
            </w:r>
          </w:p>
        </w:tc>
        <w:tc>
          <w:tcPr>
            <w:tcW w:w="284" w:type="dxa"/>
          </w:tcPr>
          <w:p w14:paraId="65F5CCBF" w14:textId="77777777" w:rsidR="00C76925" w:rsidRDefault="00C76925" w:rsidP="005C25EA">
            <w:pPr>
              <w:spacing w:line="276" w:lineRule="auto"/>
              <w:rPr>
                <w:rFonts w:eastAsia="Times New Roman" w:cs="Times New Roman"/>
                <w:szCs w:val="24"/>
                <w:lang w:val="en-ID"/>
              </w:rPr>
            </w:pPr>
            <w:r>
              <w:rPr>
                <w:rFonts w:eastAsia="Times New Roman" w:cs="Times New Roman"/>
                <w:szCs w:val="24"/>
                <w:lang w:val="en-ID"/>
              </w:rPr>
              <w:t>:</w:t>
            </w:r>
          </w:p>
        </w:tc>
        <w:tc>
          <w:tcPr>
            <w:tcW w:w="5918" w:type="dxa"/>
          </w:tcPr>
          <w:p w14:paraId="21BCA5A3" w14:textId="77777777" w:rsidR="00C76925" w:rsidRDefault="00C76925" w:rsidP="005C25EA">
            <w:pPr>
              <w:spacing w:line="276" w:lineRule="auto"/>
              <w:rPr>
                <w:rFonts w:eastAsia="Times New Roman" w:cs="Times New Roman"/>
                <w:szCs w:val="24"/>
                <w:lang w:val="en-ID"/>
              </w:rPr>
            </w:pPr>
            <w:r w:rsidRPr="0053444A">
              <w:rPr>
                <w:rFonts w:eastAsia="Times New Roman" w:cs="Times New Roman"/>
                <w:szCs w:val="24"/>
                <w:lang w:val="en-ID"/>
              </w:rPr>
              <w:t>61201022009552</w:t>
            </w:r>
          </w:p>
        </w:tc>
      </w:tr>
      <w:tr w:rsidR="00C76925" w14:paraId="2D6FF036" w14:textId="77777777" w:rsidTr="005C25EA">
        <w:tc>
          <w:tcPr>
            <w:tcW w:w="1951" w:type="dxa"/>
          </w:tcPr>
          <w:p w14:paraId="5B941F77" w14:textId="77777777" w:rsidR="00C76925" w:rsidRDefault="00C76925" w:rsidP="005C25EA">
            <w:pPr>
              <w:spacing w:line="276" w:lineRule="auto"/>
              <w:rPr>
                <w:rFonts w:eastAsia="Times New Roman" w:cs="Times New Roman"/>
                <w:szCs w:val="24"/>
                <w:lang w:val="en-ID"/>
              </w:rPr>
            </w:pPr>
            <w:r w:rsidRPr="0053444A">
              <w:rPr>
                <w:rFonts w:eastAsia="Times New Roman" w:cs="Times New Roman"/>
                <w:szCs w:val="24"/>
                <w:lang w:val="en-ID"/>
              </w:rPr>
              <w:t>Judul Skripsi</w:t>
            </w:r>
          </w:p>
        </w:tc>
        <w:tc>
          <w:tcPr>
            <w:tcW w:w="284" w:type="dxa"/>
          </w:tcPr>
          <w:p w14:paraId="5C881223" w14:textId="77777777" w:rsidR="00C76925" w:rsidRDefault="00C76925" w:rsidP="005C25EA">
            <w:pPr>
              <w:spacing w:line="276" w:lineRule="auto"/>
              <w:rPr>
                <w:rFonts w:eastAsia="Times New Roman" w:cs="Times New Roman"/>
                <w:szCs w:val="24"/>
                <w:lang w:val="en-ID"/>
              </w:rPr>
            </w:pPr>
            <w:r>
              <w:rPr>
                <w:rFonts w:eastAsia="Times New Roman" w:cs="Times New Roman"/>
                <w:szCs w:val="24"/>
                <w:lang w:val="en-ID"/>
              </w:rPr>
              <w:t>:</w:t>
            </w:r>
          </w:p>
        </w:tc>
        <w:tc>
          <w:tcPr>
            <w:tcW w:w="5918" w:type="dxa"/>
          </w:tcPr>
          <w:p w14:paraId="6B2CB6DB" w14:textId="77777777" w:rsidR="00C76925" w:rsidRDefault="00C76925" w:rsidP="005C25EA">
            <w:pPr>
              <w:spacing w:line="276" w:lineRule="auto"/>
              <w:rPr>
                <w:rFonts w:eastAsia="Times New Roman" w:cs="Times New Roman"/>
                <w:szCs w:val="24"/>
                <w:lang w:val="en-ID"/>
              </w:rPr>
            </w:pPr>
            <w:r w:rsidRPr="0053444A">
              <w:rPr>
                <w:rFonts w:eastAsia="Times New Roman" w:cs="Times New Roman"/>
                <w:szCs w:val="24"/>
                <w:lang w:val="en-ID"/>
              </w:rPr>
              <w:t>Pengaruh Kemudahan, Keamanan dan Kecepatan Transaksi terhadap Minat Penggunaan Pembayaran QRIS pada Pelanggan Kios Sembako  dan Sayur “Kangmas Sayur” di Ragunan</w:t>
            </w:r>
          </w:p>
        </w:tc>
      </w:tr>
    </w:tbl>
    <w:p w14:paraId="5D4971E7" w14:textId="3AA85924" w:rsidR="003556A8" w:rsidRPr="00560EA1" w:rsidRDefault="003477CE" w:rsidP="00304C4D">
      <w:pPr>
        <w:pStyle w:val="Heading1"/>
        <w:rPr>
          <w:szCs w:val="24"/>
        </w:rPr>
      </w:pPr>
      <w:r>
        <w:rPr>
          <w:szCs w:val="24"/>
        </w:rPr>
        <w:t>ABSTRAK</w:t>
      </w:r>
      <w:bookmarkEnd w:id="4"/>
    </w:p>
    <w:p w14:paraId="65A39683" w14:textId="397E9C0B" w:rsidR="00560EA1" w:rsidRPr="00560EA1" w:rsidRDefault="00560EA1" w:rsidP="00560EA1">
      <w:pPr>
        <w:spacing w:line="240" w:lineRule="auto"/>
        <w:rPr>
          <w:rFonts w:eastAsia="Times New Roman" w:cs="Times New Roman"/>
          <w:sz w:val="22"/>
          <w:lang w:val="en-ID"/>
        </w:rPr>
      </w:pPr>
      <w:r>
        <w:rPr>
          <w:rFonts w:eastAsia="Times New Roman" w:cs="Times New Roman"/>
          <w:sz w:val="22"/>
          <w:lang w:val="en-ID"/>
        </w:rPr>
        <w:t>Penelitian dilatarbelakangi oleh rendahnya realisasi penggunaan QRIS yang hanya mencapai rata-rata 9,3% dari total transaksi meskipun fasilitas tersebut telah tersedia sejak tahun 2023. Metode yang digunakan adalah kuantitatif dengan pendekatan deskriptif dan asosiatif kausal. Sampel penelitian berjumlah 95 responden pengguna QRIS yang diperoleh melalui teknik purposive sampling, dengan ukuran sampel minimum ditentukan menggunakan rumus Slovin berdasarkan populasi 1.612 transaksi QRIS selama Oktober 2025 -- Maret 2026. Data dikumpulkan melalui kuesioner skala Likert dan dianalisis menggunakan Structural Equation Modeling--Partial Least Squares (SEM-PLS) dengan algoritma PLS standar (pustaka Python plspm). Hasil penelitian menunjukkan bahwa dari ketiga variabel yang diuji, hanya kecepatan transaksi yang berpengaruh positif dan signifikan terhadap minat penggunaan QRIS (β = 0,502; t = 4,090; p &lt; 0,05), sedangkan kemudahan penggunaan (β = 0,134; t = 1,110; p = 0,205) dan keamanan transaksi (β = 0,129; t = 1,220; p = 0,211) tidak terbukti berpengaruh signifikan. Secara simultan, ketiga variabel memberikan nilai koefisien determinasi (R²) sebesar 0,483, yang berarti 48,3% variasi minat penggunaan QRIS dapat dijelaskan oleh ketiga faktor tersebut. Hasil penelitian merekomendasikan agar pelaku UMKM dan pihak terkait berfokus pada peningkatan kecepatan dan efisiensi proses transaksi QRIS, mengingat faktor inilah yang paling menentukan minat pelanggan, sembari tetap menjaga kemudahan penggunaan dan keamanan transaksi sebagai faktor pendukung guna mendorong adopsi pembayaran digital yang lebih luas di kalangan pelanggan kios tradisional.</w:t>
      </w:r>
    </w:p>
    <w:p w14:paraId="4FD2197F" w14:textId="77777777" w:rsidR="003556A8" w:rsidRDefault="003556A8" w:rsidP="00C84AAD">
      <w:pPr>
        <w:spacing w:line="240" w:lineRule="auto"/>
      </w:pPr>
      <w:r>
        <w:rPr>
          <w:rFonts w:eastAsia="Times New Roman" w:cs="Times New Roman"/>
          <w:b/>
          <w:bCs/>
          <w:sz w:val="22"/>
        </w:rPr>
        <w:t>Kata Kunci: QRIS, Kemudahan Penggunaan, Keamanan Transaksi, Kecepatan Transaksi, Minat Penggunaan</w:t>
      </w:r>
    </w:p>
    <w:p w14:paraId="4A290B48" w14:textId="77777777" w:rsidR="00C84AAD" w:rsidRDefault="00C84AAD" w:rsidP="003556A8">
      <w:pPr>
        <w:pStyle w:val="Heading1"/>
        <w:spacing w:before="240" w:after="200" w:line="360" w:lineRule="auto"/>
        <w:rPr>
          <w:rFonts w:eastAsia="Times New Roman" w:cs="Times New Roman"/>
          <w:sz w:val="28"/>
        </w:rPr>
      </w:pPr>
      <w:r>
        <w:rPr>
          <w:rFonts w:eastAsia="Times New Roman" w:cs="Times New Roman"/>
          <w:sz w:val="28"/>
        </w:rPr>
        <w:br w:type="page"/>
      </w:r>
    </w:p>
    <w:p w14:paraId="23A2A372" w14:textId="77777777" w:rsidR="003556A8" w:rsidRPr="00C84AAD" w:rsidRDefault="003556A8" w:rsidP="003556A8">
      <w:pPr>
        <w:pStyle w:val="Heading1"/>
        <w:spacing w:before="240" w:after="200" w:line="360" w:lineRule="auto"/>
        <w:rPr>
          <w:szCs w:val="24"/>
        </w:rPr>
      </w:pPr>
      <w:bookmarkStart w:id="5" w:name="_Toc236119184"/>
      <w:r>
        <w:rPr>
          <w:rFonts w:eastAsia="Times New Roman" w:cs="Times New Roman"/>
          <w:szCs w:val="24"/>
        </w:rPr>
        <w:t>ABSTRACT</w:t>
      </w:r>
      <w:bookmarkEnd w:id="5"/>
    </w:p>
    <w:p w14:paraId="31652189" w14:textId="754F980A" w:rsidR="00560EA1" w:rsidRPr="00C76925" w:rsidRDefault="00560EA1" w:rsidP="00560EA1">
      <w:pPr>
        <w:spacing w:line="240" w:lineRule="auto"/>
        <w:rPr>
          <w:rFonts w:eastAsia="Times New Roman" w:cs="Times New Roman"/>
          <w:i/>
          <w:iCs/>
          <w:sz w:val="22"/>
          <w:lang w:val="en-ID"/>
        </w:rPr>
      </w:pPr>
      <w:r w:rsidRPr="00C76925">
        <w:rPr>
          <w:rFonts w:eastAsia="Times New Roman" w:cs="Times New Roman"/>
          <w:i/>
          <w:iCs/>
          <w:sz w:val="22"/>
          <w:lang w:val="en-ID"/>
        </w:rPr>
        <w:t>The research was motivated by the relatively low adoption rate of QRIS, which only reached an average of 9.3% of total transactions despite its availability at the kiosk since 2023. A quantitative method with descriptive and causal associative approaches was employed. The study involved 95 respondents consisting of QRIS users selected through purposive sampling, with the minimum sample size determined using the Slovin formula based on a population of 1,612 QRIS transactions during October 2025 -- March 2026. Data were collected using a Likert-scale questionnaire and analyzed using Structural Equation Modeling–Partial Least Squares (SEM-PLS) with the standard PLS algorithm (Python plspm library). The results indicate that, of the three variables tested, only transaction speed has a positive and significant effect on the interest in using QRIS (β = 0.502; t = 4.090; p &lt; 0.05), while ease of use (β = 0.134; t = 1.110; p = 0.205) and transaction security (β = 0.129; t = 1.220; p = 0.211) were not found to have a significant effect. Simultaneously, the three variables produced an R² value of 0.483, indicating that 48.3% of the variance in customers' interest in using QRIS can be explained by these three factors. The findings recommend that MSME owners and relevant stakeholders focus on improving the speed and efficiency of the QRIS transaction process, as this factor was found to be the most decisive for customer interest, while continuing to maintain ease of use and transaction security as supporting factors to encourage wider adoption of digital payment systems among traditional kiosk customers.</w:t>
      </w:r>
    </w:p>
    <w:p w14:paraId="0FC44570" w14:textId="77777777" w:rsidR="003556A8" w:rsidRPr="00C76925" w:rsidRDefault="003556A8" w:rsidP="00C84AAD">
      <w:pPr>
        <w:spacing w:line="240" w:lineRule="auto"/>
        <w:rPr>
          <w:rFonts w:eastAsia="Times New Roman" w:cs="Times New Roman"/>
          <w:i/>
          <w:iCs/>
          <w:sz w:val="22"/>
          <w:lang w:val="en-ID"/>
        </w:rPr>
      </w:pPr>
      <w:r w:rsidRPr="00C76925">
        <w:rPr>
          <w:rFonts w:eastAsia="Times New Roman" w:cs="Times New Roman"/>
          <w:b/>
          <w:bCs/>
          <w:i/>
          <w:iCs/>
          <w:sz w:val="22"/>
        </w:rPr>
        <w:t>Keywords: QRIS, Ease of Use, Transaction Security, Transaction Speed, Usage Intention</w:t>
      </w:r>
      <w:r w:rsidRPr="00C76925">
        <w:rPr>
          <w:i/>
          <w:iCs/>
        </w:rPr>
        <w:br w:type="page"/>
      </w:r>
    </w:p>
    <w:p w14:paraId="77A883CB" w14:textId="77777777" w:rsidR="004C0FC3" w:rsidRPr="004C0FC3" w:rsidRDefault="004C0FC3" w:rsidP="0060471F">
      <w:pPr>
        <w:pStyle w:val="Heading1"/>
        <w:spacing w:line="360" w:lineRule="auto"/>
      </w:pPr>
      <w:bookmarkStart w:id="6" w:name="_Toc236119185"/>
      <w:r>
        <w:t>KATA PENGANTAR</w:t>
      </w:r>
      <w:bookmarkEnd w:id="6"/>
    </w:p>
    <w:p w14:paraId="16D50619" w14:textId="77777777" w:rsidR="00C84AAD" w:rsidRDefault="00C84AAD" w:rsidP="005277EE">
      <w:pPr>
        <w:spacing w:after="160" w:line="360" w:lineRule="auto"/>
        <w:ind w:firstLine="720"/>
      </w:pPr>
      <w:r>
        <w:rPr>
          <w:rFonts w:eastAsia="Times New Roman" w:cs="Times New Roman"/>
          <w:szCs w:val="24"/>
        </w:rPr>
        <w:t>Puji syukur penulis panjatkan kehadirat Allah SWT yang telah memberikan rahmat dan karunia-Nya, sehingga penulis dapat menyelesaikan skripsi yang berjudul "Pengaruh Kemudahan, Keamanan, dan Kecepatan Transaksi Terhadap Minat Penggunaan Pembayaran QRIS pada Pelanggan Kios Sembako dan Sayur 'Kangmas Sayur' di Ragunan" sebagai salah satu syarat untuk menyelesaikan studi pada Program Studi Manajemen Sekolah Tinggi Ilmu Ekonomi GICI.</w:t>
      </w:r>
    </w:p>
    <w:p w14:paraId="0557B099" w14:textId="77777777" w:rsidR="00C84AAD" w:rsidRDefault="00C84AAD" w:rsidP="005277EE">
      <w:pPr>
        <w:spacing w:after="160" w:line="360" w:lineRule="auto"/>
        <w:ind w:firstLine="720"/>
      </w:pPr>
      <w:r>
        <w:rPr>
          <w:rFonts w:eastAsia="Times New Roman" w:cs="Times New Roman"/>
          <w:szCs w:val="24"/>
        </w:rPr>
        <w:t>Penulis menyadari bahwa dalam penyusunan skripsi ini tidak terlepas dari bantuan, bimbingan, dukungan, dan doa dari berbagai pihak. Oleh karena itu, pada kesempatan ini penulis ingin menyampaikan ucapan terima kasih yang sebesar-besarnya kepada:</w:t>
      </w:r>
    </w:p>
    <w:p w14:paraId="1FBA716E" w14:textId="65E1BD6E" w:rsidR="007B57F1" w:rsidRPr="007B57F1" w:rsidRDefault="007B57F1">
      <w:pPr>
        <w:pStyle w:val="ListParagraph"/>
        <w:numPr>
          <w:ilvl w:val="0"/>
          <w:numId w:val="13"/>
        </w:numPr>
        <w:spacing w:after="80" w:line="360" w:lineRule="auto"/>
        <w:contextualSpacing w:val="0"/>
      </w:pPr>
      <w:r>
        <w:t>Bapak Mildy Rifai</w:t>
      </w:r>
      <w:r w:rsidR="006A0444">
        <w:t xml:space="preserve">, S.E., dalam perannya sebagai ketua Yayasan Nusa Jaya Depok, yang telah berkomitmen untuk terus memajukan Sekolah Tinggi Ilmu Ekonomi GICI secara efektif. </w:t>
      </w:r>
    </w:p>
    <w:p w14:paraId="101E83F3" w14:textId="492807A7" w:rsidR="00C84AAD" w:rsidRDefault="00C84AAD">
      <w:pPr>
        <w:pStyle w:val="ListParagraph"/>
        <w:numPr>
          <w:ilvl w:val="0"/>
          <w:numId w:val="13"/>
        </w:numPr>
        <w:spacing w:after="80" w:line="360" w:lineRule="auto"/>
        <w:contextualSpacing w:val="0"/>
      </w:pPr>
      <w:r>
        <w:rPr>
          <w:rFonts w:eastAsia="Times New Roman" w:cs="Times New Roman"/>
          <w:szCs w:val="24"/>
        </w:rPr>
        <w:t>Bapak Prof. Dr. Abdul Hamid, MS, selaku Ketua Sekolah Tinggi Ilmu Ekonomi GICI yang telah memberikan kesempatan kepada penulis untuk menempuh pendidikan di STIE GICI.</w:t>
      </w:r>
    </w:p>
    <w:p w14:paraId="7DB8B4C0" w14:textId="202D0326" w:rsidR="00C84AAD" w:rsidRDefault="00C84AAD">
      <w:pPr>
        <w:pStyle w:val="ListParagraph"/>
        <w:numPr>
          <w:ilvl w:val="0"/>
          <w:numId w:val="13"/>
        </w:numPr>
        <w:spacing w:after="80" w:line="360" w:lineRule="auto"/>
        <w:contextualSpacing w:val="0"/>
      </w:pPr>
      <w:r>
        <w:rPr>
          <w:rFonts w:eastAsia="Times New Roman" w:cs="Times New Roman"/>
          <w:szCs w:val="24"/>
        </w:rPr>
        <w:t>Bapak Drs. Henky Hendrawan, MM., M.Si, selaku Ketua Program Studi Manajemen STIE GICI yang telah memberikan arahan dan dukungan selama proses perkuliahan.</w:t>
      </w:r>
    </w:p>
    <w:p w14:paraId="31FB21C9" w14:textId="77777777" w:rsidR="00C84AAD" w:rsidRDefault="00C84AAD">
      <w:pPr>
        <w:pStyle w:val="ListParagraph"/>
        <w:numPr>
          <w:ilvl w:val="0"/>
          <w:numId w:val="13"/>
        </w:numPr>
        <w:spacing w:after="80" w:line="360" w:lineRule="auto"/>
        <w:contextualSpacing w:val="0"/>
      </w:pPr>
      <w:r>
        <w:rPr>
          <w:rFonts w:eastAsia="Times New Roman" w:cs="Times New Roman"/>
          <w:szCs w:val="24"/>
        </w:rPr>
        <w:t>Bapak Dr. Damaruci, S.Sos., MM, selaku Dosen Pembimbing yang telah meluangkan waktu, tenaga, dan pikiran untuk memberikan bimbingan, arahan, dan masukan yang sangat berharga dalam penyusunan skripsi ini.</w:t>
      </w:r>
    </w:p>
    <w:p w14:paraId="0A4BF590" w14:textId="77777777" w:rsidR="00C84AAD" w:rsidRDefault="00C84AAD">
      <w:pPr>
        <w:pStyle w:val="ListParagraph"/>
        <w:numPr>
          <w:ilvl w:val="0"/>
          <w:numId w:val="13"/>
        </w:numPr>
        <w:spacing w:after="80" w:line="360" w:lineRule="auto"/>
        <w:contextualSpacing w:val="0"/>
      </w:pPr>
      <w:r>
        <w:rPr>
          <w:rFonts w:eastAsia="Times New Roman" w:cs="Times New Roman"/>
          <w:szCs w:val="24"/>
        </w:rPr>
        <w:t>Seluruh Bapak/Ibu Dosen dan staf STIE GICI yang telah memberikan ilmu pengetahuan dan pelayanan selama penulis menempuh pendidikan.</w:t>
      </w:r>
    </w:p>
    <w:p w14:paraId="1F184B1D" w14:textId="77777777" w:rsidR="00C84AAD" w:rsidRDefault="00C84AAD">
      <w:pPr>
        <w:pStyle w:val="ListParagraph"/>
        <w:numPr>
          <w:ilvl w:val="0"/>
          <w:numId w:val="13"/>
        </w:numPr>
        <w:spacing w:after="80" w:line="360" w:lineRule="auto"/>
        <w:contextualSpacing w:val="0"/>
      </w:pPr>
      <w:r>
        <w:rPr>
          <w:rFonts w:eastAsia="Times New Roman" w:cs="Times New Roman"/>
          <w:szCs w:val="24"/>
        </w:rPr>
        <w:t>Kedua orang tua tercinta dan keluarga yang selalu memberikan doa, dukungan, motivasi, dan kasih sayang yang tiada henti kepada penulis.</w:t>
      </w:r>
    </w:p>
    <w:p w14:paraId="02065B0D" w14:textId="77777777" w:rsidR="00C84AAD" w:rsidRDefault="00C84AAD">
      <w:pPr>
        <w:pStyle w:val="ListParagraph"/>
        <w:numPr>
          <w:ilvl w:val="0"/>
          <w:numId w:val="13"/>
        </w:numPr>
        <w:spacing w:after="80" w:line="360" w:lineRule="auto"/>
        <w:contextualSpacing w:val="0"/>
      </w:pPr>
      <w:r>
        <w:rPr>
          <w:rFonts w:eastAsia="Times New Roman" w:cs="Times New Roman"/>
          <w:szCs w:val="24"/>
        </w:rPr>
        <w:t>Para pelanggan kios sembako dan sayur di Ragunan yang telah bersedia menjadi responden dalam penelitian ini.</w:t>
      </w:r>
    </w:p>
    <w:p w14:paraId="48DFA816" w14:textId="77777777" w:rsidR="00C84AAD" w:rsidRDefault="00C84AAD">
      <w:pPr>
        <w:pStyle w:val="ListParagraph"/>
        <w:numPr>
          <w:ilvl w:val="0"/>
          <w:numId w:val="13"/>
        </w:numPr>
        <w:spacing w:line="360" w:lineRule="auto"/>
        <w:contextualSpacing w:val="0"/>
      </w:pPr>
      <w:r>
        <w:rPr>
          <w:rFonts w:eastAsia="Times New Roman" w:cs="Times New Roman"/>
          <w:szCs w:val="24"/>
        </w:rPr>
        <w:t>Semua pihak yang tidak dapat disebutkan satu per satu yang telah membantu dalam penyelesaian skripsi ini.</w:t>
      </w:r>
    </w:p>
    <w:p w14:paraId="47402DD5" w14:textId="77777777" w:rsidR="00C84AAD" w:rsidRDefault="00C84AAD" w:rsidP="005277EE">
      <w:pPr>
        <w:spacing w:after="160" w:line="360" w:lineRule="auto"/>
        <w:ind w:firstLine="720"/>
      </w:pPr>
      <w:r>
        <w:rPr>
          <w:rFonts w:eastAsia="Times New Roman" w:cs="Times New Roman"/>
          <w:szCs w:val="24"/>
        </w:rPr>
        <w:t>Penulis menyadari bahwa skripsi ini masih jauh dari kesempurnaan. Oleh karena itu, penulis mengharapkan kritik dan saran yang membangun dari semua pihak demi perbaikan di masa yang akan datang. Semoga skripsi ini dapat bermanfaat bagi penulis khususnya dan pembaca pada umumnya.</w:t>
      </w:r>
    </w:p>
    <w:p w14:paraId="042B2D0F" w14:textId="77777777" w:rsidR="00C84AAD" w:rsidRDefault="00C84AAD" w:rsidP="005277EE">
      <w:pPr>
        <w:spacing w:line="360" w:lineRule="auto"/>
      </w:pPr>
    </w:p>
    <w:p w14:paraId="076C426A" w14:textId="5E4E1212" w:rsidR="00C84AAD" w:rsidRDefault="00C84AAD" w:rsidP="005277EE">
      <w:pPr>
        <w:spacing w:after="80" w:line="360" w:lineRule="auto"/>
        <w:jc w:val="right"/>
      </w:pPr>
      <w:r>
        <w:rPr>
          <w:rFonts w:eastAsia="Times New Roman" w:cs="Times New Roman"/>
          <w:szCs w:val="24"/>
        </w:rPr>
        <w:t xml:space="preserve">Jakarta, </w:t>
      </w:r>
      <w:r w:rsidR="00421438">
        <w:t>07 Juli</w:t>
      </w:r>
      <w:r>
        <w:rPr>
          <w:rFonts w:eastAsia="Times New Roman" w:cs="Times New Roman"/>
          <w:szCs w:val="24"/>
        </w:rPr>
        <w:t xml:space="preserve"> 2026</w:t>
      </w:r>
    </w:p>
    <w:p w14:paraId="5F3C8531" w14:textId="77777777" w:rsidR="004C0FC3" w:rsidRDefault="00C84AAD" w:rsidP="005277EE">
      <w:pPr>
        <w:spacing w:after="80" w:line="360" w:lineRule="auto"/>
        <w:ind w:left="5040" w:firstLine="720"/>
        <w:jc w:val="center"/>
      </w:pPr>
      <w:r>
        <w:rPr>
          <w:rFonts w:eastAsia="Times New Roman" w:cs="Times New Roman"/>
          <w:szCs w:val="24"/>
        </w:rPr>
        <w:t xml:space="preserve">         Penulis,</w:t>
      </w:r>
    </w:p>
    <w:p w14:paraId="2FCE9AD8" w14:textId="77777777" w:rsidR="004C0FC3" w:rsidRPr="004C0FC3" w:rsidRDefault="004C0FC3" w:rsidP="005277EE">
      <w:pPr>
        <w:tabs>
          <w:tab w:val="left" w:leader="dot" w:pos="3402"/>
          <w:tab w:val="left" w:leader="dot" w:pos="3969"/>
          <w:tab w:val="left" w:leader="dot" w:pos="4536"/>
          <w:tab w:val="left" w:leader="dot" w:pos="5670"/>
          <w:tab w:val="left" w:leader="dot" w:pos="7938"/>
        </w:tabs>
        <w:spacing w:line="360" w:lineRule="auto"/>
        <w:jc w:val="right"/>
      </w:pPr>
    </w:p>
    <w:p w14:paraId="2417157B" w14:textId="77777777" w:rsidR="004C0FC3" w:rsidRPr="00BF1589" w:rsidRDefault="004C0FC3" w:rsidP="00BF1589">
      <w:pPr>
        <w:tabs>
          <w:tab w:val="left" w:leader="dot" w:pos="3402"/>
          <w:tab w:val="left" w:leader="dot" w:pos="3969"/>
          <w:tab w:val="left" w:leader="dot" w:pos="4536"/>
          <w:tab w:val="left" w:leader="dot" w:pos="5670"/>
          <w:tab w:val="left" w:leader="dot" w:pos="7938"/>
        </w:tabs>
        <w:spacing w:after="0" w:line="360" w:lineRule="auto"/>
        <w:jc w:val="right"/>
        <w:rPr>
          <w:b/>
          <w:bCs/>
        </w:rPr>
      </w:pPr>
      <w:r>
        <w:rPr>
          <w:b/>
          <w:bCs/>
        </w:rPr>
        <w:t>Yepi Puspitasari</w:t>
      </w:r>
    </w:p>
    <w:p w14:paraId="249FCE53" w14:textId="77777777" w:rsidR="004C0FC3" w:rsidRPr="004C0FC3" w:rsidRDefault="004C0FC3" w:rsidP="00BF1589">
      <w:pPr>
        <w:tabs>
          <w:tab w:val="left" w:leader="dot" w:pos="3402"/>
          <w:tab w:val="left" w:leader="dot" w:pos="3969"/>
          <w:tab w:val="left" w:leader="dot" w:pos="4536"/>
          <w:tab w:val="left" w:leader="dot" w:pos="5670"/>
          <w:tab w:val="left" w:leader="dot" w:pos="7938"/>
        </w:tabs>
        <w:spacing w:after="0" w:line="360" w:lineRule="auto"/>
        <w:jc w:val="right"/>
      </w:pPr>
      <w:r>
        <w:t>61201022009552</w:t>
      </w:r>
    </w:p>
    <w:p w14:paraId="21BB1A4D" w14:textId="77777777" w:rsidR="00CE0E0A" w:rsidRPr="000F7DFC" w:rsidRDefault="00CE0E0A" w:rsidP="005277EE">
      <w:pPr>
        <w:spacing w:line="276" w:lineRule="auto"/>
      </w:pPr>
    </w:p>
    <w:p w14:paraId="21ECAEC7" w14:textId="77777777" w:rsidR="004C0FC3" w:rsidRDefault="004C0FC3" w:rsidP="0060471F">
      <w:pPr>
        <w:spacing w:line="360" w:lineRule="auto"/>
        <w:rPr>
          <w:rFonts w:cs="Times New Roman"/>
          <w:szCs w:val="24"/>
        </w:rPr>
      </w:pPr>
    </w:p>
    <w:p w14:paraId="0FF9C19E" w14:textId="77777777" w:rsidR="004C0FC3" w:rsidRDefault="004C0FC3" w:rsidP="0060471F">
      <w:pPr>
        <w:spacing w:line="360" w:lineRule="auto"/>
        <w:rPr>
          <w:rFonts w:cs="Times New Roman"/>
          <w:szCs w:val="24"/>
        </w:rPr>
      </w:pPr>
    </w:p>
    <w:p w14:paraId="7B857C26" w14:textId="77777777" w:rsidR="004C0FC3" w:rsidRDefault="004C0FC3" w:rsidP="0060471F">
      <w:pPr>
        <w:spacing w:line="360" w:lineRule="auto"/>
        <w:rPr>
          <w:rFonts w:eastAsiaTheme="majorEastAsia" w:cs="Times New Roman"/>
          <w:szCs w:val="24"/>
        </w:rPr>
      </w:pPr>
    </w:p>
    <w:p w14:paraId="4AF8AF05" w14:textId="77777777" w:rsidR="0060471F" w:rsidRDefault="0060471F" w:rsidP="0060471F">
      <w:pPr>
        <w:spacing w:line="360" w:lineRule="auto"/>
        <w:rPr>
          <w:rFonts w:eastAsiaTheme="majorEastAsia" w:cs="Times New Roman"/>
          <w:szCs w:val="24"/>
        </w:rPr>
      </w:pPr>
    </w:p>
    <w:p w14:paraId="415F3E57" w14:textId="77777777" w:rsidR="0060471F" w:rsidRDefault="0060471F" w:rsidP="0060471F">
      <w:pPr>
        <w:spacing w:line="360" w:lineRule="auto"/>
        <w:rPr>
          <w:rFonts w:eastAsiaTheme="majorEastAsia" w:cs="Times New Roman"/>
          <w:szCs w:val="24"/>
        </w:rPr>
      </w:pPr>
    </w:p>
    <w:p w14:paraId="7DE75C2E" w14:textId="77777777" w:rsidR="0060471F" w:rsidRDefault="0060471F" w:rsidP="0060471F">
      <w:pPr>
        <w:spacing w:line="360" w:lineRule="auto"/>
        <w:rPr>
          <w:rFonts w:eastAsiaTheme="majorEastAsia" w:cs="Times New Roman"/>
          <w:szCs w:val="24"/>
        </w:rPr>
      </w:pPr>
    </w:p>
    <w:p w14:paraId="2FC842FA" w14:textId="77777777" w:rsidR="0060471F" w:rsidRDefault="0060471F" w:rsidP="0060471F">
      <w:pPr>
        <w:spacing w:line="360" w:lineRule="auto"/>
        <w:rPr>
          <w:rFonts w:eastAsiaTheme="majorEastAsia" w:cs="Times New Roman"/>
          <w:szCs w:val="24"/>
        </w:rPr>
      </w:pPr>
    </w:p>
    <w:p w14:paraId="30BE4ACF" w14:textId="77777777" w:rsidR="0060471F" w:rsidRDefault="0060471F" w:rsidP="0060471F">
      <w:pPr>
        <w:spacing w:line="360" w:lineRule="auto"/>
        <w:rPr>
          <w:rFonts w:eastAsiaTheme="majorEastAsia" w:cs="Times New Roman"/>
          <w:szCs w:val="24"/>
        </w:rPr>
      </w:pPr>
    </w:p>
    <w:p w14:paraId="0F48C6D0" w14:textId="77777777" w:rsidR="008972DF" w:rsidRDefault="008972DF" w:rsidP="0060471F">
      <w:pPr>
        <w:spacing w:line="360" w:lineRule="auto"/>
        <w:rPr>
          <w:rFonts w:eastAsiaTheme="majorEastAsia" w:cs="Times New Roman"/>
          <w:szCs w:val="24"/>
        </w:rPr>
      </w:pPr>
    </w:p>
    <w:p w14:paraId="701C594E" w14:textId="5644D64F" w:rsidR="00EA2A3C" w:rsidRPr="004553FC" w:rsidRDefault="00C84AAD" w:rsidP="00421438">
      <w:pPr>
        <w:pStyle w:val="Heading1"/>
        <w:spacing w:line="240" w:lineRule="auto"/>
        <w:rPr>
          <w:rFonts w:cs="Times New Roman"/>
          <w:sz w:val="28"/>
        </w:rPr>
      </w:pPr>
      <w:r>
        <w:rPr>
          <w:rFonts w:cs="Times New Roman"/>
          <w:sz w:val="28"/>
        </w:rPr>
        <w:br w:type="page"/>
      </w:r>
      <w:bookmarkStart w:id="7" w:name="_Toc236119186"/>
      <w:r w:rsidR="00E04E4E">
        <w:rPr>
          <w:rFonts w:cs="Times New Roman"/>
          <w:sz w:val="28"/>
        </w:rPr>
        <w:t>DAFTAR ISI</w:t>
      </w:r>
      <w:bookmarkEnd w:id="7"/>
    </w:p>
    <w:p w14:paraId="0A9AF090" w14:textId="77777777" w:rsidR="00115031" w:rsidRPr="00115031" w:rsidRDefault="00115031" w:rsidP="008972DF">
      <w:pPr>
        <w:spacing w:after="0" w:line="240" w:lineRule="auto"/>
        <w:rPr>
          <w:rFonts w:cs="Times New Roman"/>
          <w:szCs w:val="24"/>
        </w:rPr>
      </w:pPr>
    </w:p>
    <w:sdt>
      <w:sdtPr>
        <w:rPr>
          <w:rFonts w:eastAsiaTheme="minorEastAsia" w:cs="Times New Roman"/>
          <w:b w:val="0"/>
          <w:bCs w:val="0"/>
          <w:szCs w:val="24"/>
        </w:rPr>
        <w:id w:val="-1728681087"/>
        <w:docPartObj>
          <w:docPartGallery w:val="Table of Contents"/>
          <w:docPartUnique/>
        </w:docPartObj>
      </w:sdtPr>
      <w:sdtEndPr>
        <w:rPr>
          <w:noProof/>
        </w:rPr>
      </w:sdtEndPr>
      <w:sdtContent>
        <w:p w14:paraId="750B7517" w14:textId="77777777" w:rsidR="00115031" w:rsidRPr="00115031" w:rsidRDefault="00115031" w:rsidP="00E21B16">
          <w:pPr>
            <w:pStyle w:val="TOCHeading"/>
            <w:spacing w:line="276" w:lineRule="auto"/>
            <w:jc w:val="left"/>
            <w:rPr>
              <w:rFonts w:cs="Times New Roman"/>
              <w:szCs w:val="24"/>
            </w:rPr>
          </w:pPr>
        </w:p>
        <w:p w14:paraId="22C8EDE0" w14:textId="77DBCB8B" w:rsidR="008E0DB6" w:rsidRDefault="00EA23D5" w:rsidP="00E21B16">
          <w:pPr>
            <w:pStyle w:val="TOC1"/>
            <w:rPr>
              <w:rFonts w:asciiTheme="minorHAnsi" w:hAnsiTheme="minorHAnsi"/>
              <w:noProof/>
              <w:kern w:val="2"/>
              <w:szCs w:val="24"/>
              <w:lang w:val="en-ID" w:eastAsia="en-ID"/>
              <w14:ligatures w14:val="standardContextual"/>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hyperlink w:anchor="_Toc236119179" w:history="1">
            <w:r w:rsidR="008E0DB6" w:rsidRPr="008E0DB6">
              <w:rPr>
                <w:rStyle w:val="Hyperlink"/>
                <w:noProof/>
                <w:lang w:val="en-ID"/>
              </w:rPr>
              <w:t>LEMBAR PENGESAHAN SKRIPSI</w:t>
            </w:r>
            <w:r w:rsidR="008E0DB6" w:rsidRPr="008E0DB6">
              <w:rPr>
                <w:rStyle w:val="Hyperlink"/>
                <w:noProof/>
                <w:webHidden/>
              </w:rPr>
              <w:tab/>
            </w:r>
            <w:r w:rsidR="008E0DB6" w:rsidRPr="008E0DB6">
              <w:rPr>
                <w:rStyle w:val="Hyperlink"/>
                <w:noProof/>
                <w:webHidden/>
              </w:rPr>
              <w:fldChar w:fldCharType="begin"/>
            </w:r>
            <w:r w:rsidR="008E0DB6" w:rsidRPr="008E0DB6">
              <w:rPr>
                <w:rStyle w:val="Hyperlink"/>
                <w:noProof/>
                <w:webHidden/>
              </w:rPr>
              <w:instrText xml:space="preserve"> PAGEREF _Toc236119179 \h </w:instrText>
            </w:r>
            <w:r w:rsidR="008E0DB6" w:rsidRPr="008E0DB6">
              <w:rPr>
                <w:rStyle w:val="Hyperlink"/>
                <w:noProof/>
                <w:webHidden/>
              </w:rPr>
            </w:r>
            <w:r w:rsidR="008E0DB6" w:rsidRPr="008E0DB6">
              <w:rPr>
                <w:rStyle w:val="Hyperlink"/>
                <w:noProof/>
                <w:webHidden/>
              </w:rPr>
              <w:fldChar w:fldCharType="separate"/>
            </w:r>
            <w:r w:rsidR="006E22CD">
              <w:rPr>
                <w:rStyle w:val="Hyperlink"/>
                <w:noProof/>
                <w:webHidden/>
              </w:rPr>
              <w:t>ii</w:t>
            </w:r>
            <w:r w:rsidR="008E0DB6" w:rsidRPr="008E0DB6">
              <w:rPr>
                <w:rStyle w:val="Hyperlink"/>
                <w:noProof/>
                <w:webHidden/>
              </w:rPr>
              <w:fldChar w:fldCharType="end"/>
            </w:r>
          </w:hyperlink>
        </w:p>
        <w:p w14:paraId="115A6A5E" w14:textId="00D44287" w:rsidR="008E0DB6" w:rsidRDefault="008E0DB6" w:rsidP="00E21B16">
          <w:pPr>
            <w:pStyle w:val="TOC1"/>
            <w:rPr>
              <w:rFonts w:asciiTheme="minorHAnsi" w:hAnsiTheme="minorHAnsi"/>
              <w:noProof/>
              <w:kern w:val="2"/>
              <w:szCs w:val="24"/>
              <w:lang w:val="en-ID" w:eastAsia="en-ID"/>
              <w14:ligatures w14:val="standardContextual"/>
            </w:rPr>
          </w:pPr>
          <w:hyperlink w:anchor="_Toc236119180" w:history="1">
            <w:r w:rsidRPr="008E0DB6">
              <w:rPr>
                <w:rStyle w:val="Hyperlink"/>
                <w:noProof/>
                <w:lang w:val="en-ID"/>
              </w:rPr>
              <w:t>LEMBAR PENGESAHAN PENGUJI SKRIPSI</w:t>
            </w:r>
            <w:r w:rsidRPr="008E0DB6">
              <w:rPr>
                <w:rStyle w:val="Hyperlink"/>
                <w:noProof/>
                <w:webHidden/>
              </w:rPr>
              <w:tab/>
            </w:r>
            <w:r w:rsidRPr="008E0DB6">
              <w:rPr>
                <w:rStyle w:val="Hyperlink"/>
                <w:noProof/>
                <w:webHidden/>
              </w:rPr>
              <w:fldChar w:fldCharType="begin"/>
            </w:r>
            <w:r w:rsidRPr="008E0DB6">
              <w:rPr>
                <w:rStyle w:val="Hyperlink"/>
                <w:noProof/>
                <w:webHidden/>
              </w:rPr>
              <w:instrText xml:space="preserve"> PAGEREF _Toc236119180 \h </w:instrText>
            </w:r>
            <w:r w:rsidRPr="008E0DB6">
              <w:rPr>
                <w:rStyle w:val="Hyperlink"/>
                <w:noProof/>
                <w:webHidden/>
              </w:rPr>
            </w:r>
            <w:r w:rsidRPr="008E0DB6">
              <w:rPr>
                <w:rStyle w:val="Hyperlink"/>
                <w:noProof/>
                <w:webHidden/>
              </w:rPr>
              <w:fldChar w:fldCharType="separate"/>
            </w:r>
            <w:r w:rsidR="006E22CD">
              <w:rPr>
                <w:rStyle w:val="Hyperlink"/>
                <w:noProof/>
                <w:webHidden/>
              </w:rPr>
              <w:t>iii</w:t>
            </w:r>
            <w:r w:rsidRPr="008E0DB6">
              <w:rPr>
                <w:rStyle w:val="Hyperlink"/>
                <w:noProof/>
                <w:webHidden/>
              </w:rPr>
              <w:fldChar w:fldCharType="end"/>
            </w:r>
          </w:hyperlink>
        </w:p>
        <w:p w14:paraId="54AF5045" w14:textId="5C866CAE" w:rsidR="008E0DB6" w:rsidRDefault="008E0DB6" w:rsidP="00E21B16">
          <w:pPr>
            <w:pStyle w:val="TOC1"/>
            <w:rPr>
              <w:rFonts w:asciiTheme="minorHAnsi" w:hAnsiTheme="minorHAnsi"/>
              <w:noProof/>
              <w:kern w:val="2"/>
              <w:szCs w:val="24"/>
              <w:lang w:val="en-ID" w:eastAsia="en-ID"/>
              <w14:ligatures w14:val="standardContextual"/>
            </w:rPr>
          </w:pPr>
          <w:hyperlink w:anchor="_Toc236119181" w:history="1">
            <w:r w:rsidRPr="000B3395">
              <w:rPr>
                <w:rStyle w:val="Hyperlink"/>
                <w:noProof/>
              </w:rPr>
              <w:t>PERNYATAAN KEASLIAN</w:t>
            </w:r>
            <w:r>
              <w:rPr>
                <w:noProof/>
                <w:webHidden/>
              </w:rPr>
              <w:tab/>
            </w:r>
            <w:r>
              <w:rPr>
                <w:noProof/>
                <w:webHidden/>
              </w:rPr>
              <w:fldChar w:fldCharType="begin"/>
            </w:r>
            <w:r>
              <w:rPr>
                <w:noProof/>
                <w:webHidden/>
              </w:rPr>
              <w:instrText xml:space="preserve"> PAGEREF _Toc236119181 \h </w:instrText>
            </w:r>
            <w:r>
              <w:rPr>
                <w:noProof/>
                <w:webHidden/>
              </w:rPr>
            </w:r>
            <w:r>
              <w:rPr>
                <w:noProof/>
                <w:webHidden/>
              </w:rPr>
              <w:fldChar w:fldCharType="separate"/>
            </w:r>
            <w:r w:rsidR="006E22CD">
              <w:rPr>
                <w:noProof/>
                <w:webHidden/>
              </w:rPr>
              <w:t>iv</w:t>
            </w:r>
            <w:r>
              <w:rPr>
                <w:noProof/>
                <w:webHidden/>
              </w:rPr>
              <w:fldChar w:fldCharType="end"/>
            </w:r>
          </w:hyperlink>
        </w:p>
        <w:p w14:paraId="64A742C7" w14:textId="10F723E1" w:rsidR="008E0DB6" w:rsidRDefault="008E0DB6" w:rsidP="00E21B16">
          <w:pPr>
            <w:pStyle w:val="TOC1"/>
            <w:rPr>
              <w:rFonts w:asciiTheme="minorHAnsi" w:hAnsiTheme="minorHAnsi"/>
              <w:noProof/>
              <w:kern w:val="2"/>
              <w:szCs w:val="24"/>
              <w:lang w:val="en-ID" w:eastAsia="en-ID"/>
              <w14:ligatures w14:val="standardContextual"/>
            </w:rPr>
          </w:pPr>
          <w:hyperlink w:anchor="_Toc236119182" w:history="1">
            <w:r w:rsidRPr="000B3395">
              <w:rPr>
                <w:rStyle w:val="Hyperlink"/>
                <w:noProof/>
              </w:rPr>
              <w:t>PERNYATAAN PENGGUNAAN KECERDASAN BUATAN (AI)</w:t>
            </w:r>
            <w:r>
              <w:rPr>
                <w:noProof/>
                <w:webHidden/>
              </w:rPr>
              <w:tab/>
            </w:r>
            <w:r>
              <w:rPr>
                <w:noProof/>
                <w:webHidden/>
              </w:rPr>
              <w:fldChar w:fldCharType="begin"/>
            </w:r>
            <w:r>
              <w:rPr>
                <w:noProof/>
                <w:webHidden/>
              </w:rPr>
              <w:instrText xml:space="preserve"> PAGEREF _Toc236119182 \h </w:instrText>
            </w:r>
            <w:r>
              <w:rPr>
                <w:noProof/>
                <w:webHidden/>
              </w:rPr>
            </w:r>
            <w:r>
              <w:rPr>
                <w:noProof/>
                <w:webHidden/>
              </w:rPr>
              <w:fldChar w:fldCharType="separate"/>
            </w:r>
            <w:r w:rsidR="006E22CD">
              <w:rPr>
                <w:noProof/>
                <w:webHidden/>
              </w:rPr>
              <w:t>v</w:t>
            </w:r>
            <w:r>
              <w:rPr>
                <w:noProof/>
                <w:webHidden/>
              </w:rPr>
              <w:fldChar w:fldCharType="end"/>
            </w:r>
          </w:hyperlink>
        </w:p>
        <w:p w14:paraId="7FB9B2B7" w14:textId="168D1323" w:rsidR="008E0DB6" w:rsidRDefault="008E0DB6" w:rsidP="00E21B16">
          <w:pPr>
            <w:pStyle w:val="TOC1"/>
            <w:rPr>
              <w:rFonts w:asciiTheme="minorHAnsi" w:hAnsiTheme="minorHAnsi"/>
              <w:noProof/>
              <w:kern w:val="2"/>
              <w:szCs w:val="24"/>
              <w:lang w:val="en-ID" w:eastAsia="en-ID"/>
              <w14:ligatures w14:val="standardContextual"/>
            </w:rPr>
          </w:pPr>
          <w:hyperlink w:anchor="_Toc236119183" w:history="1">
            <w:r w:rsidRPr="000B3395">
              <w:rPr>
                <w:rStyle w:val="Hyperlink"/>
                <w:noProof/>
              </w:rPr>
              <w:t>ABSTRAK</w:t>
            </w:r>
            <w:r>
              <w:rPr>
                <w:noProof/>
                <w:webHidden/>
              </w:rPr>
              <w:tab/>
            </w:r>
            <w:r>
              <w:rPr>
                <w:noProof/>
                <w:webHidden/>
              </w:rPr>
              <w:fldChar w:fldCharType="begin"/>
            </w:r>
            <w:r>
              <w:rPr>
                <w:noProof/>
                <w:webHidden/>
              </w:rPr>
              <w:instrText xml:space="preserve"> PAGEREF _Toc236119183 \h </w:instrText>
            </w:r>
            <w:r>
              <w:rPr>
                <w:noProof/>
                <w:webHidden/>
              </w:rPr>
            </w:r>
            <w:r>
              <w:rPr>
                <w:noProof/>
                <w:webHidden/>
              </w:rPr>
              <w:fldChar w:fldCharType="separate"/>
            </w:r>
            <w:r w:rsidR="006E22CD">
              <w:rPr>
                <w:noProof/>
                <w:webHidden/>
              </w:rPr>
              <w:t>vi</w:t>
            </w:r>
            <w:r>
              <w:rPr>
                <w:noProof/>
                <w:webHidden/>
              </w:rPr>
              <w:fldChar w:fldCharType="end"/>
            </w:r>
          </w:hyperlink>
        </w:p>
        <w:p w14:paraId="120A224D" w14:textId="7B021ABC" w:rsidR="008E0DB6" w:rsidRDefault="008E0DB6" w:rsidP="00E21B16">
          <w:pPr>
            <w:pStyle w:val="TOC1"/>
            <w:rPr>
              <w:rFonts w:asciiTheme="minorHAnsi" w:hAnsiTheme="minorHAnsi"/>
              <w:noProof/>
              <w:kern w:val="2"/>
              <w:szCs w:val="24"/>
              <w:lang w:val="en-ID" w:eastAsia="en-ID"/>
              <w14:ligatures w14:val="standardContextual"/>
            </w:rPr>
          </w:pPr>
          <w:hyperlink w:anchor="_Toc236119184" w:history="1">
            <w:r w:rsidRPr="000B3395">
              <w:rPr>
                <w:rStyle w:val="Hyperlink"/>
                <w:rFonts w:eastAsia="Times New Roman" w:cs="Times New Roman"/>
                <w:noProof/>
              </w:rPr>
              <w:t>ABSTRACT</w:t>
            </w:r>
            <w:r>
              <w:rPr>
                <w:noProof/>
                <w:webHidden/>
              </w:rPr>
              <w:tab/>
            </w:r>
            <w:r>
              <w:rPr>
                <w:noProof/>
                <w:webHidden/>
              </w:rPr>
              <w:fldChar w:fldCharType="begin"/>
            </w:r>
            <w:r>
              <w:rPr>
                <w:noProof/>
                <w:webHidden/>
              </w:rPr>
              <w:instrText xml:space="preserve"> PAGEREF _Toc236119184 \h </w:instrText>
            </w:r>
            <w:r>
              <w:rPr>
                <w:noProof/>
                <w:webHidden/>
              </w:rPr>
            </w:r>
            <w:r>
              <w:rPr>
                <w:noProof/>
                <w:webHidden/>
              </w:rPr>
              <w:fldChar w:fldCharType="separate"/>
            </w:r>
            <w:r w:rsidR="006E22CD">
              <w:rPr>
                <w:noProof/>
                <w:webHidden/>
              </w:rPr>
              <w:t>vii</w:t>
            </w:r>
            <w:r>
              <w:rPr>
                <w:noProof/>
                <w:webHidden/>
              </w:rPr>
              <w:fldChar w:fldCharType="end"/>
            </w:r>
          </w:hyperlink>
        </w:p>
        <w:p w14:paraId="29D2955A" w14:textId="7CF203A1" w:rsidR="008E0DB6" w:rsidRDefault="008E0DB6" w:rsidP="00E21B16">
          <w:pPr>
            <w:pStyle w:val="TOC1"/>
            <w:rPr>
              <w:rFonts w:asciiTheme="minorHAnsi" w:hAnsiTheme="minorHAnsi"/>
              <w:noProof/>
              <w:kern w:val="2"/>
              <w:szCs w:val="24"/>
              <w:lang w:val="en-ID" w:eastAsia="en-ID"/>
              <w14:ligatures w14:val="standardContextual"/>
            </w:rPr>
          </w:pPr>
          <w:hyperlink w:anchor="_Toc236119185" w:history="1">
            <w:r w:rsidRPr="000B3395">
              <w:rPr>
                <w:rStyle w:val="Hyperlink"/>
                <w:noProof/>
              </w:rPr>
              <w:t>KATA PENGANTAR</w:t>
            </w:r>
            <w:r>
              <w:rPr>
                <w:noProof/>
                <w:webHidden/>
              </w:rPr>
              <w:tab/>
            </w:r>
            <w:r>
              <w:rPr>
                <w:noProof/>
                <w:webHidden/>
              </w:rPr>
              <w:fldChar w:fldCharType="begin"/>
            </w:r>
            <w:r>
              <w:rPr>
                <w:noProof/>
                <w:webHidden/>
              </w:rPr>
              <w:instrText xml:space="preserve"> PAGEREF _Toc236119185 \h </w:instrText>
            </w:r>
            <w:r>
              <w:rPr>
                <w:noProof/>
                <w:webHidden/>
              </w:rPr>
            </w:r>
            <w:r>
              <w:rPr>
                <w:noProof/>
                <w:webHidden/>
              </w:rPr>
              <w:fldChar w:fldCharType="separate"/>
            </w:r>
            <w:r w:rsidR="006E22CD">
              <w:rPr>
                <w:noProof/>
                <w:webHidden/>
              </w:rPr>
              <w:t>viii</w:t>
            </w:r>
            <w:r>
              <w:rPr>
                <w:noProof/>
                <w:webHidden/>
              </w:rPr>
              <w:fldChar w:fldCharType="end"/>
            </w:r>
          </w:hyperlink>
        </w:p>
        <w:p w14:paraId="0EB86C13" w14:textId="6EFD51C8" w:rsidR="008E0DB6" w:rsidRDefault="008E0DB6" w:rsidP="00E21B16">
          <w:pPr>
            <w:pStyle w:val="TOC1"/>
            <w:rPr>
              <w:rFonts w:asciiTheme="minorHAnsi" w:hAnsiTheme="minorHAnsi"/>
              <w:noProof/>
              <w:kern w:val="2"/>
              <w:szCs w:val="24"/>
              <w:lang w:val="en-ID" w:eastAsia="en-ID"/>
              <w14:ligatures w14:val="standardContextual"/>
            </w:rPr>
          </w:pPr>
          <w:hyperlink w:anchor="_Toc236119186" w:history="1">
            <w:r w:rsidRPr="000B3395">
              <w:rPr>
                <w:rStyle w:val="Hyperlink"/>
                <w:rFonts w:cs="Times New Roman"/>
                <w:noProof/>
              </w:rPr>
              <w:t>DAFTAR ISI</w:t>
            </w:r>
            <w:r>
              <w:rPr>
                <w:noProof/>
                <w:webHidden/>
              </w:rPr>
              <w:tab/>
            </w:r>
            <w:r>
              <w:rPr>
                <w:noProof/>
                <w:webHidden/>
              </w:rPr>
              <w:fldChar w:fldCharType="begin"/>
            </w:r>
            <w:r>
              <w:rPr>
                <w:noProof/>
                <w:webHidden/>
              </w:rPr>
              <w:instrText xml:space="preserve"> PAGEREF _Toc236119186 \h </w:instrText>
            </w:r>
            <w:r>
              <w:rPr>
                <w:noProof/>
                <w:webHidden/>
              </w:rPr>
            </w:r>
            <w:r>
              <w:rPr>
                <w:noProof/>
                <w:webHidden/>
              </w:rPr>
              <w:fldChar w:fldCharType="separate"/>
            </w:r>
            <w:r w:rsidR="006E22CD">
              <w:rPr>
                <w:noProof/>
                <w:webHidden/>
              </w:rPr>
              <w:t>x</w:t>
            </w:r>
            <w:r>
              <w:rPr>
                <w:noProof/>
                <w:webHidden/>
              </w:rPr>
              <w:fldChar w:fldCharType="end"/>
            </w:r>
          </w:hyperlink>
        </w:p>
        <w:p w14:paraId="5416C83A" w14:textId="0DC23822" w:rsidR="008E0DB6" w:rsidRDefault="008E0DB6" w:rsidP="00E21B16">
          <w:pPr>
            <w:pStyle w:val="TOC1"/>
            <w:rPr>
              <w:rFonts w:asciiTheme="minorHAnsi" w:hAnsiTheme="minorHAnsi"/>
              <w:noProof/>
              <w:kern w:val="2"/>
              <w:szCs w:val="24"/>
              <w:lang w:val="en-ID" w:eastAsia="en-ID"/>
              <w14:ligatures w14:val="standardContextual"/>
            </w:rPr>
          </w:pPr>
          <w:hyperlink w:anchor="_Toc236119187" w:history="1">
            <w:r w:rsidRPr="000B3395">
              <w:rPr>
                <w:rStyle w:val="Hyperlink"/>
                <w:noProof/>
              </w:rPr>
              <w:t>DAFTAR TABEL</w:t>
            </w:r>
            <w:r>
              <w:rPr>
                <w:noProof/>
                <w:webHidden/>
              </w:rPr>
              <w:tab/>
            </w:r>
            <w:r>
              <w:rPr>
                <w:noProof/>
                <w:webHidden/>
              </w:rPr>
              <w:fldChar w:fldCharType="begin"/>
            </w:r>
            <w:r>
              <w:rPr>
                <w:noProof/>
                <w:webHidden/>
              </w:rPr>
              <w:instrText xml:space="preserve"> PAGEREF _Toc236119187 \h </w:instrText>
            </w:r>
            <w:r>
              <w:rPr>
                <w:noProof/>
                <w:webHidden/>
              </w:rPr>
            </w:r>
            <w:r>
              <w:rPr>
                <w:noProof/>
                <w:webHidden/>
              </w:rPr>
              <w:fldChar w:fldCharType="separate"/>
            </w:r>
            <w:r w:rsidR="006E22CD">
              <w:rPr>
                <w:noProof/>
                <w:webHidden/>
              </w:rPr>
              <w:t>xiii</w:t>
            </w:r>
            <w:r>
              <w:rPr>
                <w:noProof/>
                <w:webHidden/>
              </w:rPr>
              <w:fldChar w:fldCharType="end"/>
            </w:r>
          </w:hyperlink>
        </w:p>
        <w:p w14:paraId="090C432C" w14:textId="2543384A" w:rsidR="008E0DB6" w:rsidRDefault="008E0DB6" w:rsidP="00E21B16">
          <w:pPr>
            <w:pStyle w:val="TOC1"/>
            <w:rPr>
              <w:rFonts w:asciiTheme="minorHAnsi" w:hAnsiTheme="minorHAnsi"/>
              <w:noProof/>
              <w:kern w:val="2"/>
              <w:szCs w:val="24"/>
              <w:lang w:val="en-ID" w:eastAsia="en-ID"/>
              <w14:ligatures w14:val="standardContextual"/>
            </w:rPr>
          </w:pPr>
          <w:hyperlink w:anchor="_Toc236119188" w:history="1">
            <w:r w:rsidRPr="000B3395">
              <w:rPr>
                <w:rStyle w:val="Hyperlink"/>
                <w:noProof/>
              </w:rPr>
              <w:t>DAFTAR GAMBAR</w:t>
            </w:r>
            <w:r>
              <w:rPr>
                <w:noProof/>
                <w:webHidden/>
              </w:rPr>
              <w:tab/>
            </w:r>
            <w:r>
              <w:rPr>
                <w:noProof/>
                <w:webHidden/>
              </w:rPr>
              <w:fldChar w:fldCharType="begin"/>
            </w:r>
            <w:r>
              <w:rPr>
                <w:noProof/>
                <w:webHidden/>
              </w:rPr>
              <w:instrText xml:space="preserve"> PAGEREF _Toc236119188 \h </w:instrText>
            </w:r>
            <w:r>
              <w:rPr>
                <w:noProof/>
                <w:webHidden/>
              </w:rPr>
            </w:r>
            <w:r>
              <w:rPr>
                <w:noProof/>
                <w:webHidden/>
              </w:rPr>
              <w:fldChar w:fldCharType="separate"/>
            </w:r>
            <w:r w:rsidR="006E22CD">
              <w:rPr>
                <w:noProof/>
                <w:webHidden/>
              </w:rPr>
              <w:t>xiv</w:t>
            </w:r>
            <w:r>
              <w:rPr>
                <w:noProof/>
                <w:webHidden/>
              </w:rPr>
              <w:fldChar w:fldCharType="end"/>
            </w:r>
          </w:hyperlink>
        </w:p>
        <w:p w14:paraId="3679AA41" w14:textId="4A85223C" w:rsidR="008E0DB6" w:rsidRDefault="008E0DB6" w:rsidP="00E21B16">
          <w:pPr>
            <w:pStyle w:val="TOC1"/>
            <w:rPr>
              <w:rFonts w:asciiTheme="minorHAnsi" w:hAnsiTheme="minorHAnsi"/>
              <w:noProof/>
              <w:kern w:val="2"/>
              <w:szCs w:val="24"/>
              <w:lang w:val="en-ID" w:eastAsia="en-ID"/>
              <w14:ligatures w14:val="standardContextual"/>
            </w:rPr>
          </w:pPr>
          <w:hyperlink w:anchor="_Toc236119189" w:history="1">
            <w:r w:rsidRPr="000B3395">
              <w:rPr>
                <w:rStyle w:val="Hyperlink"/>
                <w:noProof/>
              </w:rPr>
              <w:t>DAFTAR LAMPIRAN</w:t>
            </w:r>
            <w:r>
              <w:rPr>
                <w:noProof/>
                <w:webHidden/>
              </w:rPr>
              <w:tab/>
            </w:r>
            <w:r>
              <w:rPr>
                <w:noProof/>
                <w:webHidden/>
              </w:rPr>
              <w:fldChar w:fldCharType="begin"/>
            </w:r>
            <w:r>
              <w:rPr>
                <w:noProof/>
                <w:webHidden/>
              </w:rPr>
              <w:instrText xml:space="preserve"> PAGEREF _Toc236119189 \h </w:instrText>
            </w:r>
            <w:r>
              <w:rPr>
                <w:noProof/>
                <w:webHidden/>
              </w:rPr>
            </w:r>
            <w:r>
              <w:rPr>
                <w:noProof/>
                <w:webHidden/>
              </w:rPr>
              <w:fldChar w:fldCharType="separate"/>
            </w:r>
            <w:r w:rsidR="006E22CD">
              <w:rPr>
                <w:noProof/>
                <w:webHidden/>
              </w:rPr>
              <w:t>xv</w:t>
            </w:r>
            <w:r>
              <w:rPr>
                <w:noProof/>
                <w:webHidden/>
              </w:rPr>
              <w:fldChar w:fldCharType="end"/>
            </w:r>
          </w:hyperlink>
        </w:p>
        <w:p w14:paraId="74854D16" w14:textId="4E50C03E" w:rsidR="008E0DB6" w:rsidRDefault="008E0DB6" w:rsidP="00E21B16">
          <w:pPr>
            <w:pStyle w:val="TOC1"/>
            <w:rPr>
              <w:rFonts w:asciiTheme="minorHAnsi" w:hAnsiTheme="minorHAnsi"/>
              <w:noProof/>
              <w:kern w:val="2"/>
              <w:szCs w:val="24"/>
              <w:lang w:val="en-ID" w:eastAsia="en-ID"/>
              <w14:ligatures w14:val="standardContextual"/>
            </w:rPr>
          </w:pPr>
          <w:hyperlink w:anchor="_Toc236119190" w:history="1">
            <w:r w:rsidRPr="000B3395">
              <w:rPr>
                <w:rStyle w:val="Hyperlink"/>
                <w:noProof/>
              </w:rPr>
              <w:t>BAB I PENDAHULUAN</w:t>
            </w:r>
            <w:r>
              <w:rPr>
                <w:noProof/>
                <w:webHidden/>
              </w:rPr>
              <w:tab/>
            </w:r>
            <w:r>
              <w:rPr>
                <w:noProof/>
                <w:webHidden/>
              </w:rPr>
              <w:fldChar w:fldCharType="begin"/>
            </w:r>
            <w:r>
              <w:rPr>
                <w:noProof/>
                <w:webHidden/>
              </w:rPr>
              <w:instrText xml:space="preserve"> PAGEREF _Toc236119190 \h </w:instrText>
            </w:r>
            <w:r>
              <w:rPr>
                <w:noProof/>
                <w:webHidden/>
              </w:rPr>
            </w:r>
            <w:r>
              <w:rPr>
                <w:noProof/>
                <w:webHidden/>
              </w:rPr>
              <w:fldChar w:fldCharType="separate"/>
            </w:r>
            <w:r w:rsidR="006E22CD">
              <w:rPr>
                <w:noProof/>
                <w:webHidden/>
              </w:rPr>
              <w:t>1</w:t>
            </w:r>
            <w:r>
              <w:rPr>
                <w:noProof/>
                <w:webHidden/>
              </w:rPr>
              <w:fldChar w:fldCharType="end"/>
            </w:r>
          </w:hyperlink>
        </w:p>
        <w:p w14:paraId="38EB3E27" w14:textId="0DE8B29A"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191" w:history="1">
            <w:r w:rsidRPr="000B3395">
              <w:rPr>
                <w:rStyle w:val="Hyperlink"/>
                <w:rFonts w:cs="Times New Roman"/>
                <w:noProof/>
              </w:rPr>
              <w:t>1.1</w:t>
            </w:r>
            <w:r>
              <w:rPr>
                <w:rFonts w:asciiTheme="minorHAnsi" w:hAnsiTheme="minorHAnsi"/>
                <w:noProof/>
                <w:kern w:val="2"/>
                <w:szCs w:val="24"/>
                <w:lang w:val="en-ID" w:eastAsia="en-ID"/>
                <w14:ligatures w14:val="standardContextual"/>
              </w:rPr>
              <w:tab/>
            </w:r>
            <w:r w:rsidRPr="000B3395">
              <w:rPr>
                <w:rStyle w:val="Hyperlink"/>
                <w:rFonts w:cs="Times New Roman"/>
                <w:noProof/>
              </w:rPr>
              <w:t>Latar Belakang Penelitian</w:t>
            </w:r>
            <w:r>
              <w:rPr>
                <w:noProof/>
                <w:webHidden/>
              </w:rPr>
              <w:tab/>
            </w:r>
            <w:r>
              <w:rPr>
                <w:noProof/>
                <w:webHidden/>
              </w:rPr>
              <w:fldChar w:fldCharType="begin"/>
            </w:r>
            <w:r>
              <w:rPr>
                <w:noProof/>
                <w:webHidden/>
              </w:rPr>
              <w:instrText xml:space="preserve"> PAGEREF _Toc236119191 \h </w:instrText>
            </w:r>
            <w:r>
              <w:rPr>
                <w:noProof/>
                <w:webHidden/>
              </w:rPr>
            </w:r>
            <w:r>
              <w:rPr>
                <w:noProof/>
                <w:webHidden/>
              </w:rPr>
              <w:fldChar w:fldCharType="separate"/>
            </w:r>
            <w:r w:rsidR="006E22CD">
              <w:rPr>
                <w:noProof/>
                <w:webHidden/>
              </w:rPr>
              <w:t>1</w:t>
            </w:r>
            <w:r>
              <w:rPr>
                <w:noProof/>
                <w:webHidden/>
              </w:rPr>
              <w:fldChar w:fldCharType="end"/>
            </w:r>
          </w:hyperlink>
        </w:p>
        <w:p w14:paraId="33BC2D12" w14:textId="4D871859"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192" w:history="1">
            <w:r w:rsidRPr="000B3395">
              <w:rPr>
                <w:rStyle w:val="Hyperlink"/>
                <w:rFonts w:cs="Times New Roman"/>
                <w:noProof/>
              </w:rPr>
              <w:t>1.2</w:t>
            </w:r>
            <w:r>
              <w:rPr>
                <w:rFonts w:asciiTheme="minorHAnsi" w:hAnsiTheme="minorHAnsi"/>
                <w:noProof/>
                <w:kern w:val="2"/>
                <w:szCs w:val="24"/>
                <w:lang w:val="en-ID" w:eastAsia="en-ID"/>
                <w14:ligatures w14:val="standardContextual"/>
              </w:rPr>
              <w:tab/>
            </w:r>
            <w:r w:rsidRPr="000B3395">
              <w:rPr>
                <w:rStyle w:val="Hyperlink"/>
                <w:rFonts w:cs="Times New Roman"/>
                <w:noProof/>
              </w:rPr>
              <w:t>Identifikasi Masalah</w:t>
            </w:r>
            <w:r>
              <w:rPr>
                <w:noProof/>
                <w:webHidden/>
              </w:rPr>
              <w:tab/>
            </w:r>
            <w:r>
              <w:rPr>
                <w:noProof/>
                <w:webHidden/>
              </w:rPr>
              <w:fldChar w:fldCharType="begin"/>
            </w:r>
            <w:r>
              <w:rPr>
                <w:noProof/>
                <w:webHidden/>
              </w:rPr>
              <w:instrText xml:space="preserve"> PAGEREF _Toc236119192 \h </w:instrText>
            </w:r>
            <w:r>
              <w:rPr>
                <w:noProof/>
                <w:webHidden/>
              </w:rPr>
            </w:r>
            <w:r>
              <w:rPr>
                <w:noProof/>
                <w:webHidden/>
              </w:rPr>
              <w:fldChar w:fldCharType="separate"/>
            </w:r>
            <w:r w:rsidR="006E22CD">
              <w:rPr>
                <w:noProof/>
                <w:webHidden/>
              </w:rPr>
              <w:t>4</w:t>
            </w:r>
            <w:r>
              <w:rPr>
                <w:noProof/>
                <w:webHidden/>
              </w:rPr>
              <w:fldChar w:fldCharType="end"/>
            </w:r>
          </w:hyperlink>
        </w:p>
        <w:p w14:paraId="5519C947" w14:textId="79FBFF42"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193" w:history="1">
            <w:r w:rsidRPr="000B3395">
              <w:rPr>
                <w:rStyle w:val="Hyperlink"/>
                <w:rFonts w:cs="Times New Roman"/>
                <w:noProof/>
              </w:rPr>
              <w:t>1.3</w:t>
            </w:r>
            <w:r>
              <w:rPr>
                <w:rFonts w:asciiTheme="minorHAnsi" w:hAnsiTheme="minorHAnsi"/>
                <w:noProof/>
                <w:kern w:val="2"/>
                <w:szCs w:val="24"/>
                <w:lang w:val="en-ID" w:eastAsia="en-ID"/>
                <w14:ligatures w14:val="standardContextual"/>
              </w:rPr>
              <w:tab/>
            </w:r>
            <w:r w:rsidRPr="000B3395">
              <w:rPr>
                <w:rStyle w:val="Hyperlink"/>
                <w:rFonts w:cs="Times New Roman"/>
                <w:noProof/>
              </w:rPr>
              <w:t>Ruang Lingkup / Batasan Masalah</w:t>
            </w:r>
            <w:r>
              <w:rPr>
                <w:noProof/>
                <w:webHidden/>
              </w:rPr>
              <w:tab/>
            </w:r>
            <w:r>
              <w:rPr>
                <w:noProof/>
                <w:webHidden/>
              </w:rPr>
              <w:fldChar w:fldCharType="begin"/>
            </w:r>
            <w:r>
              <w:rPr>
                <w:noProof/>
                <w:webHidden/>
              </w:rPr>
              <w:instrText xml:space="preserve"> PAGEREF _Toc236119193 \h </w:instrText>
            </w:r>
            <w:r>
              <w:rPr>
                <w:noProof/>
                <w:webHidden/>
              </w:rPr>
            </w:r>
            <w:r>
              <w:rPr>
                <w:noProof/>
                <w:webHidden/>
              </w:rPr>
              <w:fldChar w:fldCharType="separate"/>
            </w:r>
            <w:r w:rsidR="006E22CD">
              <w:rPr>
                <w:noProof/>
                <w:webHidden/>
              </w:rPr>
              <w:t>4</w:t>
            </w:r>
            <w:r>
              <w:rPr>
                <w:noProof/>
                <w:webHidden/>
              </w:rPr>
              <w:fldChar w:fldCharType="end"/>
            </w:r>
          </w:hyperlink>
        </w:p>
        <w:p w14:paraId="594B9C68" w14:textId="265CAD4D"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194" w:history="1">
            <w:r w:rsidRPr="000B3395">
              <w:rPr>
                <w:rStyle w:val="Hyperlink"/>
                <w:rFonts w:cs="Times New Roman"/>
                <w:noProof/>
              </w:rPr>
              <w:t>1.4</w:t>
            </w:r>
            <w:r>
              <w:rPr>
                <w:rFonts w:asciiTheme="minorHAnsi" w:hAnsiTheme="minorHAnsi"/>
                <w:noProof/>
                <w:kern w:val="2"/>
                <w:szCs w:val="24"/>
                <w:lang w:val="en-ID" w:eastAsia="en-ID"/>
                <w14:ligatures w14:val="standardContextual"/>
              </w:rPr>
              <w:tab/>
            </w:r>
            <w:r w:rsidRPr="000B3395">
              <w:rPr>
                <w:rStyle w:val="Hyperlink"/>
                <w:rFonts w:cs="Times New Roman"/>
                <w:noProof/>
              </w:rPr>
              <w:t>Perumusan Masalah</w:t>
            </w:r>
            <w:r>
              <w:rPr>
                <w:noProof/>
                <w:webHidden/>
              </w:rPr>
              <w:tab/>
            </w:r>
            <w:r>
              <w:rPr>
                <w:noProof/>
                <w:webHidden/>
              </w:rPr>
              <w:fldChar w:fldCharType="begin"/>
            </w:r>
            <w:r>
              <w:rPr>
                <w:noProof/>
                <w:webHidden/>
              </w:rPr>
              <w:instrText xml:space="preserve"> PAGEREF _Toc236119194 \h </w:instrText>
            </w:r>
            <w:r>
              <w:rPr>
                <w:noProof/>
                <w:webHidden/>
              </w:rPr>
            </w:r>
            <w:r>
              <w:rPr>
                <w:noProof/>
                <w:webHidden/>
              </w:rPr>
              <w:fldChar w:fldCharType="separate"/>
            </w:r>
            <w:r w:rsidR="006E22CD">
              <w:rPr>
                <w:noProof/>
                <w:webHidden/>
              </w:rPr>
              <w:t>5</w:t>
            </w:r>
            <w:r>
              <w:rPr>
                <w:noProof/>
                <w:webHidden/>
              </w:rPr>
              <w:fldChar w:fldCharType="end"/>
            </w:r>
          </w:hyperlink>
        </w:p>
        <w:p w14:paraId="44BC2609" w14:textId="7F60A1DF"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195" w:history="1">
            <w:r w:rsidRPr="000B3395">
              <w:rPr>
                <w:rStyle w:val="Hyperlink"/>
                <w:noProof/>
              </w:rPr>
              <w:t>1.5</w:t>
            </w:r>
            <w:r>
              <w:rPr>
                <w:rFonts w:asciiTheme="minorHAnsi" w:hAnsiTheme="minorHAnsi"/>
                <w:noProof/>
                <w:kern w:val="2"/>
                <w:szCs w:val="24"/>
                <w:lang w:val="en-ID" w:eastAsia="en-ID"/>
                <w14:ligatures w14:val="standardContextual"/>
              </w:rPr>
              <w:tab/>
            </w:r>
            <w:r w:rsidRPr="000B3395">
              <w:rPr>
                <w:rStyle w:val="Hyperlink"/>
                <w:noProof/>
              </w:rPr>
              <w:t>Maksud dan Tujuan Penelitian</w:t>
            </w:r>
            <w:r>
              <w:rPr>
                <w:noProof/>
                <w:webHidden/>
              </w:rPr>
              <w:tab/>
            </w:r>
            <w:r>
              <w:rPr>
                <w:noProof/>
                <w:webHidden/>
              </w:rPr>
              <w:fldChar w:fldCharType="begin"/>
            </w:r>
            <w:r>
              <w:rPr>
                <w:noProof/>
                <w:webHidden/>
              </w:rPr>
              <w:instrText xml:space="preserve"> PAGEREF _Toc236119195 \h </w:instrText>
            </w:r>
            <w:r>
              <w:rPr>
                <w:noProof/>
                <w:webHidden/>
              </w:rPr>
            </w:r>
            <w:r>
              <w:rPr>
                <w:noProof/>
                <w:webHidden/>
              </w:rPr>
              <w:fldChar w:fldCharType="separate"/>
            </w:r>
            <w:r w:rsidR="006E22CD">
              <w:rPr>
                <w:noProof/>
                <w:webHidden/>
              </w:rPr>
              <w:t>5</w:t>
            </w:r>
            <w:r>
              <w:rPr>
                <w:noProof/>
                <w:webHidden/>
              </w:rPr>
              <w:fldChar w:fldCharType="end"/>
            </w:r>
          </w:hyperlink>
        </w:p>
        <w:p w14:paraId="010C0276" w14:textId="1517AB2B"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196" w:history="1">
            <w:r w:rsidRPr="000B3395">
              <w:rPr>
                <w:rStyle w:val="Hyperlink"/>
                <w:noProof/>
              </w:rPr>
              <w:t>1.5.1</w:t>
            </w:r>
            <w:r>
              <w:rPr>
                <w:rFonts w:asciiTheme="minorHAnsi" w:hAnsiTheme="minorHAnsi"/>
                <w:noProof/>
                <w:kern w:val="2"/>
                <w:szCs w:val="24"/>
                <w:lang w:val="en-ID" w:eastAsia="en-ID"/>
                <w14:ligatures w14:val="standardContextual"/>
              </w:rPr>
              <w:tab/>
            </w:r>
            <w:r w:rsidRPr="000B3395">
              <w:rPr>
                <w:rStyle w:val="Hyperlink"/>
                <w:noProof/>
              </w:rPr>
              <w:t>Maksud Penelitian</w:t>
            </w:r>
            <w:r>
              <w:rPr>
                <w:noProof/>
                <w:webHidden/>
              </w:rPr>
              <w:tab/>
            </w:r>
            <w:r>
              <w:rPr>
                <w:noProof/>
                <w:webHidden/>
              </w:rPr>
              <w:fldChar w:fldCharType="begin"/>
            </w:r>
            <w:r>
              <w:rPr>
                <w:noProof/>
                <w:webHidden/>
              </w:rPr>
              <w:instrText xml:space="preserve"> PAGEREF _Toc236119196 \h </w:instrText>
            </w:r>
            <w:r>
              <w:rPr>
                <w:noProof/>
                <w:webHidden/>
              </w:rPr>
            </w:r>
            <w:r>
              <w:rPr>
                <w:noProof/>
                <w:webHidden/>
              </w:rPr>
              <w:fldChar w:fldCharType="separate"/>
            </w:r>
            <w:r w:rsidR="006E22CD">
              <w:rPr>
                <w:noProof/>
                <w:webHidden/>
              </w:rPr>
              <w:t>5</w:t>
            </w:r>
            <w:r>
              <w:rPr>
                <w:noProof/>
                <w:webHidden/>
              </w:rPr>
              <w:fldChar w:fldCharType="end"/>
            </w:r>
          </w:hyperlink>
        </w:p>
        <w:p w14:paraId="44C71E84" w14:textId="1EFA1681"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197" w:history="1">
            <w:r w:rsidRPr="000B3395">
              <w:rPr>
                <w:rStyle w:val="Hyperlink"/>
                <w:noProof/>
              </w:rPr>
              <w:t>1.5.2</w:t>
            </w:r>
            <w:r>
              <w:rPr>
                <w:rFonts w:asciiTheme="minorHAnsi" w:hAnsiTheme="minorHAnsi"/>
                <w:noProof/>
                <w:kern w:val="2"/>
                <w:szCs w:val="24"/>
                <w:lang w:val="en-ID" w:eastAsia="en-ID"/>
                <w14:ligatures w14:val="standardContextual"/>
              </w:rPr>
              <w:tab/>
            </w:r>
            <w:r w:rsidRPr="000B3395">
              <w:rPr>
                <w:rStyle w:val="Hyperlink"/>
                <w:noProof/>
              </w:rPr>
              <w:t>Tujuan Penelitian</w:t>
            </w:r>
            <w:r>
              <w:rPr>
                <w:noProof/>
                <w:webHidden/>
              </w:rPr>
              <w:tab/>
            </w:r>
            <w:r>
              <w:rPr>
                <w:noProof/>
                <w:webHidden/>
              </w:rPr>
              <w:fldChar w:fldCharType="begin"/>
            </w:r>
            <w:r>
              <w:rPr>
                <w:noProof/>
                <w:webHidden/>
              </w:rPr>
              <w:instrText xml:space="preserve"> PAGEREF _Toc236119197 \h </w:instrText>
            </w:r>
            <w:r>
              <w:rPr>
                <w:noProof/>
                <w:webHidden/>
              </w:rPr>
            </w:r>
            <w:r>
              <w:rPr>
                <w:noProof/>
                <w:webHidden/>
              </w:rPr>
              <w:fldChar w:fldCharType="separate"/>
            </w:r>
            <w:r w:rsidR="006E22CD">
              <w:rPr>
                <w:noProof/>
                <w:webHidden/>
              </w:rPr>
              <w:t>6</w:t>
            </w:r>
            <w:r>
              <w:rPr>
                <w:noProof/>
                <w:webHidden/>
              </w:rPr>
              <w:fldChar w:fldCharType="end"/>
            </w:r>
          </w:hyperlink>
        </w:p>
        <w:p w14:paraId="25EA89E5" w14:textId="32CECCEC"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198" w:history="1">
            <w:r w:rsidRPr="000B3395">
              <w:rPr>
                <w:rStyle w:val="Hyperlink"/>
                <w:noProof/>
                <w:lang w:val="en-ID"/>
              </w:rPr>
              <w:t>1.6</w:t>
            </w:r>
            <w:r>
              <w:rPr>
                <w:rFonts w:asciiTheme="minorHAnsi" w:hAnsiTheme="minorHAnsi"/>
                <w:noProof/>
                <w:kern w:val="2"/>
                <w:szCs w:val="24"/>
                <w:lang w:val="en-ID" w:eastAsia="en-ID"/>
                <w14:ligatures w14:val="standardContextual"/>
              </w:rPr>
              <w:tab/>
            </w:r>
            <w:r w:rsidRPr="000B3395">
              <w:rPr>
                <w:rStyle w:val="Hyperlink"/>
                <w:noProof/>
                <w:lang w:val="en-ID"/>
              </w:rPr>
              <w:t>Manfaat Penelitian</w:t>
            </w:r>
            <w:r>
              <w:rPr>
                <w:noProof/>
                <w:webHidden/>
              </w:rPr>
              <w:tab/>
            </w:r>
            <w:r>
              <w:rPr>
                <w:noProof/>
                <w:webHidden/>
              </w:rPr>
              <w:fldChar w:fldCharType="begin"/>
            </w:r>
            <w:r>
              <w:rPr>
                <w:noProof/>
                <w:webHidden/>
              </w:rPr>
              <w:instrText xml:space="preserve"> PAGEREF _Toc236119198 \h </w:instrText>
            </w:r>
            <w:r>
              <w:rPr>
                <w:noProof/>
                <w:webHidden/>
              </w:rPr>
            </w:r>
            <w:r>
              <w:rPr>
                <w:noProof/>
                <w:webHidden/>
              </w:rPr>
              <w:fldChar w:fldCharType="separate"/>
            </w:r>
            <w:r w:rsidR="006E22CD">
              <w:rPr>
                <w:noProof/>
                <w:webHidden/>
              </w:rPr>
              <w:t>6</w:t>
            </w:r>
            <w:r>
              <w:rPr>
                <w:noProof/>
                <w:webHidden/>
              </w:rPr>
              <w:fldChar w:fldCharType="end"/>
            </w:r>
          </w:hyperlink>
        </w:p>
        <w:p w14:paraId="31B8D043" w14:textId="4D8C1B8E"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199" w:history="1">
            <w:r w:rsidRPr="000B3395">
              <w:rPr>
                <w:rStyle w:val="Hyperlink"/>
                <w:noProof/>
                <w:lang w:val="en-ID"/>
              </w:rPr>
              <w:t>1.7</w:t>
            </w:r>
            <w:r>
              <w:rPr>
                <w:rFonts w:asciiTheme="minorHAnsi" w:hAnsiTheme="minorHAnsi"/>
                <w:noProof/>
                <w:kern w:val="2"/>
                <w:szCs w:val="24"/>
                <w:lang w:val="en-ID" w:eastAsia="en-ID"/>
                <w14:ligatures w14:val="standardContextual"/>
              </w:rPr>
              <w:tab/>
            </w:r>
            <w:r w:rsidRPr="000B3395">
              <w:rPr>
                <w:rStyle w:val="Hyperlink"/>
                <w:noProof/>
                <w:lang w:val="en-ID"/>
              </w:rPr>
              <w:t>Sistematika Penulisan</w:t>
            </w:r>
            <w:r>
              <w:rPr>
                <w:noProof/>
                <w:webHidden/>
              </w:rPr>
              <w:tab/>
            </w:r>
            <w:r>
              <w:rPr>
                <w:noProof/>
                <w:webHidden/>
              </w:rPr>
              <w:fldChar w:fldCharType="begin"/>
            </w:r>
            <w:r>
              <w:rPr>
                <w:noProof/>
                <w:webHidden/>
              </w:rPr>
              <w:instrText xml:space="preserve"> PAGEREF _Toc236119199 \h </w:instrText>
            </w:r>
            <w:r>
              <w:rPr>
                <w:noProof/>
                <w:webHidden/>
              </w:rPr>
            </w:r>
            <w:r>
              <w:rPr>
                <w:noProof/>
                <w:webHidden/>
              </w:rPr>
              <w:fldChar w:fldCharType="separate"/>
            </w:r>
            <w:r w:rsidR="006E22CD">
              <w:rPr>
                <w:noProof/>
                <w:webHidden/>
              </w:rPr>
              <w:t>7</w:t>
            </w:r>
            <w:r>
              <w:rPr>
                <w:noProof/>
                <w:webHidden/>
              </w:rPr>
              <w:fldChar w:fldCharType="end"/>
            </w:r>
          </w:hyperlink>
        </w:p>
        <w:p w14:paraId="1A1A6B6A" w14:textId="728FA93B" w:rsidR="008E0DB6" w:rsidRDefault="008E0DB6" w:rsidP="00E21B16">
          <w:pPr>
            <w:pStyle w:val="TOC1"/>
            <w:rPr>
              <w:rFonts w:asciiTheme="minorHAnsi" w:hAnsiTheme="minorHAnsi"/>
              <w:noProof/>
              <w:kern w:val="2"/>
              <w:szCs w:val="24"/>
              <w:lang w:val="en-ID" w:eastAsia="en-ID"/>
              <w14:ligatures w14:val="standardContextual"/>
            </w:rPr>
          </w:pPr>
          <w:hyperlink w:anchor="_Toc236119200" w:history="1">
            <w:r w:rsidRPr="000B3395">
              <w:rPr>
                <w:rStyle w:val="Hyperlink"/>
                <w:noProof/>
              </w:rPr>
              <w:t>BAB II</w:t>
            </w:r>
            <w:r w:rsidRPr="000B3395">
              <w:rPr>
                <w:rStyle w:val="Hyperlink"/>
                <w:rFonts w:cs="Times New Roman"/>
                <w:noProof/>
              </w:rPr>
              <w:t xml:space="preserve"> </w:t>
            </w:r>
            <w:r w:rsidRPr="000B3395">
              <w:rPr>
                <w:rStyle w:val="Hyperlink"/>
                <w:noProof/>
              </w:rPr>
              <w:t>KAJIAN PUSTAKA</w:t>
            </w:r>
            <w:r>
              <w:rPr>
                <w:noProof/>
                <w:webHidden/>
              </w:rPr>
              <w:tab/>
            </w:r>
            <w:r>
              <w:rPr>
                <w:noProof/>
                <w:webHidden/>
              </w:rPr>
              <w:fldChar w:fldCharType="begin"/>
            </w:r>
            <w:r>
              <w:rPr>
                <w:noProof/>
                <w:webHidden/>
              </w:rPr>
              <w:instrText xml:space="preserve"> PAGEREF _Toc236119200 \h </w:instrText>
            </w:r>
            <w:r>
              <w:rPr>
                <w:noProof/>
                <w:webHidden/>
              </w:rPr>
            </w:r>
            <w:r>
              <w:rPr>
                <w:noProof/>
                <w:webHidden/>
              </w:rPr>
              <w:fldChar w:fldCharType="separate"/>
            </w:r>
            <w:r w:rsidR="006E22CD">
              <w:rPr>
                <w:noProof/>
                <w:webHidden/>
              </w:rPr>
              <w:t>9</w:t>
            </w:r>
            <w:r>
              <w:rPr>
                <w:noProof/>
                <w:webHidden/>
              </w:rPr>
              <w:fldChar w:fldCharType="end"/>
            </w:r>
          </w:hyperlink>
        </w:p>
        <w:p w14:paraId="02978985" w14:textId="70DA3993"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01" w:history="1">
            <w:r w:rsidRPr="000B3395">
              <w:rPr>
                <w:rStyle w:val="Hyperlink"/>
                <w:noProof/>
              </w:rPr>
              <w:t>2.1</w:t>
            </w:r>
            <w:r>
              <w:rPr>
                <w:rFonts w:asciiTheme="minorHAnsi" w:hAnsiTheme="minorHAnsi"/>
                <w:noProof/>
                <w:kern w:val="2"/>
                <w:szCs w:val="24"/>
                <w:lang w:val="en-ID" w:eastAsia="en-ID"/>
                <w14:ligatures w14:val="standardContextual"/>
              </w:rPr>
              <w:tab/>
            </w:r>
            <w:r w:rsidRPr="000B3395">
              <w:rPr>
                <w:rStyle w:val="Hyperlink"/>
                <w:noProof/>
                <w:lang w:val="en-ID"/>
              </w:rPr>
              <w:t>Landasan Teori</w:t>
            </w:r>
            <w:r>
              <w:rPr>
                <w:noProof/>
                <w:webHidden/>
              </w:rPr>
              <w:tab/>
            </w:r>
            <w:r>
              <w:rPr>
                <w:noProof/>
                <w:webHidden/>
              </w:rPr>
              <w:fldChar w:fldCharType="begin"/>
            </w:r>
            <w:r>
              <w:rPr>
                <w:noProof/>
                <w:webHidden/>
              </w:rPr>
              <w:instrText xml:space="preserve"> PAGEREF _Toc236119201 \h </w:instrText>
            </w:r>
            <w:r>
              <w:rPr>
                <w:noProof/>
                <w:webHidden/>
              </w:rPr>
            </w:r>
            <w:r>
              <w:rPr>
                <w:noProof/>
                <w:webHidden/>
              </w:rPr>
              <w:fldChar w:fldCharType="separate"/>
            </w:r>
            <w:r w:rsidR="006E22CD">
              <w:rPr>
                <w:noProof/>
                <w:webHidden/>
              </w:rPr>
              <w:t>9</w:t>
            </w:r>
            <w:r>
              <w:rPr>
                <w:noProof/>
                <w:webHidden/>
              </w:rPr>
              <w:fldChar w:fldCharType="end"/>
            </w:r>
          </w:hyperlink>
        </w:p>
        <w:p w14:paraId="0A8355C9" w14:textId="05184182"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02" w:history="1">
            <w:r w:rsidRPr="000B3395">
              <w:rPr>
                <w:rStyle w:val="Hyperlink"/>
                <w:noProof/>
                <w:lang w:val="en-ID"/>
              </w:rPr>
              <w:t>2.2.1</w:t>
            </w:r>
            <w:r>
              <w:rPr>
                <w:rFonts w:asciiTheme="minorHAnsi" w:hAnsiTheme="minorHAnsi"/>
                <w:noProof/>
                <w:kern w:val="2"/>
                <w:szCs w:val="24"/>
                <w:lang w:val="en-ID" w:eastAsia="en-ID"/>
                <w14:ligatures w14:val="standardContextual"/>
              </w:rPr>
              <w:tab/>
            </w:r>
            <w:r w:rsidRPr="000B3395">
              <w:rPr>
                <w:rStyle w:val="Hyperlink"/>
                <w:noProof/>
                <w:lang w:val="en-ID"/>
              </w:rPr>
              <w:t>Technology Acceptance Model (TAM)</w:t>
            </w:r>
            <w:r>
              <w:rPr>
                <w:noProof/>
                <w:webHidden/>
              </w:rPr>
              <w:tab/>
            </w:r>
            <w:r>
              <w:rPr>
                <w:noProof/>
                <w:webHidden/>
              </w:rPr>
              <w:fldChar w:fldCharType="begin"/>
            </w:r>
            <w:r>
              <w:rPr>
                <w:noProof/>
                <w:webHidden/>
              </w:rPr>
              <w:instrText xml:space="preserve"> PAGEREF _Toc236119202 \h </w:instrText>
            </w:r>
            <w:r>
              <w:rPr>
                <w:noProof/>
                <w:webHidden/>
              </w:rPr>
            </w:r>
            <w:r>
              <w:rPr>
                <w:noProof/>
                <w:webHidden/>
              </w:rPr>
              <w:fldChar w:fldCharType="separate"/>
            </w:r>
            <w:r w:rsidR="006E22CD">
              <w:rPr>
                <w:noProof/>
                <w:webHidden/>
              </w:rPr>
              <w:t>9</w:t>
            </w:r>
            <w:r>
              <w:rPr>
                <w:noProof/>
                <w:webHidden/>
              </w:rPr>
              <w:fldChar w:fldCharType="end"/>
            </w:r>
          </w:hyperlink>
        </w:p>
        <w:p w14:paraId="6B7EC8C6" w14:textId="13513F72"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03" w:history="1">
            <w:r w:rsidRPr="000B3395">
              <w:rPr>
                <w:rStyle w:val="Hyperlink"/>
                <w:noProof/>
                <w:lang w:val="en-ID"/>
              </w:rPr>
              <w:t>2.2.2</w:t>
            </w:r>
            <w:r>
              <w:rPr>
                <w:rFonts w:asciiTheme="minorHAnsi" w:hAnsiTheme="minorHAnsi"/>
                <w:noProof/>
                <w:kern w:val="2"/>
                <w:szCs w:val="24"/>
                <w:lang w:val="en-ID" w:eastAsia="en-ID"/>
                <w14:ligatures w14:val="standardContextual"/>
              </w:rPr>
              <w:tab/>
            </w:r>
            <w:r w:rsidRPr="000B3395">
              <w:rPr>
                <w:rStyle w:val="Hyperlink"/>
                <w:noProof/>
                <w:lang w:val="en-ID"/>
              </w:rPr>
              <w:t>Theory of Planned Behavior (TPB)</w:t>
            </w:r>
            <w:r>
              <w:rPr>
                <w:noProof/>
                <w:webHidden/>
              </w:rPr>
              <w:tab/>
            </w:r>
            <w:r>
              <w:rPr>
                <w:noProof/>
                <w:webHidden/>
              </w:rPr>
              <w:fldChar w:fldCharType="begin"/>
            </w:r>
            <w:r>
              <w:rPr>
                <w:noProof/>
                <w:webHidden/>
              </w:rPr>
              <w:instrText xml:space="preserve"> PAGEREF _Toc236119203 \h </w:instrText>
            </w:r>
            <w:r>
              <w:rPr>
                <w:noProof/>
                <w:webHidden/>
              </w:rPr>
            </w:r>
            <w:r>
              <w:rPr>
                <w:noProof/>
                <w:webHidden/>
              </w:rPr>
              <w:fldChar w:fldCharType="separate"/>
            </w:r>
            <w:r w:rsidR="006E22CD">
              <w:rPr>
                <w:noProof/>
                <w:webHidden/>
              </w:rPr>
              <w:t>10</w:t>
            </w:r>
            <w:r>
              <w:rPr>
                <w:noProof/>
                <w:webHidden/>
              </w:rPr>
              <w:fldChar w:fldCharType="end"/>
            </w:r>
          </w:hyperlink>
        </w:p>
        <w:p w14:paraId="79E95312" w14:textId="70E781A2"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04" w:history="1">
            <w:r w:rsidRPr="000B3395">
              <w:rPr>
                <w:rStyle w:val="Hyperlink"/>
                <w:noProof/>
                <w:lang w:val="en-ID"/>
              </w:rPr>
              <w:t>2.2.3</w:t>
            </w:r>
            <w:r>
              <w:rPr>
                <w:rFonts w:asciiTheme="minorHAnsi" w:hAnsiTheme="minorHAnsi"/>
                <w:noProof/>
                <w:kern w:val="2"/>
                <w:szCs w:val="24"/>
                <w:lang w:val="en-ID" w:eastAsia="en-ID"/>
                <w14:ligatures w14:val="standardContextual"/>
              </w:rPr>
              <w:tab/>
            </w:r>
            <w:r w:rsidRPr="000B3395">
              <w:rPr>
                <w:rStyle w:val="Hyperlink"/>
                <w:noProof/>
                <w:lang w:val="en-ID"/>
              </w:rPr>
              <w:t>Technology Acceptance Model 2 (TAM2)</w:t>
            </w:r>
            <w:r>
              <w:rPr>
                <w:noProof/>
                <w:webHidden/>
              </w:rPr>
              <w:tab/>
            </w:r>
            <w:r>
              <w:rPr>
                <w:noProof/>
                <w:webHidden/>
              </w:rPr>
              <w:fldChar w:fldCharType="begin"/>
            </w:r>
            <w:r>
              <w:rPr>
                <w:noProof/>
                <w:webHidden/>
              </w:rPr>
              <w:instrText xml:space="preserve"> PAGEREF _Toc236119204 \h </w:instrText>
            </w:r>
            <w:r>
              <w:rPr>
                <w:noProof/>
                <w:webHidden/>
              </w:rPr>
            </w:r>
            <w:r>
              <w:rPr>
                <w:noProof/>
                <w:webHidden/>
              </w:rPr>
              <w:fldChar w:fldCharType="separate"/>
            </w:r>
            <w:r w:rsidR="006E22CD">
              <w:rPr>
                <w:noProof/>
                <w:webHidden/>
              </w:rPr>
              <w:t>12</w:t>
            </w:r>
            <w:r>
              <w:rPr>
                <w:noProof/>
                <w:webHidden/>
              </w:rPr>
              <w:fldChar w:fldCharType="end"/>
            </w:r>
          </w:hyperlink>
        </w:p>
        <w:p w14:paraId="0724D3E7" w14:textId="55C5C6B9"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05" w:history="1">
            <w:r w:rsidRPr="000B3395">
              <w:rPr>
                <w:rStyle w:val="Hyperlink"/>
                <w:noProof/>
                <w:lang w:val="en-ID"/>
              </w:rPr>
              <w:t>2.2.4</w:t>
            </w:r>
            <w:r>
              <w:rPr>
                <w:rFonts w:asciiTheme="minorHAnsi" w:hAnsiTheme="minorHAnsi"/>
                <w:noProof/>
                <w:kern w:val="2"/>
                <w:szCs w:val="24"/>
                <w:lang w:val="en-ID" w:eastAsia="en-ID"/>
                <w14:ligatures w14:val="standardContextual"/>
              </w:rPr>
              <w:tab/>
            </w:r>
            <w:r w:rsidRPr="000B3395">
              <w:rPr>
                <w:rStyle w:val="Hyperlink"/>
                <w:noProof/>
                <w:lang w:val="en-ID"/>
              </w:rPr>
              <w:t>Unified Theory of Acceptance and Use of Technology (UTAUT)</w:t>
            </w:r>
            <w:r>
              <w:rPr>
                <w:noProof/>
                <w:webHidden/>
              </w:rPr>
              <w:tab/>
            </w:r>
            <w:r>
              <w:rPr>
                <w:noProof/>
                <w:webHidden/>
              </w:rPr>
              <w:fldChar w:fldCharType="begin"/>
            </w:r>
            <w:r>
              <w:rPr>
                <w:noProof/>
                <w:webHidden/>
              </w:rPr>
              <w:instrText xml:space="preserve"> PAGEREF _Toc236119205 \h </w:instrText>
            </w:r>
            <w:r>
              <w:rPr>
                <w:noProof/>
                <w:webHidden/>
              </w:rPr>
            </w:r>
            <w:r>
              <w:rPr>
                <w:noProof/>
                <w:webHidden/>
              </w:rPr>
              <w:fldChar w:fldCharType="separate"/>
            </w:r>
            <w:r w:rsidR="006E22CD">
              <w:rPr>
                <w:noProof/>
                <w:webHidden/>
              </w:rPr>
              <w:t>12</w:t>
            </w:r>
            <w:r>
              <w:rPr>
                <w:noProof/>
                <w:webHidden/>
              </w:rPr>
              <w:fldChar w:fldCharType="end"/>
            </w:r>
          </w:hyperlink>
        </w:p>
        <w:p w14:paraId="2AE1E9DC" w14:textId="0AA28EFF"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06" w:history="1">
            <w:r w:rsidRPr="000B3395">
              <w:rPr>
                <w:rStyle w:val="Hyperlink"/>
                <w:noProof/>
                <w:lang w:val="en-ID"/>
              </w:rPr>
              <w:t>2.2.5</w:t>
            </w:r>
            <w:r>
              <w:rPr>
                <w:rFonts w:asciiTheme="minorHAnsi" w:hAnsiTheme="minorHAnsi"/>
                <w:noProof/>
                <w:kern w:val="2"/>
                <w:szCs w:val="24"/>
                <w:lang w:val="en-ID" w:eastAsia="en-ID"/>
                <w14:ligatures w14:val="standardContextual"/>
              </w:rPr>
              <w:tab/>
            </w:r>
            <w:r w:rsidRPr="000B3395">
              <w:rPr>
                <w:rStyle w:val="Hyperlink"/>
                <w:noProof/>
                <w:lang w:val="en-ID"/>
              </w:rPr>
              <w:t>UTAUT2</w:t>
            </w:r>
            <w:r>
              <w:rPr>
                <w:noProof/>
                <w:webHidden/>
              </w:rPr>
              <w:tab/>
            </w:r>
            <w:r>
              <w:rPr>
                <w:noProof/>
                <w:webHidden/>
              </w:rPr>
              <w:fldChar w:fldCharType="begin"/>
            </w:r>
            <w:r>
              <w:rPr>
                <w:noProof/>
                <w:webHidden/>
              </w:rPr>
              <w:instrText xml:space="preserve"> PAGEREF _Toc236119206 \h </w:instrText>
            </w:r>
            <w:r>
              <w:rPr>
                <w:noProof/>
                <w:webHidden/>
              </w:rPr>
            </w:r>
            <w:r>
              <w:rPr>
                <w:noProof/>
                <w:webHidden/>
              </w:rPr>
              <w:fldChar w:fldCharType="separate"/>
            </w:r>
            <w:r w:rsidR="006E22CD">
              <w:rPr>
                <w:noProof/>
                <w:webHidden/>
              </w:rPr>
              <w:t>13</w:t>
            </w:r>
            <w:r>
              <w:rPr>
                <w:noProof/>
                <w:webHidden/>
              </w:rPr>
              <w:fldChar w:fldCharType="end"/>
            </w:r>
          </w:hyperlink>
        </w:p>
        <w:p w14:paraId="37D56574" w14:textId="64B30628"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07" w:history="1">
            <w:r w:rsidRPr="000B3395">
              <w:rPr>
                <w:rStyle w:val="Hyperlink"/>
                <w:noProof/>
                <w:lang w:val="en-ID"/>
              </w:rPr>
              <w:t>2.2.6</w:t>
            </w:r>
            <w:r>
              <w:rPr>
                <w:rFonts w:asciiTheme="minorHAnsi" w:hAnsiTheme="minorHAnsi"/>
                <w:noProof/>
                <w:kern w:val="2"/>
                <w:szCs w:val="24"/>
                <w:lang w:val="en-ID" w:eastAsia="en-ID"/>
                <w14:ligatures w14:val="standardContextual"/>
              </w:rPr>
              <w:tab/>
            </w:r>
            <w:r w:rsidRPr="000B3395">
              <w:rPr>
                <w:rStyle w:val="Hyperlink"/>
                <w:noProof/>
                <w:lang w:val="en-ID"/>
              </w:rPr>
              <w:t>Diffusion of Innovation Theory</w:t>
            </w:r>
            <w:r>
              <w:rPr>
                <w:noProof/>
                <w:webHidden/>
              </w:rPr>
              <w:tab/>
            </w:r>
            <w:r>
              <w:rPr>
                <w:noProof/>
                <w:webHidden/>
              </w:rPr>
              <w:fldChar w:fldCharType="begin"/>
            </w:r>
            <w:r>
              <w:rPr>
                <w:noProof/>
                <w:webHidden/>
              </w:rPr>
              <w:instrText xml:space="preserve"> PAGEREF _Toc236119207 \h </w:instrText>
            </w:r>
            <w:r>
              <w:rPr>
                <w:noProof/>
                <w:webHidden/>
              </w:rPr>
            </w:r>
            <w:r>
              <w:rPr>
                <w:noProof/>
                <w:webHidden/>
              </w:rPr>
              <w:fldChar w:fldCharType="separate"/>
            </w:r>
            <w:r w:rsidR="006E22CD">
              <w:rPr>
                <w:noProof/>
                <w:webHidden/>
              </w:rPr>
              <w:t>13</w:t>
            </w:r>
            <w:r>
              <w:rPr>
                <w:noProof/>
                <w:webHidden/>
              </w:rPr>
              <w:fldChar w:fldCharType="end"/>
            </w:r>
          </w:hyperlink>
        </w:p>
        <w:p w14:paraId="10A1E664" w14:textId="0E48A69A"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08" w:history="1">
            <w:r w:rsidRPr="000B3395">
              <w:rPr>
                <w:rStyle w:val="Hyperlink"/>
                <w:noProof/>
                <w:lang w:val="en-ID"/>
              </w:rPr>
              <w:t>2.2.7</w:t>
            </w:r>
            <w:r>
              <w:rPr>
                <w:rFonts w:asciiTheme="minorHAnsi" w:hAnsiTheme="minorHAnsi"/>
                <w:noProof/>
                <w:kern w:val="2"/>
                <w:szCs w:val="24"/>
                <w:lang w:val="en-ID" w:eastAsia="en-ID"/>
                <w14:ligatures w14:val="standardContextual"/>
              </w:rPr>
              <w:tab/>
            </w:r>
            <w:r w:rsidRPr="000B3395">
              <w:rPr>
                <w:rStyle w:val="Hyperlink"/>
                <w:noProof/>
                <w:lang w:val="en-ID"/>
              </w:rPr>
              <w:t>Perceived Risk Theory</w:t>
            </w:r>
            <w:r>
              <w:rPr>
                <w:noProof/>
                <w:webHidden/>
              </w:rPr>
              <w:tab/>
            </w:r>
            <w:r>
              <w:rPr>
                <w:noProof/>
                <w:webHidden/>
              </w:rPr>
              <w:fldChar w:fldCharType="begin"/>
            </w:r>
            <w:r>
              <w:rPr>
                <w:noProof/>
                <w:webHidden/>
              </w:rPr>
              <w:instrText xml:space="preserve"> PAGEREF _Toc236119208 \h </w:instrText>
            </w:r>
            <w:r>
              <w:rPr>
                <w:noProof/>
                <w:webHidden/>
              </w:rPr>
            </w:r>
            <w:r>
              <w:rPr>
                <w:noProof/>
                <w:webHidden/>
              </w:rPr>
              <w:fldChar w:fldCharType="separate"/>
            </w:r>
            <w:r w:rsidR="006E22CD">
              <w:rPr>
                <w:noProof/>
                <w:webHidden/>
              </w:rPr>
              <w:t>14</w:t>
            </w:r>
            <w:r>
              <w:rPr>
                <w:noProof/>
                <w:webHidden/>
              </w:rPr>
              <w:fldChar w:fldCharType="end"/>
            </w:r>
          </w:hyperlink>
        </w:p>
        <w:p w14:paraId="2E10363D" w14:textId="32261B02"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09" w:history="1">
            <w:r w:rsidRPr="000B3395">
              <w:rPr>
                <w:rStyle w:val="Hyperlink"/>
                <w:noProof/>
                <w:lang w:val="en-ID"/>
              </w:rPr>
              <w:t>2.2.8</w:t>
            </w:r>
            <w:r>
              <w:rPr>
                <w:rFonts w:asciiTheme="minorHAnsi" w:hAnsiTheme="minorHAnsi"/>
                <w:noProof/>
                <w:kern w:val="2"/>
                <w:szCs w:val="24"/>
                <w:lang w:val="en-ID" w:eastAsia="en-ID"/>
                <w14:ligatures w14:val="standardContextual"/>
              </w:rPr>
              <w:tab/>
            </w:r>
            <w:r w:rsidRPr="000B3395">
              <w:rPr>
                <w:rStyle w:val="Hyperlink"/>
                <w:noProof/>
                <w:lang w:val="en-ID"/>
              </w:rPr>
              <w:t>Trust Theory (Teori Kepercayaan)</w:t>
            </w:r>
            <w:r>
              <w:rPr>
                <w:noProof/>
                <w:webHidden/>
              </w:rPr>
              <w:tab/>
            </w:r>
            <w:r>
              <w:rPr>
                <w:noProof/>
                <w:webHidden/>
              </w:rPr>
              <w:fldChar w:fldCharType="begin"/>
            </w:r>
            <w:r>
              <w:rPr>
                <w:noProof/>
                <w:webHidden/>
              </w:rPr>
              <w:instrText xml:space="preserve"> PAGEREF _Toc236119209 \h </w:instrText>
            </w:r>
            <w:r>
              <w:rPr>
                <w:noProof/>
                <w:webHidden/>
              </w:rPr>
            </w:r>
            <w:r>
              <w:rPr>
                <w:noProof/>
                <w:webHidden/>
              </w:rPr>
              <w:fldChar w:fldCharType="separate"/>
            </w:r>
            <w:r w:rsidR="006E22CD">
              <w:rPr>
                <w:noProof/>
                <w:webHidden/>
              </w:rPr>
              <w:t>15</w:t>
            </w:r>
            <w:r>
              <w:rPr>
                <w:noProof/>
                <w:webHidden/>
              </w:rPr>
              <w:fldChar w:fldCharType="end"/>
            </w:r>
          </w:hyperlink>
        </w:p>
        <w:p w14:paraId="3EFD8692" w14:textId="1D723C72"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10" w:history="1">
            <w:r w:rsidRPr="000B3395">
              <w:rPr>
                <w:rStyle w:val="Hyperlink"/>
                <w:noProof/>
                <w:lang w:val="en-ID"/>
              </w:rPr>
              <w:t>2.2.9</w:t>
            </w:r>
            <w:r>
              <w:rPr>
                <w:rFonts w:asciiTheme="minorHAnsi" w:hAnsiTheme="minorHAnsi"/>
                <w:noProof/>
                <w:kern w:val="2"/>
                <w:szCs w:val="24"/>
                <w:lang w:val="en-ID" w:eastAsia="en-ID"/>
                <w14:ligatures w14:val="standardContextual"/>
              </w:rPr>
              <w:tab/>
            </w:r>
            <w:r w:rsidRPr="000B3395">
              <w:rPr>
                <w:rStyle w:val="Hyperlink"/>
                <w:noProof/>
                <w:lang w:val="en-ID"/>
              </w:rPr>
              <w:t>Teori Dua Faktor Herzberg (Two-Factor Theory)</w:t>
            </w:r>
            <w:r>
              <w:rPr>
                <w:noProof/>
                <w:webHidden/>
              </w:rPr>
              <w:tab/>
            </w:r>
            <w:r>
              <w:rPr>
                <w:noProof/>
                <w:webHidden/>
              </w:rPr>
              <w:fldChar w:fldCharType="begin"/>
            </w:r>
            <w:r>
              <w:rPr>
                <w:noProof/>
                <w:webHidden/>
              </w:rPr>
              <w:instrText xml:space="preserve"> PAGEREF _Toc236119210 \h </w:instrText>
            </w:r>
            <w:r>
              <w:rPr>
                <w:noProof/>
                <w:webHidden/>
              </w:rPr>
            </w:r>
            <w:r>
              <w:rPr>
                <w:noProof/>
                <w:webHidden/>
              </w:rPr>
              <w:fldChar w:fldCharType="separate"/>
            </w:r>
            <w:r w:rsidR="006E22CD">
              <w:rPr>
                <w:noProof/>
                <w:webHidden/>
              </w:rPr>
              <w:t>16</w:t>
            </w:r>
            <w:r>
              <w:rPr>
                <w:noProof/>
                <w:webHidden/>
              </w:rPr>
              <w:fldChar w:fldCharType="end"/>
            </w:r>
          </w:hyperlink>
        </w:p>
        <w:p w14:paraId="1F2062A9" w14:textId="25FAFE7D"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1" w:history="1">
            <w:r w:rsidRPr="000B3395">
              <w:rPr>
                <w:rStyle w:val="Hyperlink"/>
                <w:noProof/>
                <w:lang w:val="en-ID"/>
              </w:rPr>
              <w:t>2.2.10</w:t>
            </w:r>
            <w:r>
              <w:rPr>
                <w:rFonts w:asciiTheme="minorHAnsi" w:hAnsiTheme="minorHAnsi"/>
                <w:noProof/>
                <w:kern w:val="2"/>
                <w:szCs w:val="24"/>
                <w:lang w:val="en-ID" w:eastAsia="en-ID"/>
                <w14:ligatures w14:val="standardContextual"/>
              </w:rPr>
              <w:tab/>
            </w:r>
            <w:r w:rsidRPr="000B3395">
              <w:rPr>
                <w:rStyle w:val="Hyperlink"/>
                <w:noProof/>
                <w:lang w:val="en-ID"/>
              </w:rPr>
              <w:t>DeLone and McLean Information System Success Model</w:t>
            </w:r>
            <w:r>
              <w:rPr>
                <w:noProof/>
                <w:webHidden/>
              </w:rPr>
              <w:tab/>
            </w:r>
            <w:r>
              <w:rPr>
                <w:noProof/>
                <w:webHidden/>
              </w:rPr>
              <w:fldChar w:fldCharType="begin"/>
            </w:r>
            <w:r>
              <w:rPr>
                <w:noProof/>
                <w:webHidden/>
              </w:rPr>
              <w:instrText xml:space="preserve"> PAGEREF _Toc236119211 \h </w:instrText>
            </w:r>
            <w:r>
              <w:rPr>
                <w:noProof/>
                <w:webHidden/>
              </w:rPr>
            </w:r>
            <w:r>
              <w:rPr>
                <w:noProof/>
                <w:webHidden/>
              </w:rPr>
              <w:fldChar w:fldCharType="separate"/>
            </w:r>
            <w:r w:rsidR="006E22CD">
              <w:rPr>
                <w:noProof/>
                <w:webHidden/>
              </w:rPr>
              <w:t>17</w:t>
            </w:r>
            <w:r>
              <w:rPr>
                <w:noProof/>
                <w:webHidden/>
              </w:rPr>
              <w:fldChar w:fldCharType="end"/>
            </w:r>
          </w:hyperlink>
        </w:p>
        <w:p w14:paraId="3875BC25" w14:textId="432703D0"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2" w:history="1">
            <w:r w:rsidRPr="000B3395">
              <w:rPr>
                <w:rStyle w:val="Hyperlink"/>
                <w:noProof/>
                <w:lang w:val="en-ID"/>
              </w:rPr>
              <w:t>2.2.11</w:t>
            </w:r>
            <w:r>
              <w:rPr>
                <w:rFonts w:asciiTheme="minorHAnsi" w:hAnsiTheme="minorHAnsi"/>
                <w:noProof/>
                <w:kern w:val="2"/>
                <w:szCs w:val="24"/>
                <w:lang w:val="en-ID" w:eastAsia="en-ID"/>
                <w14:ligatures w14:val="standardContextual"/>
              </w:rPr>
              <w:tab/>
            </w:r>
            <w:r w:rsidRPr="000B3395">
              <w:rPr>
                <w:rStyle w:val="Hyperlink"/>
                <w:noProof/>
                <w:lang w:val="en-ID"/>
              </w:rPr>
              <w:t>Usaha Mikro, Kecil, dan Menengah (UMKM)</w:t>
            </w:r>
            <w:r>
              <w:rPr>
                <w:noProof/>
                <w:webHidden/>
              </w:rPr>
              <w:tab/>
            </w:r>
            <w:r>
              <w:rPr>
                <w:noProof/>
                <w:webHidden/>
              </w:rPr>
              <w:fldChar w:fldCharType="begin"/>
            </w:r>
            <w:r>
              <w:rPr>
                <w:noProof/>
                <w:webHidden/>
              </w:rPr>
              <w:instrText xml:space="preserve"> PAGEREF _Toc236119212 \h </w:instrText>
            </w:r>
            <w:r>
              <w:rPr>
                <w:noProof/>
                <w:webHidden/>
              </w:rPr>
            </w:r>
            <w:r>
              <w:rPr>
                <w:noProof/>
                <w:webHidden/>
              </w:rPr>
              <w:fldChar w:fldCharType="separate"/>
            </w:r>
            <w:r w:rsidR="006E22CD">
              <w:rPr>
                <w:noProof/>
                <w:webHidden/>
              </w:rPr>
              <w:t>17</w:t>
            </w:r>
            <w:r>
              <w:rPr>
                <w:noProof/>
                <w:webHidden/>
              </w:rPr>
              <w:fldChar w:fldCharType="end"/>
            </w:r>
          </w:hyperlink>
        </w:p>
        <w:p w14:paraId="17BFAD9D" w14:textId="56132FCE"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3" w:history="1">
            <w:r w:rsidRPr="000B3395">
              <w:rPr>
                <w:rStyle w:val="Hyperlink"/>
                <w:noProof/>
                <w:lang w:val="en-ID"/>
              </w:rPr>
              <w:t>2.2.12</w:t>
            </w:r>
            <w:r>
              <w:rPr>
                <w:rFonts w:asciiTheme="minorHAnsi" w:hAnsiTheme="minorHAnsi"/>
                <w:noProof/>
                <w:kern w:val="2"/>
                <w:szCs w:val="24"/>
                <w:lang w:val="en-ID" w:eastAsia="en-ID"/>
                <w14:ligatures w14:val="standardContextual"/>
              </w:rPr>
              <w:tab/>
            </w:r>
            <w:r w:rsidRPr="000B3395">
              <w:rPr>
                <w:rStyle w:val="Hyperlink"/>
                <w:noProof/>
                <w:lang w:val="en-ID"/>
              </w:rPr>
              <w:t>Quick Response Code Indonesian Standard (QRIS)</w:t>
            </w:r>
            <w:r>
              <w:rPr>
                <w:noProof/>
                <w:webHidden/>
              </w:rPr>
              <w:tab/>
            </w:r>
            <w:r>
              <w:rPr>
                <w:noProof/>
                <w:webHidden/>
              </w:rPr>
              <w:fldChar w:fldCharType="begin"/>
            </w:r>
            <w:r>
              <w:rPr>
                <w:noProof/>
                <w:webHidden/>
              </w:rPr>
              <w:instrText xml:space="preserve"> PAGEREF _Toc236119213 \h </w:instrText>
            </w:r>
            <w:r>
              <w:rPr>
                <w:noProof/>
                <w:webHidden/>
              </w:rPr>
            </w:r>
            <w:r>
              <w:rPr>
                <w:noProof/>
                <w:webHidden/>
              </w:rPr>
              <w:fldChar w:fldCharType="separate"/>
            </w:r>
            <w:r w:rsidR="006E22CD">
              <w:rPr>
                <w:noProof/>
                <w:webHidden/>
              </w:rPr>
              <w:t>19</w:t>
            </w:r>
            <w:r>
              <w:rPr>
                <w:noProof/>
                <w:webHidden/>
              </w:rPr>
              <w:fldChar w:fldCharType="end"/>
            </w:r>
          </w:hyperlink>
        </w:p>
        <w:p w14:paraId="2F740F2B" w14:textId="1411937A"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4" w:history="1">
            <w:r w:rsidRPr="000B3395">
              <w:rPr>
                <w:rStyle w:val="Hyperlink"/>
                <w:noProof/>
                <w:lang w:val="en-ID"/>
              </w:rPr>
              <w:t>2.2.13</w:t>
            </w:r>
            <w:r>
              <w:rPr>
                <w:rFonts w:asciiTheme="minorHAnsi" w:hAnsiTheme="minorHAnsi"/>
                <w:noProof/>
                <w:kern w:val="2"/>
                <w:szCs w:val="24"/>
                <w:lang w:val="en-ID" w:eastAsia="en-ID"/>
                <w14:ligatures w14:val="standardContextual"/>
              </w:rPr>
              <w:tab/>
            </w:r>
            <w:r w:rsidRPr="000B3395">
              <w:rPr>
                <w:rStyle w:val="Hyperlink"/>
                <w:noProof/>
                <w:lang w:val="en-ID"/>
              </w:rPr>
              <w:t>Ekosistem dan Mekanisme Kerja QRIS</w:t>
            </w:r>
            <w:r>
              <w:rPr>
                <w:noProof/>
                <w:webHidden/>
              </w:rPr>
              <w:tab/>
            </w:r>
            <w:r>
              <w:rPr>
                <w:noProof/>
                <w:webHidden/>
              </w:rPr>
              <w:fldChar w:fldCharType="begin"/>
            </w:r>
            <w:r>
              <w:rPr>
                <w:noProof/>
                <w:webHidden/>
              </w:rPr>
              <w:instrText xml:space="preserve"> PAGEREF _Toc236119214 \h </w:instrText>
            </w:r>
            <w:r>
              <w:rPr>
                <w:noProof/>
                <w:webHidden/>
              </w:rPr>
            </w:r>
            <w:r>
              <w:rPr>
                <w:noProof/>
                <w:webHidden/>
              </w:rPr>
              <w:fldChar w:fldCharType="separate"/>
            </w:r>
            <w:r w:rsidR="006E22CD">
              <w:rPr>
                <w:noProof/>
                <w:webHidden/>
              </w:rPr>
              <w:t>20</w:t>
            </w:r>
            <w:r>
              <w:rPr>
                <w:noProof/>
                <w:webHidden/>
              </w:rPr>
              <w:fldChar w:fldCharType="end"/>
            </w:r>
          </w:hyperlink>
        </w:p>
        <w:p w14:paraId="1276A1C4" w14:textId="5B39EB0F"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5" w:history="1">
            <w:r w:rsidRPr="000B3395">
              <w:rPr>
                <w:rStyle w:val="Hyperlink"/>
                <w:noProof/>
                <w:lang w:val="en-ID"/>
              </w:rPr>
              <w:t>2.2.14</w:t>
            </w:r>
            <w:r>
              <w:rPr>
                <w:rFonts w:asciiTheme="minorHAnsi" w:hAnsiTheme="minorHAnsi"/>
                <w:noProof/>
                <w:kern w:val="2"/>
                <w:szCs w:val="24"/>
                <w:lang w:val="en-ID" w:eastAsia="en-ID"/>
                <w14:ligatures w14:val="standardContextual"/>
              </w:rPr>
              <w:tab/>
            </w:r>
            <w:r w:rsidRPr="000B3395">
              <w:rPr>
                <w:rStyle w:val="Hyperlink"/>
                <w:noProof/>
                <w:lang w:val="en-ID"/>
              </w:rPr>
              <w:t>Transformasi Sistem Pembayaran Digital di Indonesia</w:t>
            </w:r>
            <w:r>
              <w:rPr>
                <w:noProof/>
                <w:webHidden/>
              </w:rPr>
              <w:tab/>
            </w:r>
            <w:r>
              <w:rPr>
                <w:noProof/>
                <w:webHidden/>
              </w:rPr>
              <w:fldChar w:fldCharType="begin"/>
            </w:r>
            <w:r>
              <w:rPr>
                <w:noProof/>
                <w:webHidden/>
              </w:rPr>
              <w:instrText xml:space="preserve"> PAGEREF _Toc236119215 \h </w:instrText>
            </w:r>
            <w:r>
              <w:rPr>
                <w:noProof/>
                <w:webHidden/>
              </w:rPr>
            </w:r>
            <w:r>
              <w:rPr>
                <w:noProof/>
                <w:webHidden/>
              </w:rPr>
              <w:fldChar w:fldCharType="separate"/>
            </w:r>
            <w:r w:rsidR="006E22CD">
              <w:rPr>
                <w:noProof/>
                <w:webHidden/>
              </w:rPr>
              <w:t>21</w:t>
            </w:r>
            <w:r>
              <w:rPr>
                <w:noProof/>
                <w:webHidden/>
              </w:rPr>
              <w:fldChar w:fldCharType="end"/>
            </w:r>
          </w:hyperlink>
        </w:p>
        <w:p w14:paraId="6C289812" w14:textId="0A82CE3B"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6" w:history="1">
            <w:r w:rsidRPr="000B3395">
              <w:rPr>
                <w:rStyle w:val="Hyperlink"/>
                <w:noProof/>
                <w:lang w:val="en-ID"/>
              </w:rPr>
              <w:t>2.2.15</w:t>
            </w:r>
            <w:r>
              <w:rPr>
                <w:rFonts w:asciiTheme="minorHAnsi" w:hAnsiTheme="minorHAnsi"/>
                <w:noProof/>
                <w:kern w:val="2"/>
                <w:szCs w:val="24"/>
                <w:lang w:val="en-ID" w:eastAsia="en-ID"/>
                <w14:ligatures w14:val="standardContextual"/>
              </w:rPr>
              <w:tab/>
            </w:r>
            <w:r w:rsidRPr="000B3395">
              <w:rPr>
                <w:rStyle w:val="Hyperlink"/>
                <w:noProof/>
                <w:lang w:val="en-ID"/>
              </w:rPr>
              <w:t>Perkembangan Sistem Pembayaran Berbasis QR Code secara Global</w:t>
            </w:r>
            <w:r>
              <w:rPr>
                <w:noProof/>
                <w:webHidden/>
              </w:rPr>
              <w:tab/>
            </w:r>
            <w:r w:rsidR="006E22CD">
              <w:rPr>
                <w:noProof/>
                <w:webHidden/>
              </w:rPr>
              <w:tab/>
            </w:r>
            <w:r>
              <w:rPr>
                <w:noProof/>
                <w:webHidden/>
              </w:rPr>
              <w:fldChar w:fldCharType="begin"/>
            </w:r>
            <w:r>
              <w:rPr>
                <w:noProof/>
                <w:webHidden/>
              </w:rPr>
              <w:instrText xml:space="preserve"> PAGEREF _Toc236119216 \h </w:instrText>
            </w:r>
            <w:r>
              <w:rPr>
                <w:noProof/>
                <w:webHidden/>
              </w:rPr>
            </w:r>
            <w:r>
              <w:rPr>
                <w:noProof/>
                <w:webHidden/>
              </w:rPr>
              <w:fldChar w:fldCharType="separate"/>
            </w:r>
            <w:r w:rsidR="006E22CD">
              <w:rPr>
                <w:noProof/>
                <w:webHidden/>
              </w:rPr>
              <w:t>21</w:t>
            </w:r>
            <w:r>
              <w:rPr>
                <w:noProof/>
                <w:webHidden/>
              </w:rPr>
              <w:fldChar w:fldCharType="end"/>
            </w:r>
          </w:hyperlink>
        </w:p>
        <w:p w14:paraId="6C5EC965" w14:textId="41813FA3"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7" w:history="1">
            <w:r w:rsidRPr="000B3395">
              <w:rPr>
                <w:rStyle w:val="Hyperlink"/>
                <w:noProof/>
                <w:lang w:val="en-ID"/>
              </w:rPr>
              <w:t>2.2.16</w:t>
            </w:r>
            <w:r>
              <w:rPr>
                <w:rFonts w:asciiTheme="minorHAnsi" w:hAnsiTheme="minorHAnsi"/>
                <w:noProof/>
                <w:kern w:val="2"/>
                <w:szCs w:val="24"/>
                <w:lang w:val="en-ID" w:eastAsia="en-ID"/>
                <w14:ligatures w14:val="standardContextual"/>
              </w:rPr>
              <w:tab/>
            </w:r>
            <w:r w:rsidRPr="000B3395">
              <w:rPr>
                <w:rStyle w:val="Hyperlink"/>
                <w:noProof/>
                <w:lang w:val="en-ID"/>
              </w:rPr>
              <w:t>Literasi Keuangan Digital</w:t>
            </w:r>
            <w:r>
              <w:rPr>
                <w:noProof/>
                <w:webHidden/>
              </w:rPr>
              <w:tab/>
            </w:r>
            <w:r>
              <w:rPr>
                <w:noProof/>
                <w:webHidden/>
              </w:rPr>
              <w:fldChar w:fldCharType="begin"/>
            </w:r>
            <w:r>
              <w:rPr>
                <w:noProof/>
                <w:webHidden/>
              </w:rPr>
              <w:instrText xml:space="preserve"> PAGEREF _Toc236119217 \h </w:instrText>
            </w:r>
            <w:r>
              <w:rPr>
                <w:noProof/>
                <w:webHidden/>
              </w:rPr>
            </w:r>
            <w:r>
              <w:rPr>
                <w:noProof/>
                <w:webHidden/>
              </w:rPr>
              <w:fldChar w:fldCharType="separate"/>
            </w:r>
            <w:r w:rsidR="006E22CD">
              <w:rPr>
                <w:noProof/>
                <w:webHidden/>
              </w:rPr>
              <w:t>22</w:t>
            </w:r>
            <w:r>
              <w:rPr>
                <w:noProof/>
                <w:webHidden/>
              </w:rPr>
              <w:fldChar w:fldCharType="end"/>
            </w:r>
          </w:hyperlink>
        </w:p>
        <w:p w14:paraId="0B612666" w14:textId="4BBAA247"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8" w:history="1">
            <w:r w:rsidRPr="000B3395">
              <w:rPr>
                <w:rStyle w:val="Hyperlink"/>
                <w:noProof/>
                <w:lang w:val="en-ID"/>
              </w:rPr>
              <w:t>2.2.17</w:t>
            </w:r>
            <w:r>
              <w:rPr>
                <w:rFonts w:asciiTheme="minorHAnsi" w:hAnsiTheme="minorHAnsi"/>
                <w:noProof/>
                <w:kern w:val="2"/>
                <w:szCs w:val="24"/>
                <w:lang w:val="en-ID" w:eastAsia="en-ID"/>
                <w14:ligatures w14:val="standardContextual"/>
              </w:rPr>
              <w:tab/>
            </w:r>
            <w:r w:rsidRPr="000B3395">
              <w:rPr>
                <w:rStyle w:val="Hyperlink"/>
                <w:noProof/>
                <w:lang w:val="en-ID"/>
              </w:rPr>
              <w:t>Kemudahan Penggunaan (Perceived Ease of Use)</w:t>
            </w:r>
            <w:r>
              <w:rPr>
                <w:noProof/>
                <w:webHidden/>
              </w:rPr>
              <w:tab/>
            </w:r>
            <w:r>
              <w:rPr>
                <w:noProof/>
                <w:webHidden/>
              </w:rPr>
              <w:fldChar w:fldCharType="begin"/>
            </w:r>
            <w:r>
              <w:rPr>
                <w:noProof/>
                <w:webHidden/>
              </w:rPr>
              <w:instrText xml:space="preserve"> PAGEREF _Toc236119218 \h </w:instrText>
            </w:r>
            <w:r>
              <w:rPr>
                <w:noProof/>
                <w:webHidden/>
              </w:rPr>
            </w:r>
            <w:r>
              <w:rPr>
                <w:noProof/>
                <w:webHidden/>
              </w:rPr>
              <w:fldChar w:fldCharType="separate"/>
            </w:r>
            <w:r w:rsidR="006E22CD">
              <w:rPr>
                <w:noProof/>
                <w:webHidden/>
              </w:rPr>
              <w:t>23</w:t>
            </w:r>
            <w:r>
              <w:rPr>
                <w:noProof/>
                <w:webHidden/>
              </w:rPr>
              <w:fldChar w:fldCharType="end"/>
            </w:r>
          </w:hyperlink>
        </w:p>
        <w:p w14:paraId="290AD087" w14:textId="7632B816"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19" w:history="1">
            <w:r w:rsidRPr="000B3395">
              <w:rPr>
                <w:rStyle w:val="Hyperlink"/>
                <w:noProof/>
                <w:lang w:val="en-ID"/>
              </w:rPr>
              <w:t>2.2.18</w:t>
            </w:r>
            <w:r>
              <w:rPr>
                <w:rFonts w:asciiTheme="minorHAnsi" w:hAnsiTheme="minorHAnsi"/>
                <w:noProof/>
                <w:kern w:val="2"/>
                <w:szCs w:val="24"/>
                <w:lang w:val="en-ID" w:eastAsia="en-ID"/>
                <w14:ligatures w14:val="standardContextual"/>
              </w:rPr>
              <w:tab/>
            </w:r>
            <w:r w:rsidRPr="000B3395">
              <w:rPr>
                <w:rStyle w:val="Hyperlink"/>
                <w:noProof/>
                <w:lang w:val="en-ID"/>
              </w:rPr>
              <w:t>Keamanan Transaksi (Security)</w:t>
            </w:r>
            <w:r>
              <w:rPr>
                <w:noProof/>
                <w:webHidden/>
              </w:rPr>
              <w:tab/>
            </w:r>
            <w:r>
              <w:rPr>
                <w:noProof/>
                <w:webHidden/>
              </w:rPr>
              <w:fldChar w:fldCharType="begin"/>
            </w:r>
            <w:r>
              <w:rPr>
                <w:noProof/>
                <w:webHidden/>
              </w:rPr>
              <w:instrText xml:space="preserve"> PAGEREF _Toc236119219 \h </w:instrText>
            </w:r>
            <w:r>
              <w:rPr>
                <w:noProof/>
                <w:webHidden/>
              </w:rPr>
            </w:r>
            <w:r>
              <w:rPr>
                <w:noProof/>
                <w:webHidden/>
              </w:rPr>
              <w:fldChar w:fldCharType="separate"/>
            </w:r>
            <w:r w:rsidR="006E22CD">
              <w:rPr>
                <w:noProof/>
                <w:webHidden/>
              </w:rPr>
              <w:t>24</w:t>
            </w:r>
            <w:r>
              <w:rPr>
                <w:noProof/>
                <w:webHidden/>
              </w:rPr>
              <w:fldChar w:fldCharType="end"/>
            </w:r>
          </w:hyperlink>
        </w:p>
        <w:p w14:paraId="1EEE8ABC" w14:textId="6B450629"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20" w:history="1">
            <w:r w:rsidRPr="000B3395">
              <w:rPr>
                <w:rStyle w:val="Hyperlink"/>
                <w:noProof/>
                <w:lang w:val="en-ID"/>
              </w:rPr>
              <w:t>2.2.19</w:t>
            </w:r>
            <w:r>
              <w:rPr>
                <w:rFonts w:asciiTheme="minorHAnsi" w:hAnsiTheme="minorHAnsi"/>
                <w:noProof/>
                <w:kern w:val="2"/>
                <w:szCs w:val="24"/>
                <w:lang w:val="en-ID" w:eastAsia="en-ID"/>
                <w14:ligatures w14:val="standardContextual"/>
              </w:rPr>
              <w:tab/>
            </w:r>
            <w:r w:rsidRPr="000B3395">
              <w:rPr>
                <w:rStyle w:val="Hyperlink"/>
                <w:noProof/>
                <w:lang w:val="en-ID"/>
              </w:rPr>
              <w:t>Kecepatan Transaksi (Transaction Speed)</w:t>
            </w:r>
            <w:r>
              <w:rPr>
                <w:noProof/>
                <w:webHidden/>
              </w:rPr>
              <w:tab/>
            </w:r>
            <w:r>
              <w:rPr>
                <w:noProof/>
                <w:webHidden/>
              </w:rPr>
              <w:fldChar w:fldCharType="begin"/>
            </w:r>
            <w:r>
              <w:rPr>
                <w:noProof/>
                <w:webHidden/>
              </w:rPr>
              <w:instrText xml:space="preserve"> PAGEREF _Toc236119220 \h </w:instrText>
            </w:r>
            <w:r>
              <w:rPr>
                <w:noProof/>
                <w:webHidden/>
              </w:rPr>
            </w:r>
            <w:r>
              <w:rPr>
                <w:noProof/>
                <w:webHidden/>
              </w:rPr>
              <w:fldChar w:fldCharType="separate"/>
            </w:r>
            <w:r w:rsidR="006E22CD">
              <w:rPr>
                <w:noProof/>
                <w:webHidden/>
              </w:rPr>
              <w:t>25</w:t>
            </w:r>
            <w:r>
              <w:rPr>
                <w:noProof/>
                <w:webHidden/>
              </w:rPr>
              <w:fldChar w:fldCharType="end"/>
            </w:r>
          </w:hyperlink>
        </w:p>
        <w:p w14:paraId="404D10E9" w14:textId="240966D3" w:rsidR="008E0DB6" w:rsidRDefault="008E0DB6" w:rsidP="00E21B16">
          <w:pPr>
            <w:pStyle w:val="TOC3"/>
            <w:tabs>
              <w:tab w:val="left" w:pos="1440"/>
              <w:tab w:val="right" w:leader="dot" w:pos="7927"/>
            </w:tabs>
            <w:spacing w:line="276" w:lineRule="auto"/>
            <w:rPr>
              <w:rFonts w:asciiTheme="minorHAnsi" w:hAnsiTheme="minorHAnsi"/>
              <w:noProof/>
              <w:kern w:val="2"/>
              <w:szCs w:val="24"/>
              <w:lang w:val="en-ID" w:eastAsia="en-ID"/>
              <w14:ligatures w14:val="standardContextual"/>
            </w:rPr>
          </w:pPr>
          <w:hyperlink w:anchor="_Toc236119221" w:history="1">
            <w:r w:rsidRPr="000B3395">
              <w:rPr>
                <w:rStyle w:val="Hyperlink"/>
                <w:noProof/>
                <w:lang w:val="en-ID"/>
              </w:rPr>
              <w:t>2.2.20</w:t>
            </w:r>
            <w:r>
              <w:rPr>
                <w:rFonts w:asciiTheme="minorHAnsi" w:hAnsiTheme="minorHAnsi"/>
                <w:noProof/>
                <w:kern w:val="2"/>
                <w:szCs w:val="24"/>
                <w:lang w:val="en-ID" w:eastAsia="en-ID"/>
                <w14:ligatures w14:val="standardContextual"/>
              </w:rPr>
              <w:tab/>
            </w:r>
            <w:r w:rsidRPr="000B3395">
              <w:rPr>
                <w:rStyle w:val="Hyperlink"/>
                <w:noProof/>
                <w:lang w:val="en-ID"/>
              </w:rPr>
              <w:t>Minat Penggunaan (Behavioral Intention)</w:t>
            </w:r>
            <w:r>
              <w:rPr>
                <w:noProof/>
                <w:webHidden/>
              </w:rPr>
              <w:tab/>
            </w:r>
            <w:r>
              <w:rPr>
                <w:noProof/>
                <w:webHidden/>
              </w:rPr>
              <w:fldChar w:fldCharType="begin"/>
            </w:r>
            <w:r>
              <w:rPr>
                <w:noProof/>
                <w:webHidden/>
              </w:rPr>
              <w:instrText xml:space="preserve"> PAGEREF _Toc236119221 \h </w:instrText>
            </w:r>
            <w:r>
              <w:rPr>
                <w:noProof/>
                <w:webHidden/>
              </w:rPr>
            </w:r>
            <w:r>
              <w:rPr>
                <w:noProof/>
                <w:webHidden/>
              </w:rPr>
              <w:fldChar w:fldCharType="separate"/>
            </w:r>
            <w:r w:rsidR="006E22CD">
              <w:rPr>
                <w:noProof/>
                <w:webHidden/>
              </w:rPr>
              <w:t>26</w:t>
            </w:r>
            <w:r>
              <w:rPr>
                <w:noProof/>
                <w:webHidden/>
              </w:rPr>
              <w:fldChar w:fldCharType="end"/>
            </w:r>
          </w:hyperlink>
        </w:p>
        <w:p w14:paraId="678E807A" w14:textId="59D2BE37"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22" w:history="1">
            <w:r w:rsidRPr="000B3395">
              <w:rPr>
                <w:rStyle w:val="Hyperlink"/>
                <w:rFonts w:cs="Times New Roman"/>
                <w:noProof/>
              </w:rPr>
              <w:t>2.2</w:t>
            </w:r>
            <w:r>
              <w:rPr>
                <w:rFonts w:asciiTheme="minorHAnsi" w:hAnsiTheme="minorHAnsi"/>
                <w:noProof/>
                <w:kern w:val="2"/>
                <w:szCs w:val="24"/>
                <w:lang w:val="en-ID" w:eastAsia="en-ID"/>
                <w14:ligatures w14:val="standardContextual"/>
              </w:rPr>
              <w:tab/>
            </w:r>
            <w:r w:rsidRPr="000B3395">
              <w:rPr>
                <w:rStyle w:val="Hyperlink"/>
                <w:rFonts w:cs="Times New Roman"/>
                <w:noProof/>
              </w:rPr>
              <w:t>Penelitian Terdahulu</w:t>
            </w:r>
            <w:r>
              <w:rPr>
                <w:noProof/>
                <w:webHidden/>
              </w:rPr>
              <w:tab/>
            </w:r>
            <w:r>
              <w:rPr>
                <w:noProof/>
                <w:webHidden/>
              </w:rPr>
              <w:fldChar w:fldCharType="begin"/>
            </w:r>
            <w:r>
              <w:rPr>
                <w:noProof/>
                <w:webHidden/>
              </w:rPr>
              <w:instrText xml:space="preserve"> PAGEREF _Toc236119222 \h </w:instrText>
            </w:r>
            <w:r>
              <w:rPr>
                <w:noProof/>
                <w:webHidden/>
              </w:rPr>
            </w:r>
            <w:r>
              <w:rPr>
                <w:noProof/>
                <w:webHidden/>
              </w:rPr>
              <w:fldChar w:fldCharType="separate"/>
            </w:r>
            <w:r w:rsidR="006E22CD">
              <w:rPr>
                <w:noProof/>
                <w:webHidden/>
              </w:rPr>
              <w:t>28</w:t>
            </w:r>
            <w:r>
              <w:rPr>
                <w:noProof/>
                <w:webHidden/>
              </w:rPr>
              <w:fldChar w:fldCharType="end"/>
            </w:r>
          </w:hyperlink>
        </w:p>
        <w:p w14:paraId="60E3AD3F" w14:textId="5B111232"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23" w:history="1">
            <w:r w:rsidRPr="000B3395">
              <w:rPr>
                <w:rStyle w:val="Hyperlink"/>
                <w:rFonts w:cs="Times New Roman"/>
                <w:noProof/>
              </w:rPr>
              <w:t>2.3</w:t>
            </w:r>
            <w:r>
              <w:rPr>
                <w:rFonts w:asciiTheme="minorHAnsi" w:hAnsiTheme="minorHAnsi"/>
                <w:noProof/>
                <w:kern w:val="2"/>
                <w:szCs w:val="24"/>
                <w:lang w:val="en-ID" w:eastAsia="en-ID"/>
                <w14:ligatures w14:val="standardContextual"/>
              </w:rPr>
              <w:tab/>
            </w:r>
            <w:r w:rsidRPr="000B3395">
              <w:rPr>
                <w:rStyle w:val="Hyperlink"/>
                <w:rFonts w:cs="Times New Roman"/>
                <w:noProof/>
              </w:rPr>
              <w:t>Kerangka Pemikiran</w:t>
            </w:r>
            <w:r>
              <w:rPr>
                <w:noProof/>
                <w:webHidden/>
              </w:rPr>
              <w:tab/>
            </w:r>
            <w:r>
              <w:rPr>
                <w:noProof/>
                <w:webHidden/>
              </w:rPr>
              <w:fldChar w:fldCharType="begin"/>
            </w:r>
            <w:r>
              <w:rPr>
                <w:noProof/>
                <w:webHidden/>
              </w:rPr>
              <w:instrText xml:space="preserve"> PAGEREF _Toc236119223 \h </w:instrText>
            </w:r>
            <w:r>
              <w:rPr>
                <w:noProof/>
                <w:webHidden/>
              </w:rPr>
            </w:r>
            <w:r>
              <w:rPr>
                <w:noProof/>
                <w:webHidden/>
              </w:rPr>
              <w:fldChar w:fldCharType="separate"/>
            </w:r>
            <w:r w:rsidR="006E22CD">
              <w:rPr>
                <w:noProof/>
                <w:webHidden/>
              </w:rPr>
              <w:t>32</w:t>
            </w:r>
            <w:r>
              <w:rPr>
                <w:noProof/>
                <w:webHidden/>
              </w:rPr>
              <w:fldChar w:fldCharType="end"/>
            </w:r>
          </w:hyperlink>
        </w:p>
        <w:p w14:paraId="197A3D6E" w14:textId="30A59BCC"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24" w:history="1">
            <w:r w:rsidRPr="000B3395">
              <w:rPr>
                <w:rStyle w:val="Hyperlink"/>
                <w:noProof/>
                <w:lang w:val="en-ID"/>
              </w:rPr>
              <w:t>2.3.1</w:t>
            </w:r>
            <w:r>
              <w:rPr>
                <w:rFonts w:asciiTheme="minorHAnsi" w:hAnsiTheme="minorHAnsi"/>
                <w:noProof/>
                <w:kern w:val="2"/>
                <w:szCs w:val="24"/>
                <w:lang w:val="en-ID" w:eastAsia="en-ID"/>
                <w14:ligatures w14:val="standardContextual"/>
              </w:rPr>
              <w:tab/>
            </w:r>
            <w:r w:rsidRPr="000B3395">
              <w:rPr>
                <w:rStyle w:val="Hyperlink"/>
                <w:noProof/>
                <w:lang w:val="en-ID"/>
              </w:rPr>
              <w:t>Pengaruh Kemudahan Penggunaan terhadap Minat Penggunaan Pembayaran QRIS</w:t>
            </w:r>
            <w:r>
              <w:rPr>
                <w:noProof/>
                <w:webHidden/>
              </w:rPr>
              <w:tab/>
            </w:r>
            <w:r>
              <w:rPr>
                <w:noProof/>
                <w:webHidden/>
              </w:rPr>
              <w:fldChar w:fldCharType="begin"/>
            </w:r>
            <w:r>
              <w:rPr>
                <w:noProof/>
                <w:webHidden/>
              </w:rPr>
              <w:instrText xml:space="preserve"> PAGEREF _Toc236119224 \h </w:instrText>
            </w:r>
            <w:r>
              <w:rPr>
                <w:noProof/>
                <w:webHidden/>
              </w:rPr>
            </w:r>
            <w:r>
              <w:rPr>
                <w:noProof/>
                <w:webHidden/>
              </w:rPr>
              <w:fldChar w:fldCharType="separate"/>
            </w:r>
            <w:r w:rsidR="006E22CD">
              <w:rPr>
                <w:noProof/>
                <w:webHidden/>
              </w:rPr>
              <w:t>33</w:t>
            </w:r>
            <w:r>
              <w:rPr>
                <w:noProof/>
                <w:webHidden/>
              </w:rPr>
              <w:fldChar w:fldCharType="end"/>
            </w:r>
          </w:hyperlink>
        </w:p>
        <w:p w14:paraId="01935BE3" w14:textId="4EA2F22F"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25" w:history="1">
            <w:r w:rsidRPr="000B3395">
              <w:rPr>
                <w:rStyle w:val="Hyperlink"/>
                <w:noProof/>
                <w:lang w:val="en-ID"/>
              </w:rPr>
              <w:t>2.3.2</w:t>
            </w:r>
            <w:r>
              <w:rPr>
                <w:rFonts w:asciiTheme="minorHAnsi" w:hAnsiTheme="minorHAnsi"/>
                <w:noProof/>
                <w:kern w:val="2"/>
                <w:szCs w:val="24"/>
                <w:lang w:val="en-ID" w:eastAsia="en-ID"/>
                <w14:ligatures w14:val="standardContextual"/>
              </w:rPr>
              <w:tab/>
            </w:r>
            <w:r w:rsidRPr="000B3395">
              <w:rPr>
                <w:rStyle w:val="Hyperlink"/>
                <w:noProof/>
                <w:lang w:val="en-ID"/>
              </w:rPr>
              <w:t>Pengaruh Keamanan Transaksi terhadap Minat Penggunaan Pembayaran QRIS</w:t>
            </w:r>
            <w:r>
              <w:rPr>
                <w:noProof/>
                <w:webHidden/>
              </w:rPr>
              <w:tab/>
            </w:r>
            <w:r>
              <w:rPr>
                <w:noProof/>
                <w:webHidden/>
              </w:rPr>
              <w:fldChar w:fldCharType="begin"/>
            </w:r>
            <w:r>
              <w:rPr>
                <w:noProof/>
                <w:webHidden/>
              </w:rPr>
              <w:instrText xml:space="preserve"> PAGEREF _Toc236119225 \h </w:instrText>
            </w:r>
            <w:r>
              <w:rPr>
                <w:noProof/>
                <w:webHidden/>
              </w:rPr>
            </w:r>
            <w:r>
              <w:rPr>
                <w:noProof/>
                <w:webHidden/>
              </w:rPr>
              <w:fldChar w:fldCharType="separate"/>
            </w:r>
            <w:r w:rsidR="006E22CD">
              <w:rPr>
                <w:noProof/>
                <w:webHidden/>
              </w:rPr>
              <w:t>33</w:t>
            </w:r>
            <w:r>
              <w:rPr>
                <w:noProof/>
                <w:webHidden/>
              </w:rPr>
              <w:fldChar w:fldCharType="end"/>
            </w:r>
          </w:hyperlink>
        </w:p>
        <w:p w14:paraId="0D38CC6A" w14:textId="51CC92F7"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26" w:history="1">
            <w:r w:rsidRPr="000B3395">
              <w:rPr>
                <w:rStyle w:val="Hyperlink"/>
                <w:noProof/>
                <w:lang w:val="en-ID"/>
              </w:rPr>
              <w:t>2.3.3</w:t>
            </w:r>
            <w:r>
              <w:rPr>
                <w:rFonts w:asciiTheme="minorHAnsi" w:hAnsiTheme="minorHAnsi"/>
                <w:noProof/>
                <w:kern w:val="2"/>
                <w:szCs w:val="24"/>
                <w:lang w:val="en-ID" w:eastAsia="en-ID"/>
                <w14:ligatures w14:val="standardContextual"/>
              </w:rPr>
              <w:tab/>
            </w:r>
            <w:r w:rsidRPr="000B3395">
              <w:rPr>
                <w:rStyle w:val="Hyperlink"/>
                <w:noProof/>
                <w:lang w:val="en-ID"/>
              </w:rPr>
              <w:t>Pengaruh Kecepatan Transaksi terhadap Minat Penggunaan Pembayaran QRIS</w:t>
            </w:r>
            <w:r>
              <w:rPr>
                <w:noProof/>
                <w:webHidden/>
              </w:rPr>
              <w:tab/>
            </w:r>
            <w:r>
              <w:rPr>
                <w:noProof/>
                <w:webHidden/>
              </w:rPr>
              <w:fldChar w:fldCharType="begin"/>
            </w:r>
            <w:r>
              <w:rPr>
                <w:noProof/>
                <w:webHidden/>
              </w:rPr>
              <w:instrText xml:space="preserve"> PAGEREF _Toc236119226 \h </w:instrText>
            </w:r>
            <w:r>
              <w:rPr>
                <w:noProof/>
                <w:webHidden/>
              </w:rPr>
            </w:r>
            <w:r>
              <w:rPr>
                <w:noProof/>
                <w:webHidden/>
              </w:rPr>
              <w:fldChar w:fldCharType="separate"/>
            </w:r>
            <w:r w:rsidR="006E22CD">
              <w:rPr>
                <w:noProof/>
                <w:webHidden/>
              </w:rPr>
              <w:t>34</w:t>
            </w:r>
            <w:r>
              <w:rPr>
                <w:noProof/>
                <w:webHidden/>
              </w:rPr>
              <w:fldChar w:fldCharType="end"/>
            </w:r>
          </w:hyperlink>
        </w:p>
        <w:p w14:paraId="5706B3C8" w14:textId="3D25FB8E"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27" w:history="1">
            <w:r w:rsidRPr="000B3395">
              <w:rPr>
                <w:rStyle w:val="Hyperlink"/>
                <w:noProof/>
                <w:lang w:val="en-ID"/>
              </w:rPr>
              <w:t>2.3.4</w:t>
            </w:r>
            <w:r>
              <w:rPr>
                <w:rFonts w:asciiTheme="minorHAnsi" w:hAnsiTheme="minorHAnsi"/>
                <w:noProof/>
                <w:kern w:val="2"/>
                <w:szCs w:val="24"/>
                <w:lang w:val="en-ID" w:eastAsia="en-ID"/>
                <w14:ligatures w14:val="standardContextual"/>
              </w:rPr>
              <w:tab/>
            </w:r>
            <w:r w:rsidRPr="000B3395">
              <w:rPr>
                <w:rStyle w:val="Hyperlink"/>
                <w:noProof/>
                <w:lang w:val="en-ID"/>
              </w:rPr>
              <w:t>Pengaruh Kemudahan Penggunaan, Keamanan Transaksi, dan Kecepatan Transaksi Secara Simultan terhadap Minat Penggunaan Pembayaran QRIS</w:t>
            </w:r>
            <w:r>
              <w:rPr>
                <w:noProof/>
                <w:webHidden/>
              </w:rPr>
              <w:tab/>
            </w:r>
            <w:r>
              <w:rPr>
                <w:noProof/>
                <w:webHidden/>
              </w:rPr>
              <w:fldChar w:fldCharType="begin"/>
            </w:r>
            <w:r>
              <w:rPr>
                <w:noProof/>
                <w:webHidden/>
              </w:rPr>
              <w:instrText xml:space="preserve"> PAGEREF _Toc236119227 \h </w:instrText>
            </w:r>
            <w:r>
              <w:rPr>
                <w:noProof/>
                <w:webHidden/>
              </w:rPr>
            </w:r>
            <w:r>
              <w:rPr>
                <w:noProof/>
                <w:webHidden/>
              </w:rPr>
              <w:fldChar w:fldCharType="separate"/>
            </w:r>
            <w:r w:rsidR="006E22CD">
              <w:rPr>
                <w:noProof/>
                <w:webHidden/>
              </w:rPr>
              <w:t>35</w:t>
            </w:r>
            <w:r>
              <w:rPr>
                <w:noProof/>
                <w:webHidden/>
              </w:rPr>
              <w:fldChar w:fldCharType="end"/>
            </w:r>
          </w:hyperlink>
        </w:p>
        <w:p w14:paraId="372BEA9E" w14:textId="47A8066E"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28" w:history="1">
            <w:r w:rsidRPr="000B3395">
              <w:rPr>
                <w:rStyle w:val="Hyperlink"/>
                <w:noProof/>
                <w:lang w:val="en-ID"/>
              </w:rPr>
              <w:t>2.3.5</w:t>
            </w:r>
            <w:r>
              <w:rPr>
                <w:rFonts w:asciiTheme="minorHAnsi" w:hAnsiTheme="minorHAnsi"/>
                <w:noProof/>
                <w:kern w:val="2"/>
                <w:szCs w:val="24"/>
                <w:lang w:val="en-ID" w:eastAsia="en-ID"/>
                <w14:ligatures w14:val="standardContextual"/>
              </w:rPr>
              <w:tab/>
            </w:r>
            <w:r w:rsidRPr="000B3395">
              <w:rPr>
                <w:rStyle w:val="Hyperlink"/>
                <w:noProof/>
                <w:lang w:val="en-ID"/>
              </w:rPr>
              <w:t>Model Kerangka Pemikiran</w:t>
            </w:r>
            <w:r>
              <w:rPr>
                <w:noProof/>
                <w:webHidden/>
              </w:rPr>
              <w:tab/>
            </w:r>
            <w:r>
              <w:rPr>
                <w:noProof/>
                <w:webHidden/>
              </w:rPr>
              <w:fldChar w:fldCharType="begin"/>
            </w:r>
            <w:r>
              <w:rPr>
                <w:noProof/>
                <w:webHidden/>
              </w:rPr>
              <w:instrText xml:space="preserve"> PAGEREF _Toc236119228 \h </w:instrText>
            </w:r>
            <w:r>
              <w:rPr>
                <w:noProof/>
                <w:webHidden/>
              </w:rPr>
            </w:r>
            <w:r>
              <w:rPr>
                <w:noProof/>
                <w:webHidden/>
              </w:rPr>
              <w:fldChar w:fldCharType="separate"/>
            </w:r>
            <w:r w:rsidR="006E22CD">
              <w:rPr>
                <w:noProof/>
                <w:webHidden/>
              </w:rPr>
              <w:t>36</w:t>
            </w:r>
            <w:r>
              <w:rPr>
                <w:noProof/>
                <w:webHidden/>
              </w:rPr>
              <w:fldChar w:fldCharType="end"/>
            </w:r>
          </w:hyperlink>
        </w:p>
        <w:p w14:paraId="2AD48139" w14:textId="15D03901"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29" w:history="1">
            <w:r w:rsidRPr="000B3395">
              <w:rPr>
                <w:rStyle w:val="Hyperlink"/>
                <w:rFonts w:cs="Times New Roman"/>
                <w:noProof/>
              </w:rPr>
              <w:t>2.4</w:t>
            </w:r>
            <w:r>
              <w:rPr>
                <w:rFonts w:asciiTheme="minorHAnsi" w:hAnsiTheme="minorHAnsi"/>
                <w:noProof/>
                <w:kern w:val="2"/>
                <w:szCs w:val="24"/>
                <w:lang w:val="en-ID" w:eastAsia="en-ID"/>
                <w14:ligatures w14:val="standardContextual"/>
              </w:rPr>
              <w:tab/>
            </w:r>
            <w:r w:rsidRPr="000B3395">
              <w:rPr>
                <w:rStyle w:val="Hyperlink"/>
                <w:rFonts w:cs="Times New Roman"/>
                <w:noProof/>
              </w:rPr>
              <w:t>Hipotesis Penelitian</w:t>
            </w:r>
            <w:r>
              <w:rPr>
                <w:noProof/>
                <w:webHidden/>
              </w:rPr>
              <w:tab/>
            </w:r>
            <w:r>
              <w:rPr>
                <w:noProof/>
                <w:webHidden/>
              </w:rPr>
              <w:fldChar w:fldCharType="begin"/>
            </w:r>
            <w:r>
              <w:rPr>
                <w:noProof/>
                <w:webHidden/>
              </w:rPr>
              <w:instrText xml:space="preserve"> PAGEREF _Toc236119229 \h </w:instrText>
            </w:r>
            <w:r>
              <w:rPr>
                <w:noProof/>
                <w:webHidden/>
              </w:rPr>
            </w:r>
            <w:r>
              <w:rPr>
                <w:noProof/>
                <w:webHidden/>
              </w:rPr>
              <w:fldChar w:fldCharType="separate"/>
            </w:r>
            <w:r w:rsidR="006E22CD">
              <w:rPr>
                <w:noProof/>
                <w:webHidden/>
              </w:rPr>
              <w:t>37</w:t>
            </w:r>
            <w:r>
              <w:rPr>
                <w:noProof/>
                <w:webHidden/>
              </w:rPr>
              <w:fldChar w:fldCharType="end"/>
            </w:r>
          </w:hyperlink>
        </w:p>
        <w:p w14:paraId="356E28AC" w14:textId="791DA172" w:rsidR="008E0DB6" w:rsidRDefault="008E0DB6" w:rsidP="00E21B16">
          <w:pPr>
            <w:pStyle w:val="TOC1"/>
            <w:rPr>
              <w:rFonts w:asciiTheme="minorHAnsi" w:hAnsiTheme="minorHAnsi"/>
              <w:noProof/>
              <w:kern w:val="2"/>
              <w:szCs w:val="24"/>
              <w:lang w:val="en-ID" w:eastAsia="en-ID"/>
              <w14:ligatures w14:val="standardContextual"/>
            </w:rPr>
          </w:pPr>
          <w:hyperlink w:anchor="_Toc236119230" w:history="1">
            <w:r w:rsidRPr="000B3395">
              <w:rPr>
                <w:rStyle w:val="Hyperlink"/>
                <w:noProof/>
              </w:rPr>
              <w:t>BAB III  METODOLOGI PENELITIAN</w:t>
            </w:r>
            <w:r>
              <w:rPr>
                <w:noProof/>
                <w:webHidden/>
              </w:rPr>
              <w:tab/>
            </w:r>
            <w:r>
              <w:rPr>
                <w:noProof/>
                <w:webHidden/>
              </w:rPr>
              <w:fldChar w:fldCharType="begin"/>
            </w:r>
            <w:r>
              <w:rPr>
                <w:noProof/>
                <w:webHidden/>
              </w:rPr>
              <w:instrText xml:space="preserve"> PAGEREF _Toc236119230 \h </w:instrText>
            </w:r>
            <w:r>
              <w:rPr>
                <w:noProof/>
                <w:webHidden/>
              </w:rPr>
            </w:r>
            <w:r>
              <w:rPr>
                <w:noProof/>
                <w:webHidden/>
              </w:rPr>
              <w:fldChar w:fldCharType="separate"/>
            </w:r>
            <w:r w:rsidR="006E22CD">
              <w:rPr>
                <w:noProof/>
                <w:webHidden/>
              </w:rPr>
              <w:t>39</w:t>
            </w:r>
            <w:r>
              <w:rPr>
                <w:noProof/>
                <w:webHidden/>
              </w:rPr>
              <w:fldChar w:fldCharType="end"/>
            </w:r>
          </w:hyperlink>
        </w:p>
        <w:p w14:paraId="5E1B1477" w14:textId="5223DC0C"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31" w:history="1">
            <w:r w:rsidRPr="000B3395">
              <w:rPr>
                <w:rStyle w:val="Hyperlink"/>
                <w:rFonts w:cs="Times New Roman"/>
                <w:noProof/>
              </w:rPr>
              <w:t>3.1</w:t>
            </w:r>
            <w:r>
              <w:rPr>
                <w:rFonts w:asciiTheme="minorHAnsi" w:hAnsiTheme="minorHAnsi"/>
                <w:noProof/>
                <w:kern w:val="2"/>
                <w:szCs w:val="24"/>
                <w:lang w:val="en-ID" w:eastAsia="en-ID"/>
                <w14:ligatures w14:val="standardContextual"/>
              </w:rPr>
              <w:tab/>
            </w:r>
            <w:r w:rsidRPr="000B3395">
              <w:rPr>
                <w:rStyle w:val="Hyperlink"/>
                <w:rFonts w:cs="Times New Roman"/>
                <w:noProof/>
              </w:rPr>
              <w:t>Jenis Penelitian</w:t>
            </w:r>
            <w:r>
              <w:rPr>
                <w:noProof/>
                <w:webHidden/>
              </w:rPr>
              <w:tab/>
            </w:r>
            <w:r>
              <w:rPr>
                <w:noProof/>
                <w:webHidden/>
              </w:rPr>
              <w:fldChar w:fldCharType="begin"/>
            </w:r>
            <w:r>
              <w:rPr>
                <w:noProof/>
                <w:webHidden/>
              </w:rPr>
              <w:instrText xml:space="preserve"> PAGEREF _Toc236119231 \h </w:instrText>
            </w:r>
            <w:r>
              <w:rPr>
                <w:noProof/>
                <w:webHidden/>
              </w:rPr>
            </w:r>
            <w:r>
              <w:rPr>
                <w:noProof/>
                <w:webHidden/>
              </w:rPr>
              <w:fldChar w:fldCharType="separate"/>
            </w:r>
            <w:r w:rsidR="006E22CD">
              <w:rPr>
                <w:noProof/>
                <w:webHidden/>
              </w:rPr>
              <w:t>39</w:t>
            </w:r>
            <w:r>
              <w:rPr>
                <w:noProof/>
                <w:webHidden/>
              </w:rPr>
              <w:fldChar w:fldCharType="end"/>
            </w:r>
          </w:hyperlink>
        </w:p>
        <w:p w14:paraId="4FED0C18" w14:textId="70991248"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32" w:history="1">
            <w:r w:rsidRPr="000B3395">
              <w:rPr>
                <w:rStyle w:val="Hyperlink"/>
                <w:rFonts w:cs="Times New Roman"/>
                <w:noProof/>
              </w:rPr>
              <w:t>3.2</w:t>
            </w:r>
            <w:r>
              <w:rPr>
                <w:rFonts w:asciiTheme="minorHAnsi" w:hAnsiTheme="minorHAnsi"/>
                <w:noProof/>
                <w:kern w:val="2"/>
                <w:szCs w:val="24"/>
                <w:lang w:val="en-ID" w:eastAsia="en-ID"/>
                <w14:ligatures w14:val="standardContextual"/>
              </w:rPr>
              <w:tab/>
            </w:r>
            <w:r w:rsidRPr="000B3395">
              <w:rPr>
                <w:rStyle w:val="Hyperlink"/>
                <w:rFonts w:cs="Times New Roman"/>
                <w:noProof/>
              </w:rPr>
              <w:t>Objek, Unit Analisis, dan Lokasi Penelitian</w:t>
            </w:r>
            <w:r>
              <w:rPr>
                <w:noProof/>
                <w:webHidden/>
              </w:rPr>
              <w:tab/>
            </w:r>
            <w:r>
              <w:rPr>
                <w:noProof/>
                <w:webHidden/>
              </w:rPr>
              <w:fldChar w:fldCharType="begin"/>
            </w:r>
            <w:r>
              <w:rPr>
                <w:noProof/>
                <w:webHidden/>
              </w:rPr>
              <w:instrText xml:space="preserve"> PAGEREF _Toc236119232 \h </w:instrText>
            </w:r>
            <w:r>
              <w:rPr>
                <w:noProof/>
                <w:webHidden/>
              </w:rPr>
            </w:r>
            <w:r>
              <w:rPr>
                <w:noProof/>
                <w:webHidden/>
              </w:rPr>
              <w:fldChar w:fldCharType="separate"/>
            </w:r>
            <w:r w:rsidR="006E22CD">
              <w:rPr>
                <w:noProof/>
                <w:webHidden/>
              </w:rPr>
              <w:t>40</w:t>
            </w:r>
            <w:r>
              <w:rPr>
                <w:noProof/>
                <w:webHidden/>
              </w:rPr>
              <w:fldChar w:fldCharType="end"/>
            </w:r>
          </w:hyperlink>
        </w:p>
        <w:p w14:paraId="53F5E004" w14:textId="4B2834F2"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33" w:history="1">
            <w:r w:rsidRPr="000B3395">
              <w:rPr>
                <w:rStyle w:val="Hyperlink"/>
                <w:rFonts w:cs="Times New Roman"/>
                <w:noProof/>
              </w:rPr>
              <w:t>3.3</w:t>
            </w:r>
            <w:r>
              <w:rPr>
                <w:rFonts w:asciiTheme="minorHAnsi" w:hAnsiTheme="minorHAnsi"/>
                <w:noProof/>
                <w:kern w:val="2"/>
                <w:szCs w:val="24"/>
                <w:lang w:val="en-ID" w:eastAsia="en-ID"/>
                <w14:ligatures w14:val="standardContextual"/>
              </w:rPr>
              <w:tab/>
            </w:r>
            <w:r w:rsidRPr="000B3395">
              <w:rPr>
                <w:rStyle w:val="Hyperlink"/>
                <w:rFonts w:cs="Times New Roman"/>
                <w:noProof/>
              </w:rPr>
              <w:t>Jenis dan Sumber Data Penelitian</w:t>
            </w:r>
            <w:r>
              <w:rPr>
                <w:noProof/>
                <w:webHidden/>
              </w:rPr>
              <w:tab/>
            </w:r>
            <w:r>
              <w:rPr>
                <w:noProof/>
                <w:webHidden/>
              </w:rPr>
              <w:fldChar w:fldCharType="begin"/>
            </w:r>
            <w:r>
              <w:rPr>
                <w:noProof/>
                <w:webHidden/>
              </w:rPr>
              <w:instrText xml:space="preserve"> PAGEREF _Toc236119233 \h </w:instrText>
            </w:r>
            <w:r>
              <w:rPr>
                <w:noProof/>
                <w:webHidden/>
              </w:rPr>
            </w:r>
            <w:r>
              <w:rPr>
                <w:noProof/>
                <w:webHidden/>
              </w:rPr>
              <w:fldChar w:fldCharType="separate"/>
            </w:r>
            <w:r w:rsidR="006E22CD">
              <w:rPr>
                <w:noProof/>
                <w:webHidden/>
              </w:rPr>
              <w:t>40</w:t>
            </w:r>
            <w:r>
              <w:rPr>
                <w:noProof/>
                <w:webHidden/>
              </w:rPr>
              <w:fldChar w:fldCharType="end"/>
            </w:r>
          </w:hyperlink>
        </w:p>
        <w:p w14:paraId="1A9FD77E" w14:textId="747635B6"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34" w:history="1">
            <w:r w:rsidRPr="000B3395">
              <w:rPr>
                <w:rStyle w:val="Hyperlink"/>
                <w:rFonts w:cs="Times New Roman"/>
                <w:noProof/>
              </w:rPr>
              <w:t>3.4</w:t>
            </w:r>
            <w:r>
              <w:rPr>
                <w:rFonts w:asciiTheme="minorHAnsi" w:hAnsiTheme="minorHAnsi"/>
                <w:noProof/>
                <w:kern w:val="2"/>
                <w:szCs w:val="24"/>
                <w:lang w:val="en-ID" w:eastAsia="en-ID"/>
                <w14:ligatures w14:val="standardContextual"/>
              </w:rPr>
              <w:tab/>
            </w:r>
            <w:r w:rsidRPr="000B3395">
              <w:rPr>
                <w:rStyle w:val="Hyperlink"/>
                <w:rFonts w:cs="Times New Roman"/>
                <w:noProof/>
              </w:rPr>
              <w:t>Operasionalisasi Variabel</w:t>
            </w:r>
            <w:r>
              <w:rPr>
                <w:noProof/>
                <w:webHidden/>
              </w:rPr>
              <w:tab/>
            </w:r>
            <w:r>
              <w:rPr>
                <w:noProof/>
                <w:webHidden/>
              </w:rPr>
              <w:fldChar w:fldCharType="begin"/>
            </w:r>
            <w:r>
              <w:rPr>
                <w:noProof/>
                <w:webHidden/>
              </w:rPr>
              <w:instrText xml:space="preserve"> PAGEREF _Toc236119234 \h </w:instrText>
            </w:r>
            <w:r>
              <w:rPr>
                <w:noProof/>
                <w:webHidden/>
              </w:rPr>
            </w:r>
            <w:r>
              <w:rPr>
                <w:noProof/>
                <w:webHidden/>
              </w:rPr>
              <w:fldChar w:fldCharType="separate"/>
            </w:r>
            <w:r w:rsidR="006E22CD">
              <w:rPr>
                <w:noProof/>
                <w:webHidden/>
              </w:rPr>
              <w:t>41</w:t>
            </w:r>
            <w:r>
              <w:rPr>
                <w:noProof/>
                <w:webHidden/>
              </w:rPr>
              <w:fldChar w:fldCharType="end"/>
            </w:r>
          </w:hyperlink>
        </w:p>
        <w:p w14:paraId="011AAEAE" w14:textId="630BEA97"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35" w:history="1">
            <w:r w:rsidRPr="000B3395">
              <w:rPr>
                <w:rStyle w:val="Hyperlink"/>
                <w:rFonts w:cs="Times New Roman"/>
                <w:noProof/>
                <w:lang w:val="en-ID"/>
              </w:rPr>
              <w:t>3.5</w:t>
            </w:r>
            <w:r>
              <w:rPr>
                <w:rFonts w:asciiTheme="minorHAnsi" w:hAnsiTheme="minorHAnsi"/>
                <w:noProof/>
                <w:kern w:val="2"/>
                <w:szCs w:val="24"/>
                <w:lang w:val="en-ID" w:eastAsia="en-ID"/>
                <w14:ligatures w14:val="standardContextual"/>
              </w:rPr>
              <w:tab/>
            </w:r>
            <w:r w:rsidRPr="000B3395">
              <w:rPr>
                <w:rStyle w:val="Hyperlink"/>
                <w:rFonts w:cs="Times New Roman"/>
                <w:noProof/>
                <w:lang w:val="en-ID"/>
              </w:rPr>
              <w:t>Populasi dan Sampel Penelitian</w:t>
            </w:r>
            <w:r>
              <w:rPr>
                <w:noProof/>
                <w:webHidden/>
              </w:rPr>
              <w:tab/>
            </w:r>
            <w:r>
              <w:rPr>
                <w:noProof/>
                <w:webHidden/>
              </w:rPr>
              <w:fldChar w:fldCharType="begin"/>
            </w:r>
            <w:r>
              <w:rPr>
                <w:noProof/>
                <w:webHidden/>
              </w:rPr>
              <w:instrText xml:space="preserve"> PAGEREF _Toc236119235 \h </w:instrText>
            </w:r>
            <w:r>
              <w:rPr>
                <w:noProof/>
                <w:webHidden/>
              </w:rPr>
            </w:r>
            <w:r>
              <w:rPr>
                <w:noProof/>
                <w:webHidden/>
              </w:rPr>
              <w:fldChar w:fldCharType="separate"/>
            </w:r>
            <w:r w:rsidR="006E22CD">
              <w:rPr>
                <w:noProof/>
                <w:webHidden/>
              </w:rPr>
              <w:t>43</w:t>
            </w:r>
            <w:r>
              <w:rPr>
                <w:noProof/>
                <w:webHidden/>
              </w:rPr>
              <w:fldChar w:fldCharType="end"/>
            </w:r>
          </w:hyperlink>
        </w:p>
        <w:p w14:paraId="77ABFBA2" w14:textId="0380FBE4"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36" w:history="1">
            <w:r w:rsidRPr="000B3395">
              <w:rPr>
                <w:rStyle w:val="Hyperlink"/>
                <w:noProof/>
                <w:lang w:val="en-ID"/>
              </w:rPr>
              <w:t>3.5.1</w:t>
            </w:r>
            <w:r>
              <w:rPr>
                <w:rFonts w:asciiTheme="minorHAnsi" w:hAnsiTheme="minorHAnsi"/>
                <w:noProof/>
                <w:kern w:val="2"/>
                <w:szCs w:val="24"/>
                <w:lang w:val="en-ID" w:eastAsia="en-ID"/>
                <w14:ligatures w14:val="standardContextual"/>
              </w:rPr>
              <w:tab/>
            </w:r>
            <w:r w:rsidRPr="000B3395">
              <w:rPr>
                <w:rStyle w:val="Hyperlink"/>
                <w:noProof/>
                <w:lang w:val="en-ID"/>
              </w:rPr>
              <w:t>Populasi</w:t>
            </w:r>
            <w:r>
              <w:rPr>
                <w:noProof/>
                <w:webHidden/>
              </w:rPr>
              <w:tab/>
            </w:r>
            <w:r>
              <w:rPr>
                <w:noProof/>
                <w:webHidden/>
              </w:rPr>
              <w:fldChar w:fldCharType="begin"/>
            </w:r>
            <w:r>
              <w:rPr>
                <w:noProof/>
                <w:webHidden/>
              </w:rPr>
              <w:instrText xml:space="preserve"> PAGEREF _Toc236119236 \h </w:instrText>
            </w:r>
            <w:r>
              <w:rPr>
                <w:noProof/>
                <w:webHidden/>
              </w:rPr>
            </w:r>
            <w:r>
              <w:rPr>
                <w:noProof/>
                <w:webHidden/>
              </w:rPr>
              <w:fldChar w:fldCharType="separate"/>
            </w:r>
            <w:r w:rsidR="006E22CD">
              <w:rPr>
                <w:noProof/>
                <w:webHidden/>
              </w:rPr>
              <w:t>43</w:t>
            </w:r>
            <w:r>
              <w:rPr>
                <w:noProof/>
                <w:webHidden/>
              </w:rPr>
              <w:fldChar w:fldCharType="end"/>
            </w:r>
          </w:hyperlink>
        </w:p>
        <w:p w14:paraId="1BE17F6C" w14:textId="3FE309B3"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37" w:history="1">
            <w:r w:rsidRPr="000B3395">
              <w:rPr>
                <w:rStyle w:val="Hyperlink"/>
                <w:noProof/>
                <w:lang w:val="en-ID"/>
              </w:rPr>
              <w:t>3.5.2</w:t>
            </w:r>
            <w:r>
              <w:rPr>
                <w:rFonts w:asciiTheme="minorHAnsi" w:hAnsiTheme="minorHAnsi"/>
                <w:noProof/>
                <w:kern w:val="2"/>
                <w:szCs w:val="24"/>
                <w:lang w:val="en-ID" w:eastAsia="en-ID"/>
                <w14:ligatures w14:val="standardContextual"/>
              </w:rPr>
              <w:tab/>
            </w:r>
            <w:r w:rsidRPr="000B3395">
              <w:rPr>
                <w:rStyle w:val="Hyperlink"/>
                <w:noProof/>
                <w:lang w:val="en-ID"/>
              </w:rPr>
              <w:t>Sampel dan Teknik Penarikan Sampel</w:t>
            </w:r>
            <w:r>
              <w:rPr>
                <w:noProof/>
                <w:webHidden/>
              </w:rPr>
              <w:tab/>
            </w:r>
            <w:r>
              <w:rPr>
                <w:noProof/>
                <w:webHidden/>
              </w:rPr>
              <w:fldChar w:fldCharType="begin"/>
            </w:r>
            <w:r>
              <w:rPr>
                <w:noProof/>
                <w:webHidden/>
              </w:rPr>
              <w:instrText xml:space="preserve"> PAGEREF _Toc236119237 \h </w:instrText>
            </w:r>
            <w:r>
              <w:rPr>
                <w:noProof/>
                <w:webHidden/>
              </w:rPr>
            </w:r>
            <w:r>
              <w:rPr>
                <w:noProof/>
                <w:webHidden/>
              </w:rPr>
              <w:fldChar w:fldCharType="separate"/>
            </w:r>
            <w:r w:rsidR="006E22CD">
              <w:rPr>
                <w:noProof/>
                <w:webHidden/>
              </w:rPr>
              <w:t>44</w:t>
            </w:r>
            <w:r>
              <w:rPr>
                <w:noProof/>
                <w:webHidden/>
              </w:rPr>
              <w:fldChar w:fldCharType="end"/>
            </w:r>
          </w:hyperlink>
        </w:p>
        <w:p w14:paraId="34E22422" w14:textId="5B9C3458"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38" w:history="1">
            <w:r w:rsidRPr="000B3395">
              <w:rPr>
                <w:rStyle w:val="Hyperlink"/>
                <w:noProof/>
                <w:lang w:val="en-ID"/>
              </w:rPr>
              <w:t>3.6</w:t>
            </w:r>
            <w:r>
              <w:rPr>
                <w:rFonts w:asciiTheme="minorHAnsi" w:hAnsiTheme="minorHAnsi"/>
                <w:noProof/>
                <w:kern w:val="2"/>
                <w:szCs w:val="24"/>
                <w:lang w:val="en-ID" w:eastAsia="en-ID"/>
                <w14:ligatures w14:val="standardContextual"/>
              </w:rPr>
              <w:tab/>
            </w:r>
            <w:r w:rsidRPr="000B3395">
              <w:rPr>
                <w:rStyle w:val="Hyperlink"/>
                <w:noProof/>
                <w:lang w:val="en-ID"/>
              </w:rPr>
              <w:t>Metode Pengumpulan Data</w:t>
            </w:r>
            <w:r>
              <w:rPr>
                <w:noProof/>
                <w:webHidden/>
              </w:rPr>
              <w:tab/>
            </w:r>
            <w:r>
              <w:rPr>
                <w:noProof/>
                <w:webHidden/>
              </w:rPr>
              <w:fldChar w:fldCharType="begin"/>
            </w:r>
            <w:r>
              <w:rPr>
                <w:noProof/>
                <w:webHidden/>
              </w:rPr>
              <w:instrText xml:space="preserve"> PAGEREF _Toc236119238 \h </w:instrText>
            </w:r>
            <w:r>
              <w:rPr>
                <w:noProof/>
                <w:webHidden/>
              </w:rPr>
            </w:r>
            <w:r>
              <w:rPr>
                <w:noProof/>
                <w:webHidden/>
              </w:rPr>
              <w:fldChar w:fldCharType="separate"/>
            </w:r>
            <w:r w:rsidR="006E22CD">
              <w:rPr>
                <w:noProof/>
                <w:webHidden/>
              </w:rPr>
              <w:t>45</w:t>
            </w:r>
            <w:r>
              <w:rPr>
                <w:noProof/>
                <w:webHidden/>
              </w:rPr>
              <w:fldChar w:fldCharType="end"/>
            </w:r>
          </w:hyperlink>
        </w:p>
        <w:p w14:paraId="6290F448" w14:textId="7691DCC5"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39" w:history="1">
            <w:r w:rsidRPr="000B3395">
              <w:rPr>
                <w:rStyle w:val="Hyperlink"/>
                <w:noProof/>
                <w:lang w:val="en-ID"/>
              </w:rPr>
              <w:t>3.7</w:t>
            </w:r>
            <w:r>
              <w:rPr>
                <w:rFonts w:asciiTheme="minorHAnsi" w:hAnsiTheme="minorHAnsi"/>
                <w:noProof/>
                <w:kern w:val="2"/>
                <w:szCs w:val="24"/>
                <w:lang w:val="en-ID" w:eastAsia="en-ID"/>
                <w14:ligatures w14:val="standardContextual"/>
              </w:rPr>
              <w:tab/>
            </w:r>
            <w:r w:rsidRPr="000B3395">
              <w:rPr>
                <w:rStyle w:val="Hyperlink"/>
                <w:noProof/>
                <w:lang w:val="en-ID"/>
              </w:rPr>
              <w:t>Metode Pengolahan/Analisis Data</w:t>
            </w:r>
            <w:r>
              <w:rPr>
                <w:noProof/>
                <w:webHidden/>
              </w:rPr>
              <w:tab/>
            </w:r>
            <w:r>
              <w:rPr>
                <w:noProof/>
                <w:webHidden/>
              </w:rPr>
              <w:fldChar w:fldCharType="begin"/>
            </w:r>
            <w:r>
              <w:rPr>
                <w:noProof/>
                <w:webHidden/>
              </w:rPr>
              <w:instrText xml:space="preserve"> PAGEREF _Toc236119239 \h </w:instrText>
            </w:r>
            <w:r>
              <w:rPr>
                <w:noProof/>
                <w:webHidden/>
              </w:rPr>
            </w:r>
            <w:r>
              <w:rPr>
                <w:noProof/>
                <w:webHidden/>
              </w:rPr>
              <w:fldChar w:fldCharType="separate"/>
            </w:r>
            <w:r w:rsidR="006E22CD">
              <w:rPr>
                <w:noProof/>
                <w:webHidden/>
              </w:rPr>
              <w:t>47</w:t>
            </w:r>
            <w:r>
              <w:rPr>
                <w:noProof/>
                <w:webHidden/>
              </w:rPr>
              <w:fldChar w:fldCharType="end"/>
            </w:r>
          </w:hyperlink>
        </w:p>
        <w:p w14:paraId="6DF85661" w14:textId="1A8FF071"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40" w:history="1">
            <w:r w:rsidRPr="000B3395">
              <w:rPr>
                <w:rStyle w:val="Hyperlink"/>
                <w:noProof/>
                <w:lang w:val="en-ID"/>
              </w:rPr>
              <w:t>3.7.1</w:t>
            </w:r>
            <w:r>
              <w:rPr>
                <w:rFonts w:asciiTheme="minorHAnsi" w:hAnsiTheme="minorHAnsi"/>
                <w:noProof/>
                <w:kern w:val="2"/>
                <w:szCs w:val="24"/>
                <w:lang w:val="en-ID" w:eastAsia="en-ID"/>
                <w14:ligatures w14:val="standardContextual"/>
              </w:rPr>
              <w:tab/>
            </w:r>
            <w:r w:rsidRPr="000B3395">
              <w:rPr>
                <w:rStyle w:val="Hyperlink"/>
                <w:noProof/>
                <w:lang w:val="en-ID"/>
              </w:rPr>
              <w:t>Uji Validitas dan Reliabilitas (Outer Model)</w:t>
            </w:r>
            <w:r>
              <w:rPr>
                <w:noProof/>
                <w:webHidden/>
              </w:rPr>
              <w:tab/>
            </w:r>
            <w:r>
              <w:rPr>
                <w:noProof/>
                <w:webHidden/>
              </w:rPr>
              <w:fldChar w:fldCharType="begin"/>
            </w:r>
            <w:r>
              <w:rPr>
                <w:noProof/>
                <w:webHidden/>
              </w:rPr>
              <w:instrText xml:space="preserve"> PAGEREF _Toc236119240 \h </w:instrText>
            </w:r>
            <w:r>
              <w:rPr>
                <w:noProof/>
                <w:webHidden/>
              </w:rPr>
            </w:r>
            <w:r>
              <w:rPr>
                <w:noProof/>
                <w:webHidden/>
              </w:rPr>
              <w:fldChar w:fldCharType="separate"/>
            </w:r>
            <w:r w:rsidR="006E22CD">
              <w:rPr>
                <w:noProof/>
                <w:webHidden/>
              </w:rPr>
              <w:t>47</w:t>
            </w:r>
            <w:r>
              <w:rPr>
                <w:noProof/>
                <w:webHidden/>
              </w:rPr>
              <w:fldChar w:fldCharType="end"/>
            </w:r>
          </w:hyperlink>
        </w:p>
        <w:p w14:paraId="6B16BA7A" w14:textId="13081A07"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41" w:history="1">
            <w:r w:rsidRPr="000B3395">
              <w:rPr>
                <w:rStyle w:val="Hyperlink"/>
                <w:noProof/>
                <w:lang w:val="en-ID"/>
              </w:rPr>
              <w:t>3.7.2</w:t>
            </w:r>
            <w:r>
              <w:rPr>
                <w:rFonts w:asciiTheme="minorHAnsi" w:hAnsiTheme="minorHAnsi"/>
                <w:noProof/>
                <w:kern w:val="2"/>
                <w:szCs w:val="24"/>
                <w:lang w:val="en-ID" w:eastAsia="en-ID"/>
                <w14:ligatures w14:val="standardContextual"/>
              </w:rPr>
              <w:tab/>
            </w:r>
            <w:r w:rsidRPr="000B3395">
              <w:rPr>
                <w:rStyle w:val="Hyperlink"/>
                <w:noProof/>
                <w:lang w:val="en-ID"/>
              </w:rPr>
              <w:t>Uji Model Struktural (Inner Model)</w:t>
            </w:r>
            <w:r>
              <w:rPr>
                <w:noProof/>
                <w:webHidden/>
              </w:rPr>
              <w:tab/>
            </w:r>
            <w:r>
              <w:rPr>
                <w:noProof/>
                <w:webHidden/>
              </w:rPr>
              <w:fldChar w:fldCharType="begin"/>
            </w:r>
            <w:r>
              <w:rPr>
                <w:noProof/>
                <w:webHidden/>
              </w:rPr>
              <w:instrText xml:space="preserve"> PAGEREF _Toc236119241 \h </w:instrText>
            </w:r>
            <w:r>
              <w:rPr>
                <w:noProof/>
                <w:webHidden/>
              </w:rPr>
            </w:r>
            <w:r>
              <w:rPr>
                <w:noProof/>
                <w:webHidden/>
              </w:rPr>
              <w:fldChar w:fldCharType="separate"/>
            </w:r>
            <w:r w:rsidR="006E22CD">
              <w:rPr>
                <w:noProof/>
                <w:webHidden/>
              </w:rPr>
              <w:t>47</w:t>
            </w:r>
            <w:r>
              <w:rPr>
                <w:noProof/>
                <w:webHidden/>
              </w:rPr>
              <w:fldChar w:fldCharType="end"/>
            </w:r>
          </w:hyperlink>
        </w:p>
        <w:p w14:paraId="61FCC23E" w14:textId="45CBEEC4"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42" w:history="1">
            <w:r w:rsidRPr="000B3395">
              <w:rPr>
                <w:rStyle w:val="Hyperlink"/>
                <w:noProof/>
                <w:lang w:val="en-ID"/>
              </w:rPr>
              <w:t>3.7.3</w:t>
            </w:r>
            <w:r>
              <w:rPr>
                <w:rFonts w:asciiTheme="minorHAnsi" w:hAnsiTheme="minorHAnsi"/>
                <w:noProof/>
                <w:kern w:val="2"/>
                <w:szCs w:val="24"/>
                <w:lang w:val="en-ID" w:eastAsia="en-ID"/>
                <w14:ligatures w14:val="standardContextual"/>
              </w:rPr>
              <w:tab/>
            </w:r>
            <w:r w:rsidRPr="000B3395">
              <w:rPr>
                <w:rStyle w:val="Hyperlink"/>
                <w:noProof/>
                <w:lang w:val="en-ID"/>
              </w:rPr>
              <w:t>Uji Hipotesis</w:t>
            </w:r>
            <w:r>
              <w:rPr>
                <w:noProof/>
                <w:webHidden/>
              </w:rPr>
              <w:tab/>
            </w:r>
            <w:r>
              <w:rPr>
                <w:noProof/>
                <w:webHidden/>
              </w:rPr>
              <w:fldChar w:fldCharType="begin"/>
            </w:r>
            <w:r>
              <w:rPr>
                <w:noProof/>
                <w:webHidden/>
              </w:rPr>
              <w:instrText xml:space="preserve"> PAGEREF _Toc236119242 \h </w:instrText>
            </w:r>
            <w:r>
              <w:rPr>
                <w:noProof/>
                <w:webHidden/>
              </w:rPr>
            </w:r>
            <w:r>
              <w:rPr>
                <w:noProof/>
                <w:webHidden/>
              </w:rPr>
              <w:fldChar w:fldCharType="separate"/>
            </w:r>
            <w:r w:rsidR="006E22CD">
              <w:rPr>
                <w:noProof/>
                <w:webHidden/>
              </w:rPr>
              <w:t>49</w:t>
            </w:r>
            <w:r>
              <w:rPr>
                <w:noProof/>
                <w:webHidden/>
              </w:rPr>
              <w:fldChar w:fldCharType="end"/>
            </w:r>
          </w:hyperlink>
        </w:p>
        <w:p w14:paraId="38B4C254" w14:textId="7344EA9C" w:rsidR="008E0DB6" w:rsidRDefault="008E0DB6" w:rsidP="00E21B16">
          <w:pPr>
            <w:pStyle w:val="TOC1"/>
            <w:rPr>
              <w:rFonts w:asciiTheme="minorHAnsi" w:hAnsiTheme="minorHAnsi"/>
              <w:noProof/>
              <w:kern w:val="2"/>
              <w:szCs w:val="24"/>
              <w:lang w:val="en-ID" w:eastAsia="en-ID"/>
              <w14:ligatures w14:val="standardContextual"/>
            </w:rPr>
          </w:pPr>
          <w:hyperlink w:anchor="_Toc236119243" w:history="1">
            <w:r w:rsidRPr="000B3395">
              <w:rPr>
                <w:rStyle w:val="Hyperlink"/>
                <w:noProof/>
              </w:rPr>
              <w:t>BAB IV HASIL PENELITIAN DAN PEMBAHASAN</w:t>
            </w:r>
            <w:r>
              <w:rPr>
                <w:noProof/>
                <w:webHidden/>
              </w:rPr>
              <w:tab/>
            </w:r>
            <w:r>
              <w:rPr>
                <w:noProof/>
                <w:webHidden/>
              </w:rPr>
              <w:fldChar w:fldCharType="begin"/>
            </w:r>
            <w:r>
              <w:rPr>
                <w:noProof/>
                <w:webHidden/>
              </w:rPr>
              <w:instrText xml:space="preserve"> PAGEREF _Toc236119243 \h </w:instrText>
            </w:r>
            <w:r>
              <w:rPr>
                <w:noProof/>
                <w:webHidden/>
              </w:rPr>
            </w:r>
            <w:r>
              <w:rPr>
                <w:noProof/>
                <w:webHidden/>
              </w:rPr>
              <w:fldChar w:fldCharType="separate"/>
            </w:r>
            <w:r w:rsidR="006E22CD">
              <w:rPr>
                <w:noProof/>
                <w:webHidden/>
              </w:rPr>
              <w:t>50</w:t>
            </w:r>
            <w:r>
              <w:rPr>
                <w:noProof/>
                <w:webHidden/>
              </w:rPr>
              <w:fldChar w:fldCharType="end"/>
            </w:r>
          </w:hyperlink>
        </w:p>
        <w:p w14:paraId="098FE962" w14:textId="326DF2C1"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44" w:history="1">
            <w:r w:rsidRPr="000B3395">
              <w:rPr>
                <w:rStyle w:val="Hyperlink"/>
                <w:rFonts w:cs="Times New Roman"/>
                <w:noProof/>
              </w:rPr>
              <w:t>4.1</w:t>
            </w:r>
            <w:r>
              <w:rPr>
                <w:rFonts w:asciiTheme="minorHAnsi" w:hAnsiTheme="minorHAnsi"/>
                <w:noProof/>
                <w:kern w:val="2"/>
                <w:szCs w:val="24"/>
                <w:lang w:val="en-ID" w:eastAsia="en-ID"/>
                <w14:ligatures w14:val="standardContextual"/>
              </w:rPr>
              <w:tab/>
            </w:r>
            <w:r w:rsidRPr="000B3395">
              <w:rPr>
                <w:rStyle w:val="Hyperlink"/>
                <w:rFonts w:cs="Times New Roman"/>
                <w:noProof/>
              </w:rPr>
              <w:t>Hasil Penelitian</w:t>
            </w:r>
            <w:r>
              <w:rPr>
                <w:noProof/>
                <w:webHidden/>
              </w:rPr>
              <w:tab/>
            </w:r>
            <w:r>
              <w:rPr>
                <w:noProof/>
                <w:webHidden/>
              </w:rPr>
              <w:fldChar w:fldCharType="begin"/>
            </w:r>
            <w:r>
              <w:rPr>
                <w:noProof/>
                <w:webHidden/>
              </w:rPr>
              <w:instrText xml:space="preserve"> PAGEREF _Toc236119244 \h </w:instrText>
            </w:r>
            <w:r>
              <w:rPr>
                <w:noProof/>
                <w:webHidden/>
              </w:rPr>
            </w:r>
            <w:r>
              <w:rPr>
                <w:noProof/>
                <w:webHidden/>
              </w:rPr>
              <w:fldChar w:fldCharType="separate"/>
            </w:r>
            <w:r w:rsidR="006E22CD">
              <w:rPr>
                <w:noProof/>
                <w:webHidden/>
              </w:rPr>
              <w:t>50</w:t>
            </w:r>
            <w:r>
              <w:rPr>
                <w:noProof/>
                <w:webHidden/>
              </w:rPr>
              <w:fldChar w:fldCharType="end"/>
            </w:r>
          </w:hyperlink>
        </w:p>
        <w:p w14:paraId="70F91869" w14:textId="4F093569"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45" w:history="1">
            <w:r w:rsidRPr="000B3395">
              <w:rPr>
                <w:rStyle w:val="Hyperlink"/>
                <w:rFonts w:cs="Times New Roman"/>
                <w:noProof/>
              </w:rPr>
              <w:t>4.1.1</w:t>
            </w:r>
            <w:r>
              <w:rPr>
                <w:rFonts w:asciiTheme="minorHAnsi" w:hAnsiTheme="minorHAnsi"/>
                <w:noProof/>
                <w:kern w:val="2"/>
                <w:szCs w:val="24"/>
                <w:lang w:val="en-ID" w:eastAsia="en-ID"/>
                <w14:ligatures w14:val="standardContextual"/>
              </w:rPr>
              <w:tab/>
            </w:r>
            <w:r w:rsidRPr="000B3395">
              <w:rPr>
                <w:rStyle w:val="Hyperlink"/>
                <w:rFonts w:cs="Times New Roman"/>
                <w:noProof/>
              </w:rPr>
              <w:t>Gambaran Umum Lokasi dan Responden</w:t>
            </w:r>
            <w:r>
              <w:rPr>
                <w:noProof/>
                <w:webHidden/>
              </w:rPr>
              <w:tab/>
            </w:r>
            <w:r>
              <w:rPr>
                <w:noProof/>
                <w:webHidden/>
              </w:rPr>
              <w:fldChar w:fldCharType="begin"/>
            </w:r>
            <w:r>
              <w:rPr>
                <w:noProof/>
                <w:webHidden/>
              </w:rPr>
              <w:instrText xml:space="preserve"> PAGEREF _Toc236119245 \h </w:instrText>
            </w:r>
            <w:r>
              <w:rPr>
                <w:noProof/>
                <w:webHidden/>
              </w:rPr>
            </w:r>
            <w:r>
              <w:rPr>
                <w:noProof/>
                <w:webHidden/>
              </w:rPr>
              <w:fldChar w:fldCharType="separate"/>
            </w:r>
            <w:r w:rsidR="006E22CD">
              <w:rPr>
                <w:noProof/>
                <w:webHidden/>
              </w:rPr>
              <w:t>50</w:t>
            </w:r>
            <w:r>
              <w:rPr>
                <w:noProof/>
                <w:webHidden/>
              </w:rPr>
              <w:fldChar w:fldCharType="end"/>
            </w:r>
          </w:hyperlink>
        </w:p>
        <w:p w14:paraId="1F2A5CBF" w14:textId="7BA8DDF3"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46" w:history="1">
            <w:r w:rsidRPr="000B3395">
              <w:rPr>
                <w:rStyle w:val="Hyperlink"/>
                <w:noProof/>
              </w:rPr>
              <w:t>4.1.2</w:t>
            </w:r>
            <w:r>
              <w:rPr>
                <w:rFonts w:asciiTheme="minorHAnsi" w:hAnsiTheme="minorHAnsi"/>
                <w:noProof/>
                <w:kern w:val="2"/>
                <w:szCs w:val="24"/>
                <w:lang w:val="en-ID" w:eastAsia="en-ID"/>
                <w14:ligatures w14:val="standardContextual"/>
              </w:rPr>
              <w:tab/>
            </w:r>
            <w:r w:rsidRPr="000B3395">
              <w:rPr>
                <w:rStyle w:val="Hyperlink"/>
                <w:noProof/>
              </w:rPr>
              <w:t>Proses Pengumpulan Data</w:t>
            </w:r>
            <w:r>
              <w:rPr>
                <w:noProof/>
                <w:webHidden/>
              </w:rPr>
              <w:tab/>
            </w:r>
            <w:r>
              <w:rPr>
                <w:noProof/>
                <w:webHidden/>
              </w:rPr>
              <w:fldChar w:fldCharType="begin"/>
            </w:r>
            <w:r>
              <w:rPr>
                <w:noProof/>
                <w:webHidden/>
              </w:rPr>
              <w:instrText xml:space="preserve"> PAGEREF _Toc236119246 \h </w:instrText>
            </w:r>
            <w:r>
              <w:rPr>
                <w:noProof/>
                <w:webHidden/>
              </w:rPr>
            </w:r>
            <w:r>
              <w:rPr>
                <w:noProof/>
                <w:webHidden/>
              </w:rPr>
              <w:fldChar w:fldCharType="separate"/>
            </w:r>
            <w:r w:rsidR="006E22CD">
              <w:rPr>
                <w:noProof/>
                <w:webHidden/>
              </w:rPr>
              <w:t>50</w:t>
            </w:r>
            <w:r>
              <w:rPr>
                <w:noProof/>
                <w:webHidden/>
              </w:rPr>
              <w:fldChar w:fldCharType="end"/>
            </w:r>
          </w:hyperlink>
        </w:p>
        <w:p w14:paraId="3734D4BE" w14:textId="751E1B16"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47" w:history="1">
            <w:r w:rsidRPr="000B3395">
              <w:rPr>
                <w:rStyle w:val="Hyperlink"/>
                <w:noProof/>
              </w:rPr>
              <w:t>4.1.3</w:t>
            </w:r>
            <w:r>
              <w:rPr>
                <w:rFonts w:asciiTheme="minorHAnsi" w:hAnsiTheme="minorHAnsi"/>
                <w:noProof/>
                <w:kern w:val="2"/>
                <w:szCs w:val="24"/>
                <w:lang w:val="en-ID" w:eastAsia="en-ID"/>
                <w14:ligatures w14:val="standardContextual"/>
              </w:rPr>
              <w:tab/>
            </w:r>
            <w:r w:rsidRPr="000B3395">
              <w:rPr>
                <w:rStyle w:val="Hyperlink"/>
                <w:noProof/>
              </w:rPr>
              <w:t>Deskripsi Karakteristik Responden</w:t>
            </w:r>
            <w:r>
              <w:rPr>
                <w:noProof/>
                <w:webHidden/>
              </w:rPr>
              <w:tab/>
            </w:r>
            <w:r>
              <w:rPr>
                <w:noProof/>
                <w:webHidden/>
              </w:rPr>
              <w:fldChar w:fldCharType="begin"/>
            </w:r>
            <w:r>
              <w:rPr>
                <w:noProof/>
                <w:webHidden/>
              </w:rPr>
              <w:instrText xml:space="preserve"> PAGEREF _Toc236119247 \h </w:instrText>
            </w:r>
            <w:r>
              <w:rPr>
                <w:noProof/>
                <w:webHidden/>
              </w:rPr>
            </w:r>
            <w:r>
              <w:rPr>
                <w:noProof/>
                <w:webHidden/>
              </w:rPr>
              <w:fldChar w:fldCharType="separate"/>
            </w:r>
            <w:r w:rsidR="006E22CD">
              <w:rPr>
                <w:noProof/>
                <w:webHidden/>
              </w:rPr>
              <w:t>51</w:t>
            </w:r>
            <w:r>
              <w:rPr>
                <w:noProof/>
                <w:webHidden/>
              </w:rPr>
              <w:fldChar w:fldCharType="end"/>
            </w:r>
          </w:hyperlink>
        </w:p>
        <w:p w14:paraId="00D25033" w14:textId="4C4FD8C7"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48" w:history="1">
            <w:r w:rsidRPr="000B3395">
              <w:rPr>
                <w:rStyle w:val="Hyperlink"/>
                <w:noProof/>
              </w:rPr>
              <w:t>4.1.4</w:t>
            </w:r>
            <w:r>
              <w:rPr>
                <w:rFonts w:asciiTheme="minorHAnsi" w:hAnsiTheme="minorHAnsi"/>
                <w:noProof/>
                <w:kern w:val="2"/>
                <w:szCs w:val="24"/>
                <w:lang w:val="en-ID" w:eastAsia="en-ID"/>
                <w14:ligatures w14:val="standardContextual"/>
              </w:rPr>
              <w:tab/>
            </w:r>
            <w:r w:rsidRPr="000B3395">
              <w:rPr>
                <w:rStyle w:val="Hyperlink"/>
                <w:noProof/>
              </w:rPr>
              <w:t>Deskripsi Statistik Variabel Penelitian</w:t>
            </w:r>
            <w:r>
              <w:rPr>
                <w:noProof/>
                <w:webHidden/>
              </w:rPr>
              <w:tab/>
            </w:r>
            <w:r>
              <w:rPr>
                <w:noProof/>
                <w:webHidden/>
              </w:rPr>
              <w:fldChar w:fldCharType="begin"/>
            </w:r>
            <w:r>
              <w:rPr>
                <w:noProof/>
                <w:webHidden/>
              </w:rPr>
              <w:instrText xml:space="preserve"> PAGEREF _Toc236119248 \h </w:instrText>
            </w:r>
            <w:r>
              <w:rPr>
                <w:noProof/>
                <w:webHidden/>
              </w:rPr>
            </w:r>
            <w:r>
              <w:rPr>
                <w:noProof/>
                <w:webHidden/>
              </w:rPr>
              <w:fldChar w:fldCharType="separate"/>
            </w:r>
            <w:r w:rsidR="006E22CD">
              <w:rPr>
                <w:noProof/>
                <w:webHidden/>
              </w:rPr>
              <w:t>53</w:t>
            </w:r>
            <w:r>
              <w:rPr>
                <w:noProof/>
                <w:webHidden/>
              </w:rPr>
              <w:fldChar w:fldCharType="end"/>
            </w:r>
          </w:hyperlink>
        </w:p>
        <w:p w14:paraId="1F5B5978" w14:textId="2A181148"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49" w:history="1">
            <w:r w:rsidRPr="000B3395">
              <w:rPr>
                <w:rStyle w:val="Hyperlink"/>
                <w:noProof/>
              </w:rPr>
              <w:t>4.1.5</w:t>
            </w:r>
            <w:r>
              <w:rPr>
                <w:rFonts w:asciiTheme="minorHAnsi" w:hAnsiTheme="minorHAnsi"/>
                <w:noProof/>
                <w:kern w:val="2"/>
                <w:szCs w:val="24"/>
                <w:lang w:val="en-ID" w:eastAsia="en-ID"/>
                <w14:ligatures w14:val="standardContextual"/>
              </w:rPr>
              <w:tab/>
            </w:r>
            <w:r w:rsidRPr="000B3395">
              <w:rPr>
                <w:rStyle w:val="Hyperlink"/>
                <w:noProof/>
              </w:rPr>
              <w:t>Uji Validitas dan Reliabilitas (Outer Model)</w:t>
            </w:r>
            <w:r>
              <w:rPr>
                <w:noProof/>
                <w:webHidden/>
              </w:rPr>
              <w:tab/>
            </w:r>
            <w:r>
              <w:rPr>
                <w:noProof/>
                <w:webHidden/>
              </w:rPr>
              <w:fldChar w:fldCharType="begin"/>
            </w:r>
            <w:r>
              <w:rPr>
                <w:noProof/>
                <w:webHidden/>
              </w:rPr>
              <w:instrText xml:space="preserve"> PAGEREF _Toc236119249 \h </w:instrText>
            </w:r>
            <w:r>
              <w:rPr>
                <w:noProof/>
                <w:webHidden/>
              </w:rPr>
            </w:r>
            <w:r>
              <w:rPr>
                <w:noProof/>
                <w:webHidden/>
              </w:rPr>
              <w:fldChar w:fldCharType="separate"/>
            </w:r>
            <w:r w:rsidR="006E22CD">
              <w:rPr>
                <w:noProof/>
                <w:webHidden/>
              </w:rPr>
              <w:t>59</w:t>
            </w:r>
            <w:r>
              <w:rPr>
                <w:noProof/>
                <w:webHidden/>
              </w:rPr>
              <w:fldChar w:fldCharType="end"/>
            </w:r>
          </w:hyperlink>
        </w:p>
        <w:p w14:paraId="0E841921" w14:textId="2E56E2C2"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50" w:history="1">
            <w:r w:rsidRPr="000B3395">
              <w:rPr>
                <w:rStyle w:val="Hyperlink"/>
                <w:noProof/>
              </w:rPr>
              <w:t>4.2</w:t>
            </w:r>
            <w:r>
              <w:rPr>
                <w:rFonts w:asciiTheme="minorHAnsi" w:hAnsiTheme="minorHAnsi"/>
                <w:noProof/>
                <w:kern w:val="2"/>
                <w:szCs w:val="24"/>
                <w:lang w:val="en-ID" w:eastAsia="en-ID"/>
                <w14:ligatures w14:val="standardContextual"/>
              </w:rPr>
              <w:tab/>
            </w:r>
            <w:r w:rsidRPr="000B3395">
              <w:rPr>
                <w:rStyle w:val="Hyperlink"/>
                <w:noProof/>
              </w:rPr>
              <w:t>Pembahasan dan Interpretasi Hasil Penelitian</w:t>
            </w:r>
            <w:r>
              <w:rPr>
                <w:noProof/>
                <w:webHidden/>
              </w:rPr>
              <w:tab/>
            </w:r>
            <w:r>
              <w:rPr>
                <w:noProof/>
                <w:webHidden/>
              </w:rPr>
              <w:fldChar w:fldCharType="begin"/>
            </w:r>
            <w:r>
              <w:rPr>
                <w:noProof/>
                <w:webHidden/>
              </w:rPr>
              <w:instrText xml:space="preserve"> PAGEREF _Toc236119250 \h </w:instrText>
            </w:r>
            <w:r>
              <w:rPr>
                <w:noProof/>
                <w:webHidden/>
              </w:rPr>
            </w:r>
            <w:r>
              <w:rPr>
                <w:noProof/>
                <w:webHidden/>
              </w:rPr>
              <w:fldChar w:fldCharType="separate"/>
            </w:r>
            <w:r w:rsidR="006E22CD">
              <w:rPr>
                <w:noProof/>
                <w:webHidden/>
              </w:rPr>
              <w:t>63</w:t>
            </w:r>
            <w:r>
              <w:rPr>
                <w:noProof/>
                <w:webHidden/>
              </w:rPr>
              <w:fldChar w:fldCharType="end"/>
            </w:r>
          </w:hyperlink>
        </w:p>
        <w:p w14:paraId="7CC4BF5E" w14:textId="2D976321"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51" w:history="1">
            <w:r w:rsidRPr="000B3395">
              <w:rPr>
                <w:rStyle w:val="Hyperlink"/>
                <w:noProof/>
              </w:rPr>
              <w:t>4.2.1</w:t>
            </w:r>
            <w:r>
              <w:rPr>
                <w:rFonts w:asciiTheme="minorHAnsi" w:hAnsiTheme="minorHAnsi"/>
                <w:noProof/>
                <w:kern w:val="2"/>
                <w:szCs w:val="24"/>
                <w:lang w:val="en-ID" w:eastAsia="en-ID"/>
                <w14:ligatures w14:val="standardContextual"/>
              </w:rPr>
              <w:tab/>
            </w:r>
            <w:r w:rsidRPr="000B3395">
              <w:rPr>
                <w:rStyle w:val="Hyperlink"/>
                <w:noProof/>
              </w:rPr>
              <w:t>Uji Model Struktural (Inner Model)</w:t>
            </w:r>
            <w:r>
              <w:rPr>
                <w:noProof/>
                <w:webHidden/>
              </w:rPr>
              <w:tab/>
            </w:r>
            <w:r>
              <w:rPr>
                <w:noProof/>
                <w:webHidden/>
              </w:rPr>
              <w:fldChar w:fldCharType="begin"/>
            </w:r>
            <w:r>
              <w:rPr>
                <w:noProof/>
                <w:webHidden/>
              </w:rPr>
              <w:instrText xml:space="preserve"> PAGEREF _Toc236119251 \h </w:instrText>
            </w:r>
            <w:r>
              <w:rPr>
                <w:noProof/>
                <w:webHidden/>
              </w:rPr>
            </w:r>
            <w:r>
              <w:rPr>
                <w:noProof/>
                <w:webHidden/>
              </w:rPr>
              <w:fldChar w:fldCharType="separate"/>
            </w:r>
            <w:r w:rsidR="006E22CD">
              <w:rPr>
                <w:noProof/>
                <w:webHidden/>
              </w:rPr>
              <w:t>63</w:t>
            </w:r>
            <w:r>
              <w:rPr>
                <w:noProof/>
                <w:webHidden/>
              </w:rPr>
              <w:fldChar w:fldCharType="end"/>
            </w:r>
          </w:hyperlink>
        </w:p>
        <w:p w14:paraId="22EE806F" w14:textId="30EAEA8E"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52" w:history="1">
            <w:r w:rsidRPr="000B3395">
              <w:rPr>
                <w:rStyle w:val="Hyperlink"/>
                <w:noProof/>
              </w:rPr>
              <w:t>4.2.2</w:t>
            </w:r>
            <w:r>
              <w:rPr>
                <w:rFonts w:asciiTheme="minorHAnsi" w:hAnsiTheme="minorHAnsi"/>
                <w:noProof/>
                <w:kern w:val="2"/>
                <w:szCs w:val="24"/>
                <w:lang w:val="en-ID" w:eastAsia="en-ID"/>
                <w14:ligatures w14:val="standardContextual"/>
              </w:rPr>
              <w:tab/>
            </w:r>
            <w:r w:rsidRPr="000B3395">
              <w:rPr>
                <w:rStyle w:val="Hyperlink"/>
                <w:noProof/>
              </w:rPr>
              <w:t>Uji Hipotesis (Bootstrapping 2.000 Subsamples)</w:t>
            </w:r>
            <w:r>
              <w:rPr>
                <w:noProof/>
                <w:webHidden/>
              </w:rPr>
              <w:tab/>
            </w:r>
            <w:r>
              <w:rPr>
                <w:noProof/>
                <w:webHidden/>
              </w:rPr>
              <w:fldChar w:fldCharType="begin"/>
            </w:r>
            <w:r>
              <w:rPr>
                <w:noProof/>
                <w:webHidden/>
              </w:rPr>
              <w:instrText xml:space="preserve"> PAGEREF _Toc236119252 \h </w:instrText>
            </w:r>
            <w:r>
              <w:rPr>
                <w:noProof/>
                <w:webHidden/>
              </w:rPr>
            </w:r>
            <w:r>
              <w:rPr>
                <w:noProof/>
                <w:webHidden/>
              </w:rPr>
              <w:fldChar w:fldCharType="separate"/>
            </w:r>
            <w:r w:rsidR="006E22CD">
              <w:rPr>
                <w:noProof/>
                <w:webHidden/>
              </w:rPr>
              <w:t>63</w:t>
            </w:r>
            <w:r>
              <w:rPr>
                <w:noProof/>
                <w:webHidden/>
              </w:rPr>
              <w:fldChar w:fldCharType="end"/>
            </w:r>
          </w:hyperlink>
        </w:p>
        <w:p w14:paraId="32C1E72F" w14:textId="4C8FAC4E" w:rsidR="008E0DB6" w:rsidRDefault="008E0DB6" w:rsidP="00E21B16">
          <w:pPr>
            <w:pStyle w:val="TOC3"/>
            <w:tabs>
              <w:tab w:val="left" w:pos="1200"/>
              <w:tab w:val="right" w:leader="dot" w:pos="7927"/>
            </w:tabs>
            <w:spacing w:line="276" w:lineRule="auto"/>
            <w:rPr>
              <w:rFonts w:asciiTheme="minorHAnsi" w:hAnsiTheme="minorHAnsi"/>
              <w:noProof/>
              <w:kern w:val="2"/>
              <w:szCs w:val="24"/>
              <w:lang w:val="en-ID" w:eastAsia="en-ID"/>
              <w14:ligatures w14:val="standardContextual"/>
            </w:rPr>
          </w:pPr>
          <w:hyperlink w:anchor="_Toc236119253" w:history="1">
            <w:r w:rsidRPr="000B3395">
              <w:rPr>
                <w:rStyle w:val="Hyperlink"/>
                <w:noProof/>
              </w:rPr>
              <w:t>4.2.3</w:t>
            </w:r>
            <w:r>
              <w:rPr>
                <w:rFonts w:asciiTheme="minorHAnsi" w:hAnsiTheme="minorHAnsi"/>
                <w:noProof/>
                <w:kern w:val="2"/>
                <w:szCs w:val="24"/>
                <w:lang w:val="en-ID" w:eastAsia="en-ID"/>
                <w14:ligatures w14:val="standardContextual"/>
              </w:rPr>
              <w:tab/>
            </w:r>
            <w:r w:rsidRPr="000B3395">
              <w:rPr>
                <w:rStyle w:val="Hyperlink"/>
                <w:noProof/>
              </w:rPr>
              <w:t>Interpretasi Hasil dan Kaitannya dengan Penelitian Terdahulu</w:t>
            </w:r>
            <w:r>
              <w:rPr>
                <w:noProof/>
                <w:webHidden/>
              </w:rPr>
              <w:tab/>
            </w:r>
            <w:r>
              <w:rPr>
                <w:noProof/>
                <w:webHidden/>
              </w:rPr>
              <w:fldChar w:fldCharType="begin"/>
            </w:r>
            <w:r>
              <w:rPr>
                <w:noProof/>
                <w:webHidden/>
              </w:rPr>
              <w:instrText xml:space="preserve"> PAGEREF _Toc236119253 \h </w:instrText>
            </w:r>
            <w:r>
              <w:rPr>
                <w:noProof/>
                <w:webHidden/>
              </w:rPr>
            </w:r>
            <w:r>
              <w:rPr>
                <w:noProof/>
                <w:webHidden/>
              </w:rPr>
              <w:fldChar w:fldCharType="separate"/>
            </w:r>
            <w:r w:rsidR="006E22CD">
              <w:rPr>
                <w:noProof/>
                <w:webHidden/>
              </w:rPr>
              <w:t>65</w:t>
            </w:r>
            <w:r>
              <w:rPr>
                <w:noProof/>
                <w:webHidden/>
              </w:rPr>
              <w:fldChar w:fldCharType="end"/>
            </w:r>
          </w:hyperlink>
        </w:p>
        <w:p w14:paraId="53CECD24" w14:textId="59E6F18A"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54" w:history="1">
            <w:r w:rsidRPr="000B3395">
              <w:rPr>
                <w:rStyle w:val="Hyperlink"/>
                <w:noProof/>
              </w:rPr>
              <w:t>4.3</w:t>
            </w:r>
            <w:r>
              <w:rPr>
                <w:rFonts w:asciiTheme="minorHAnsi" w:hAnsiTheme="minorHAnsi"/>
                <w:noProof/>
                <w:kern w:val="2"/>
                <w:szCs w:val="24"/>
                <w:lang w:val="en-ID" w:eastAsia="en-ID"/>
                <w14:ligatures w14:val="standardContextual"/>
              </w:rPr>
              <w:tab/>
            </w:r>
            <w:r w:rsidRPr="000B3395">
              <w:rPr>
                <w:rStyle w:val="Hyperlink"/>
                <w:noProof/>
              </w:rPr>
              <w:t>Implikasi Penelitian</w:t>
            </w:r>
            <w:r>
              <w:rPr>
                <w:noProof/>
                <w:webHidden/>
              </w:rPr>
              <w:tab/>
            </w:r>
            <w:r>
              <w:rPr>
                <w:noProof/>
                <w:webHidden/>
              </w:rPr>
              <w:fldChar w:fldCharType="begin"/>
            </w:r>
            <w:r>
              <w:rPr>
                <w:noProof/>
                <w:webHidden/>
              </w:rPr>
              <w:instrText xml:space="preserve"> PAGEREF _Toc236119254 \h </w:instrText>
            </w:r>
            <w:r>
              <w:rPr>
                <w:noProof/>
                <w:webHidden/>
              </w:rPr>
            </w:r>
            <w:r>
              <w:rPr>
                <w:noProof/>
                <w:webHidden/>
              </w:rPr>
              <w:fldChar w:fldCharType="separate"/>
            </w:r>
            <w:r w:rsidR="006E22CD">
              <w:rPr>
                <w:noProof/>
                <w:webHidden/>
              </w:rPr>
              <w:t>70</w:t>
            </w:r>
            <w:r>
              <w:rPr>
                <w:noProof/>
                <w:webHidden/>
              </w:rPr>
              <w:fldChar w:fldCharType="end"/>
            </w:r>
          </w:hyperlink>
        </w:p>
        <w:p w14:paraId="3FA0BA77" w14:textId="4C9DA52F" w:rsidR="008E0DB6" w:rsidRDefault="008E0DB6" w:rsidP="00E21B16">
          <w:pPr>
            <w:pStyle w:val="TOC1"/>
            <w:rPr>
              <w:rFonts w:asciiTheme="minorHAnsi" w:hAnsiTheme="minorHAnsi"/>
              <w:noProof/>
              <w:kern w:val="2"/>
              <w:szCs w:val="24"/>
              <w:lang w:val="en-ID" w:eastAsia="en-ID"/>
              <w14:ligatures w14:val="standardContextual"/>
            </w:rPr>
          </w:pPr>
          <w:hyperlink w:anchor="_Toc236119255" w:history="1">
            <w:r w:rsidRPr="000B3395">
              <w:rPr>
                <w:rStyle w:val="Hyperlink"/>
                <w:rFonts w:eastAsia="Times New Roman" w:cs="Times New Roman"/>
                <w:noProof/>
              </w:rPr>
              <w:t>BAB V</w:t>
            </w:r>
            <w:r w:rsidRPr="000B3395">
              <w:rPr>
                <w:rStyle w:val="Hyperlink"/>
                <w:noProof/>
              </w:rPr>
              <w:t xml:space="preserve"> </w:t>
            </w:r>
            <w:r w:rsidRPr="000B3395">
              <w:rPr>
                <w:rStyle w:val="Hyperlink"/>
                <w:rFonts w:eastAsia="Times New Roman" w:cs="Times New Roman"/>
                <w:noProof/>
              </w:rPr>
              <w:t>KESIMPULAN DAN SARAN</w:t>
            </w:r>
            <w:r>
              <w:rPr>
                <w:noProof/>
                <w:webHidden/>
              </w:rPr>
              <w:tab/>
            </w:r>
            <w:r>
              <w:rPr>
                <w:noProof/>
                <w:webHidden/>
              </w:rPr>
              <w:fldChar w:fldCharType="begin"/>
            </w:r>
            <w:r>
              <w:rPr>
                <w:noProof/>
                <w:webHidden/>
              </w:rPr>
              <w:instrText xml:space="preserve"> PAGEREF _Toc236119255 \h </w:instrText>
            </w:r>
            <w:r>
              <w:rPr>
                <w:noProof/>
                <w:webHidden/>
              </w:rPr>
            </w:r>
            <w:r>
              <w:rPr>
                <w:noProof/>
                <w:webHidden/>
              </w:rPr>
              <w:fldChar w:fldCharType="separate"/>
            </w:r>
            <w:r w:rsidR="006E22CD">
              <w:rPr>
                <w:noProof/>
                <w:webHidden/>
              </w:rPr>
              <w:t>72</w:t>
            </w:r>
            <w:r>
              <w:rPr>
                <w:noProof/>
                <w:webHidden/>
              </w:rPr>
              <w:fldChar w:fldCharType="end"/>
            </w:r>
          </w:hyperlink>
        </w:p>
        <w:p w14:paraId="141E3FA6" w14:textId="145DC887"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56" w:history="1">
            <w:r w:rsidRPr="000B3395">
              <w:rPr>
                <w:rStyle w:val="Hyperlink"/>
                <w:noProof/>
              </w:rPr>
              <w:t>5.1</w:t>
            </w:r>
            <w:r>
              <w:rPr>
                <w:rFonts w:asciiTheme="minorHAnsi" w:hAnsiTheme="minorHAnsi"/>
                <w:noProof/>
                <w:kern w:val="2"/>
                <w:szCs w:val="24"/>
                <w:lang w:val="en-ID" w:eastAsia="en-ID"/>
                <w14:ligatures w14:val="standardContextual"/>
              </w:rPr>
              <w:tab/>
            </w:r>
            <w:r w:rsidRPr="000B3395">
              <w:rPr>
                <w:rStyle w:val="Hyperlink"/>
                <w:noProof/>
              </w:rPr>
              <w:t>Kesimpulan</w:t>
            </w:r>
            <w:r>
              <w:rPr>
                <w:noProof/>
                <w:webHidden/>
              </w:rPr>
              <w:tab/>
            </w:r>
            <w:r>
              <w:rPr>
                <w:noProof/>
                <w:webHidden/>
              </w:rPr>
              <w:fldChar w:fldCharType="begin"/>
            </w:r>
            <w:r>
              <w:rPr>
                <w:noProof/>
                <w:webHidden/>
              </w:rPr>
              <w:instrText xml:space="preserve"> PAGEREF _Toc236119256 \h </w:instrText>
            </w:r>
            <w:r>
              <w:rPr>
                <w:noProof/>
                <w:webHidden/>
              </w:rPr>
            </w:r>
            <w:r>
              <w:rPr>
                <w:noProof/>
                <w:webHidden/>
              </w:rPr>
              <w:fldChar w:fldCharType="separate"/>
            </w:r>
            <w:r w:rsidR="006E22CD">
              <w:rPr>
                <w:noProof/>
                <w:webHidden/>
              </w:rPr>
              <w:t>72</w:t>
            </w:r>
            <w:r>
              <w:rPr>
                <w:noProof/>
                <w:webHidden/>
              </w:rPr>
              <w:fldChar w:fldCharType="end"/>
            </w:r>
          </w:hyperlink>
        </w:p>
        <w:p w14:paraId="677C83AA" w14:textId="03093EEE"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57" w:history="1">
            <w:r w:rsidRPr="000B3395">
              <w:rPr>
                <w:rStyle w:val="Hyperlink"/>
                <w:noProof/>
              </w:rPr>
              <w:t>5.2</w:t>
            </w:r>
            <w:r>
              <w:rPr>
                <w:rFonts w:asciiTheme="minorHAnsi" w:hAnsiTheme="minorHAnsi"/>
                <w:noProof/>
                <w:kern w:val="2"/>
                <w:szCs w:val="24"/>
                <w:lang w:val="en-ID" w:eastAsia="en-ID"/>
                <w14:ligatures w14:val="standardContextual"/>
              </w:rPr>
              <w:tab/>
            </w:r>
            <w:r w:rsidRPr="000B3395">
              <w:rPr>
                <w:rStyle w:val="Hyperlink"/>
                <w:noProof/>
              </w:rPr>
              <w:t>Keterbatasan Penelitian</w:t>
            </w:r>
            <w:r>
              <w:rPr>
                <w:noProof/>
                <w:webHidden/>
              </w:rPr>
              <w:tab/>
            </w:r>
            <w:r>
              <w:rPr>
                <w:noProof/>
                <w:webHidden/>
              </w:rPr>
              <w:fldChar w:fldCharType="begin"/>
            </w:r>
            <w:r>
              <w:rPr>
                <w:noProof/>
                <w:webHidden/>
              </w:rPr>
              <w:instrText xml:space="preserve"> PAGEREF _Toc236119257 \h </w:instrText>
            </w:r>
            <w:r>
              <w:rPr>
                <w:noProof/>
                <w:webHidden/>
              </w:rPr>
            </w:r>
            <w:r>
              <w:rPr>
                <w:noProof/>
                <w:webHidden/>
              </w:rPr>
              <w:fldChar w:fldCharType="separate"/>
            </w:r>
            <w:r w:rsidR="006E22CD">
              <w:rPr>
                <w:noProof/>
                <w:webHidden/>
              </w:rPr>
              <w:t>73</w:t>
            </w:r>
            <w:r>
              <w:rPr>
                <w:noProof/>
                <w:webHidden/>
              </w:rPr>
              <w:fldChar w:fldCharType="end"/>
            </w:r>
          </w:hyperlink>
        </w:p>
        <w:p w14:paraId="2ED41216" w14:textId="01B3C321" w:rsidR="008E0DB6" w:rsidRDefault="008E0DB6" w:rsidP="00E21B16">
          <w:pPr>
            <w:pStyle w:val="TOC2"/>
            <w:tabs>
              <w:tab w:val="left" w:pos="960"/>
              <w:tab w:val="right" w:leader="dot" w:pos="7927"/>
            </w:tabs>
            <w:spacing w:line="276" w:lineRule="auto"/>
            <w:rPr>
              <w:rFonts w:asciiTheme="minorHAnsi" w:hAnsiTheme="minorHAnsi"/>
              <w:noProof/>
              <w:kern w:val="2"/>
              <w:szCs w:val="24"/>
              <w:lang w:val="en-ID" w:eastAsia="en-ID"/>
              <w14:ligatures w14:val="standardContextual"/>
            </w:rPr>
          </w:pPr>
          <w:hyperlink w:anchor="_Toc236119258" w:history="1">
            <w:r w:rsidRPr="000B3395">
              <w:rPr>
                <w:rStyle w:val="Hyperlink"/>
                <w:noProof/>
              </w:rPr>
              <w:t>5.3</w:t>
            </w:r>
            <w:r>
              <w:rPr>
                <w:rFonts w:asciiTheme="minorHAnsi" w:hAnsiTheme="minorHAnsi"/>
                <w:noProof/>
                <w:kern w:val="2"/>
                <w:szCs w:val="24"/>
                <w:lang w:val="en-ID" w:eastAsia="en-ID"/>
                <w14:ligatures w14:val="standardContextual"/>
              </w:rPr>
              <w:tab/>
            </w:r>
            <w:r w:rsidRPr="000B3395">
              <w:rPr>
                <w:rStyle w:val="Hyperlink"/>
                <w:noProof/>
              </w:rPr>
              <w:t>Saran</w:t>
            </w:r>
            <w:r>
              <w:rPr>
                <w:noProof/>
                <w:webHidden/>
              </w:rPr>
              <w:tab/>
            </w:r>
            <w:r>
              <w:rPr>
                <w:noProof/>
                <w:webHidden/>
              </w:rPr>
              <w:fldChar w:fldCharType="begin"/>
            </w:r>
            <w:r>
              <w:rPr>
                <w:noProof/>
                <w:webHidden/>
              </w:rPr>
              <w:instrText xml:space="preserve"> PAGEREF _Toc236119258 \h </w:instrText>
            </w:r>
            <w:r>
              <w:rPr>
                <w:noProof/>
                <w:webHidden/>
              </w:rPr>
            </w:r>
            <w:r>
              <w:rPr>
                <w:noProof/>
                <w:webHidden/>
              </w:rPr>
              <w:fldChar w:fldCharType="separate"/>
            </w:r>
            <w:r w:rsidR="006E22CD">
              <w:rPr>
                <w:noProof/>
                <w:webHidden/>
              </w:rPr>
              <w:t>74</w:t>
            </w:r>
            <w:r>
              <w:rPr>
                <w:noProof/>
                <w:webHidden/>
              </w:rPr>
              <w:fldChar w:fldCharType="end"/>
            </w:r>
          </w:hyperlink>
        </w:p>
        <w:p w14:paraId="18C69D1A" w14:textId="0FC0C85D" w:rsidR="008E0DB6" w:rsidRDefault="008E0DB6" w:rsidP="00E21B16">
          <w:pPr>
            <w:pStyle w:val="TOC1"/>
            <w:rPr>
              <w:rFonts w:asciiTheme="minorHAnsi" w:hAnsiTheme="minorHAnsi"/>
              <w:noProof/>
              <w:kern w:val="2"/>
              <w:szCs w:val="24"/>
              <w:lang w:val="en-ID" w:eastAsia="en-ID"/>
              <w14:ligatures w14:val="standardContextual"/>
            </w:rPr>
          </w:pPr>
          <w:hyperlink w:anchor="_Toc236119259" w:history="1">
            <w:r w:rsidRPr="000B3395">
              <w:rPr>
                <w:rStyle w:val="Hyperlink"/>
                <w:rFonts w:cs="Times New Roman"/>
                <w:noProof/>
              </w:rPr>
              <w:t>DAFTAR PUSTAKA</w:t>
            </w:r>
            <w:r>
              <w:rPr>
                <w:noProof/>
                <w:webHidden/>
              </w:rPr>
              <w:tab/>
            </w:r>
            <w:r>
              <w:rPr>
                <w:noProof/>
                <w:webHidden/>
              </w:rPr>
              <w:fldChar w:fldCharType="begin"/>
            </w:r>
            <w:r>
              <w:rPr>
                <w:noProof/>
                <w:webHidden/>
              </w:rPr>
              <w:instrText xml:space="preserve"> PAGEREF _Toc236119259 \h </w:instrText>
            </w:r>
            <w:r>
              <w:rPr>
                <w:noProof/>
                <w:webHidden/>
              </w:rPr>
            </w:r>
            <w:r>
              <w:rPr>
                <w:noProof/>
                <w:webHidden/>
              </w:rPr>
              <w:fldChar w:fldCharType="separate"/>
            </w:r>
            <w:r w:rsidR="006E22CD">
              <w:rPr>
                <w:noProof/>
                <w:webHidden/>
              </w:rPr>
              <w:t>78</w:t>
            </w:r>
            <w:r>
              <w:rPr>
                <w:noProof/>
                <w:webHidden/>
              </w:rPr>
              <w:fldChar w:fldCharType="end"/>
            </w:r>
          </w:hyperlink>
        </w:p>
        <w:p w14:paraId="1685B063" w14:textId="33F64A07" w:rsidR="008E0DB6" w:rsidRDefault="008E0DB6" w:rsidP="00E21B16">
          <w:pPr>
            <w:pStyle w:val="TOC1"/>
            <w:rPr>
              <w:rFonts w:asciiTheme="minorHAnsi" w:hAnsiTheme="minorHAnsi"/>
              <w:noProof/>
              <w:kern w:val="2"/>
              <w:szCs w:val="24"/>
              <w:lang w:val="en-ID" w:eastAsia="en-ID"/>
              <w14:ligatures w14:val="standardContextual"/>
            </w:rPr>
          </w:pPr>
          <w:hyperlink w:anchor="_Toc236119260" w:history="1">
            <w:r w:rsidRPr="000B3395">
              <w:rPr>
                <w:rStyle w:val="Hyperlink"/>
                <w:noProof/>
              </w:rPr>
              <w:t>LAMPIRAN</w:t>
            </w:r>
            <w:r>
              <w:rPr>
                <w:noProof/>
                <w:webHidden/>
              </w:rPr>
              <w:tab/>
            </w:r>
            <w:r>
              <w:rPr>
                <w:noProof/>
                <w:webHidden/>
              </w:rPr>
              <w:fldChar w:fldCharType="begin"/>
            </w:r>
            <w:r>
              <w:rPr>
                <w:noProof/>
                <w:webHidden/>
              </w:rPr>
              <w:instrText xml:space="preserve"> PAGEREF _Toc236119260 \h </w:instrText>
            </w:r>
            <w:r>
              <w:rPr>
                <w:noProof/>
                <w:webHidden/>
              </w:rPr>
            </w:r>
            <w:r>
              <w:rPr>
                <w:noProof/>
                <w:webHidden/>
              </w:rPr>
              <w:fldChar w:fldCharType="separate"/>
            </w:r>
            <w:r w:rsidR="006E22CD">
              <w:rPr>
                <w:noProof/>
                <w:webHidden/>
              </w:rPr>
              <w:t>81</w:t>
            </w:r>
            <w:r>
              <w:rPr>
                <w:noProof/>
                <w:webHidden/>
              </w:rPr>
              <w:fldChar w:fldCharType="end"/>
            </w:r>
          </w:hyperlink>
        </w:p>
        <w:p w14:paraId="7B3177C6" w14:textId="5515FE78" w:rsidR="00F76BF2" w:rsidRPr="00E21B16" w:rsidRDefault="00EA23D5" w:rsidP="00E21B16">
          <w:pPr>
            <w:spacing w:after="0" w:line="276" w:lineRule="auto"/>
            <w:rPr>
              <w:rFonts w:cs="Times New Roman"/>
              <w:szCs w:val="24"/>
            </w:rPr>
          </w:pPr>
          <w:r>
            <w:rPr>
              <w:rFonts w:cs="Times New Roman"/>
              <w:szCs w:val="24"/>
            </w:rPr>
            <w:fldChar w:fldCharType="end"/>
          </w:r>
        </w:p>
      </w:sdtContent>
    </w:sdt>
    <w:p w14:paraId="33CCD8AC" w14:textId="77777777" w:rsidR="00AB4F69" w:rsidRDefault="00AB4F69" w:rsidP="0060471F">
      <w:pPr>
        <w:pStyle w:val="Heading1"/>
        <w:spacing w:line="360" w:lineRule="auto"/>
        <w:rPr>
          <w:sz w:val="28"/>
        </w:rPr>
      </w:pPr>
      <w:bookmarkStart w:id="8" w:name="_Toc236119187"/>
      <w:r>
        <w:rPr>
          <w:sz w:val="28"/>
        </w:rPr>
        <w:t>DAFTAR TABEL</w:t>
      </w:r>
      <w:bookmarkEnd w:id="8"/>
    </w:p>
    <w:p w14:paraId="54A10E22" w14:textId="77777777" w:rsidR="00097254" w:rsidRPr="00097254" w:rsidRDefault="00097254" w:rsidP="00097254"/>
    <w:p w14:paraId="41A80B6A" w14:textId="66B8E079" w:rsidR="0076057C" w:rsidRDefault="00E21B16" w:rsidP="00E21B16">
      <w:pPr>
        <w:pStyle w:val="TableofFigures"/>
        <w:spacing w:before="240" w:line="276" w:lineRule="auto"/>
        <w:rPr>
          <w:noProof/>
        </w:rPr>
      </w:pPr>
      <w:fldSimple w:instr=" TOC \h \z \c &quot;Tabel 1.&quot; ">
        <w:hyperlink w:anchor="_Toc236119339" w:history="1">
          <w:r w:rsidRPr="00D52F27">
            <w:rPr>
              <w:rStyle w:val="Hyperlink"/>
              <w:noProof/>
            </w:rPr>
            <w:t xml:space="preserve">Tabel 1.1 </w:t>
          </w:r>
          <w:r>
            <w:rPr>
              <w:rStyle w:val="Hyperlink"/>
              <w:noProof/>
            </w:rPr>
            <w:tab/>
          </w:r>
          <w:r w:rsidRPr="00D52F27">
            <w:rPr>
              <w:rStyle w:val="Hyperlink"/>
              <w:noProof/>
            </w:rPr>
            <w:t>Data transaksi</w:t>
          </w:r>
          <w:r>
            <w:rPr>
              <w:noProof/>
              <w:webHidden/>
            </w:rPr>
            <w:tab/>
          </w:r>
          <w:r>
            <w:rPr>
              <w:noProof/>
              <w:webHidden/>
            </w:rPr>
            <w:tab/>
          </w:r>
          <w:r>
            <w:rPr>
              <w:noProof/>
              <w:webHidden/>
            </w:rPr>
            <w:fldChar w:fldCharType="begin"/>
          </w:r>
          <w:r>
            <w:rPr>
              <w:noProof/>
              <w:webHidden/>
            </w:rPr>
            <w:instrText xml:space="preserve"> PAGEREF _Toc236119339 \h </w:instrText>
          </w:r>
          <w:r>
            <w:rPr>
              <w:noProof/>
              <w:webHidden/>
            </w:rPr>
          </w:r>
          <w:r>
            <w:rPr>
              <w:noProof/>
              <w:webHidden/>
            </w:rPr>
            <w:fldChar w:fldCharType="separate"/>
          </w:r>
          <w:r>
            <w:rPr>
              <w:noProof/>
              <w:webHidden/>
            </w:rPr>
            <w:t>1</w:t>
          </w:r>
          <w:r>
            <w:rPr>
              <w:noProof/>
              <w:webHidden/>
            </w:rPr>
            <w:fldChar w:fldCharType="end"/>
          </w:r>
        </w:hyperlink>
      </w:fldSimple>
      <w:r w:rsidR="0076057C">
        <w:fldChar w:fldCharType="begin"/>
      </w:r>
      <w:r w:rsidR="00097254">
        <w:instrText xml:space="preserve"> TOC \h \z \c "Tabel 2." </w:instrText>
      </w:r>
      <w:r w:rsidR="0076057C">
        <w:fldChar w:fldCharType="separate"/>
      </w:r>
    </w:p>
    <w:p w14:paraId="66CAABE9" w14:textId="78A5D12B" w:rsidR="001C1453" w:rsidRDefault="0076057C" w:rsidP="00E21B16">
      <w:pPr>
        <w:pStyle w:val="TableofFigures"/>
        <w:spacing w:before="240" w:after="240" w:line="276" w:lineRule="auto"/>
      </w:pPr>
      <w:hyperlink w:anchor="_Toc232710434" w:history="1">
        <w:r>
          <w:rPr>
            <w:rStyle w:val="Hyperlink"/>
            <w:noProof/>
          </w:rPr>
          <w:t xml:space="preserve">Tabel 2.1 </w:t>
        </w:r>
        <w:r>
          <w:rPr>
            <w:rStyle w:val="Hyperlink"/>
            <w:noProof/>
          </w:rPr>
          <w:tab/>
          <w:t>Penelitian terdahulu</w:t>
        </w:r>
        <w:r>
          <w:rPr>
            <w:noProof/>
            <w:webHidden/>
          </w:rPr>
          <w:tab/>
        </w:r>
        <w:r>
          <w:rPr>
            <w:noProof/>
            <w:webHidden/>
          </w:rPr>
          <w:tab/>
        </w:r>
        <w:r>
          <w:rPr>
            <w:noProof/>
            <w:webHidden/>
          </w:rPr>
          <w:fldChar w:fldCharType="begin"/>
        </w:r>
        <w:r>
          <w:rPr>
            <w:noProof/>
            <w:webHidden/>
          </w:rPr>
          <w:instrText xml:space="preserve"> PAGEREF _Toc232710434 \h </w:instrText>
        </w:r>
        <w:r>
          <w:rPr>
            <w:noProof/>
            <w:webHidden/>
          </w:rPr>
        </w:r>
        <w:r>
          <w:rPr>
            <w:noProof/>
            <w:webHidden/>
          </w:rPr>
          <w:fldChar w:fldCharType="separate"/>
        </w:r>
        <w:r w:rsidR="00E21B16">
          <w:rPr>
            <w:noProof/>
            <w:webHidden/>
          </w:rPr>
          <w:t>28</w:t>
        </w:r>
        <w:r>
          <w:rPr>
            <w:noProof/>
            <w:webHidden/>
          </w:rPr>
          <w:fldChar w:fldCharType="end"/>
        </w:r>
      </w:hyperlink>
      <w:r>
        <w:fldChar w:fldCharType="end"/>
      </w:r>
    </w:p>
    <w:p w14:paraId="4D33D3E9" w14:textId="77777777" w:rsidR="00E21B16" w:rsidRDefault="001C1453" w:rsidP="00E21B16">
      <w:pPr>
        <w:pStyle w:val="TableofFigures"/>
        <w:spacing w:before="240" w:after="240" w:line="276" w:lineRule="auto"/>
        <w:rPr>
          <w:noProof/>
        </w:rPr>
      </w:pPr>
      <w:fldSimple w:instr=" TOC \h \z \c &quot;Tabel 3.&quot; ">
        <w:hyperlink w:anchor="_Toc232601978" w:history="1">
          <w:r>
            <w:rPr>
              <w:rStyle w:val="Hyperlink"/>
              <w:noProof/>
            </w:rPr>
            <w:t xml:space="preserve">Tabel 3.1 </w:t>
          </w:r>
          <w:r>
            <w:rPr>
              <w:rStyle w:val="Hyperlink"/>
              <w:noProof/>
            </w:rPr>
            <w:tab/>
            <w:t>Operasionalisasi Variabel</w:t>
          </w:r>
          <w:r>
            <w:rPr>
              <w:noProof/>
              <w:webHidden/>
            </w:rPr>
            <w:tab/>
          </w:r>
          <w:r>
            <w:rPr>
              <w:noProof/>
              <w:webHidden/>
            </w:rPr>
            <w:tab/>
          </w:r>
          <w:r>
            <w:rPr>
              <w:noProof/>
              <w:webHidden/>
            </w:rPr>
            <w:fldChar w:fldCharType="begin"/>
          </w:r>
          <w:r>
            <w:rPr>
              <w:noProof/>
              <w:webHidden/>
            </w:rPr>
            <w:instrText xml:space="preserve"> PAGEREF _Toc232601978 \h </w:instrText>
          </w:r>
          <w:r>
            <w:rPr>
              <w:noProof/>
              <w:webHidden/>
            </w:rPr>
          </w:r>
          <w:r>
            <w:rPr>
              <w:noProof/>
              <w:webHidden/>
            </w:rPr>
            <w:fldChar w:fldCharType="separate"/>
          </w:r>
          <w:r w:rsidR="00E21B16">
            <w:rPr>
              <w:noProof/>
              <w:webHidden/>
            </w:rPr>
            <w:t>42</w:t>
          </w:r>
          <w:r>
            <w:rPr>
              <w:noProof/>
              <w:webHidden/>
            </w:rPr>
            <w:fldChar w:fldCharType="end"/>
          </w:r>
        </w:hyperlink>
      </w:fldSimple>
      <w:r w:rsidR="00097254">
        <w:fldChar w:fldCharType="begin"/>
      </w:r>
      <w:r>
        <w:instrText xml:space="preserve"> TOC \h \z \c "Tabel 4." </w:instrText>
      </w:r>
      <w:r w:rsidR="00097254">
        <w:fldChar w:fldCharType="separate"/>
      </w:r>
    </w:p>
    <w:p w14:paraId="585567F6" w14:textId="766B45EF"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43" w:history="1">
        <w:r w:rsidRPr="005807D0">
          <w:rPr>
            <w:rStyle w:val="Hyperlink"/>
            <w:noProof/>
          </w:rPr>
          <w:t xml:space="preserve">Tabel 4.1 </w:t>
        </w:r>
        <w:r>
          <w:rPr>
            <w:rStyle w:val="Hyperlink"/>
            <w:noProof/>
          </w:rPr>
          <w:tab/>
        </w:r>
        <w:r w:rsidRPr="005807D0">
          <w:rPr>
            <w:rStyle w:val="Hyperlink"/>
            <w:noProof/>
          </w:rPr>
          <w:t>Responden Berdasarkan Jenis Kelamin</w:t>
        </w:r>
        <w:r>
          <w:rPr>
            <w:noProof/>
            <w:webHidden/>
          </w:rPr>
          <w:tab/>
        </w:r>
        <w:r>
          <w:rPr>
            <w:noProof/>
            <w:webHidden/>
          </w:rPr>
          <w:tab/>
        </w:r>
        <w:r>
          <w:rPr>
            <w:noProof/>
            <w:webHidden/>
          </w:rPr>
          <w:fldChar w:fldCharType="begin"/>
        </w:r>
        <w:r>
          <w:rPr>
            <w:noProof/>
            <w:webHidden/>
          </w:rPr>
          <w:instrText xml:space="preserve"> PAGEREF _Toc236119343 \h </w:instrText>
        </w:r>
        <w:r>
          <w:rPr>
            <w:noProof/>
            <w:webHidden/>
          </w:rPr>
        </w:r>
        <w:r>
          <w:rPr>
            <w:noProof/>
            <w:webHidden/>
          </w:rPr>
          <w:fldChar w:fldCharType="separate"/>
        </w:r>
        <w:r>
          <w:rPr>
            <w:noProof/>
            <w:webHidden/>
          </w:rPr>
          <w:t>51</w:t>
        </w:r>
        <w:r>
          <w:rPr>
            <w:noProof/>
            <w:webHidden/>
          </w:rPr>
          <w:fldChar w:fldCharType="end"/>
        </w:r>
      </w:hyperlink>
    </w:p>
    <w:p w14:paraId="5F822BCC" w14:textId="2B2B8DB9"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44" w:history="1">
        <w:r w:rsidRPr="005807D0">
          <w:rPr>
            <w:rStyle w:val="Hyperlink"/>
            <w:noProof/>
          </w:rPr>
          <w:t xml:space="preserve">Tabel 4.2 </w:t>
        </w:r>
        <w:r>
          <w:rPr>
            <w:rStyle w:val="Hyperlink"/>
            <w:noProof/>
          </w:rPr>
          <w:tab/>
        </w:r>
        <w:r w:rsidRPr="005807D0">
          <w:rPr>
            <w:rStyle w:val="Hyperlink"/>
            <w:noProof/>
          </w:rPr>
          <w:t>Responden Berdasarkan Kelompok Usia</w:t>
        </w:r>
        <w:r>
          <w:rPr>
            <w:noProof/>
            <w:webHidden/>
          </w:rPr>
          <w:tab/>
        </w:r>
        <w:r>
          <w:rPr>
            <w:noProof/>
            <w:webHidden/>
          </w:rPr>
          <w:tab/>
        </w:r>
        <w:r>
          <w:rPr>
            <w:noProof/>
            <w:webHidden/>
          </w:rPr>
          <w:fldChar w:fldCharType="begin"/>
        </w:r>
        <w:r>
          <w:rPr>
            <w:noProof/>
            <w:webHidden/>
          </w:rPr>
          <w:instrText xml:space="preserve"> PAGEREF _Toc236119344 \h </w:instrText>
        </w:r>
        <w:r>
          <w:rPr>
            <w:noProof/>
            <w:webHidden/>
          </w:rPr>
        </w:r>
        <w:r>
          <w:rPr>
            <w:noProof/>
            <w:webHidden/>
          </w:rPr>
          <w:fldChar w:fldCharType="separate"/>
        </w:r>
        <w:r>
          <w:rPr>
            <w:noProof/>
            <w:webHidden/>
          </w:rPr>
          <w:t>52</w:t>
        </w:r>
        <w:r>
          <w:rPr>
            <w:noProof/>
            <w:webHidden/>
          </w:rPr>
          <w:fldChar w:fldCharType="end"/>
        </w:r>
      </w:hyperlink>
    </w:p>
    <w:p w14:paraId="1FD70C60" w14:textId="63BB8008"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45" w:history="1">
        <w:r w:rsidRPr="005807D0">
          <w:rPr>
            <w:rStyle w:val="Hyperlink"/>
            <w:noProof/>
          </w:rPr>
          <w:t xml:space="preserve">Tabel 4.3 </w:t>
        </w:r>
        <w:r>
          <w:rPr>
            <w:rStyle w:val="Hyperlink"/>
            <w:noProof/>
          </w:rPr>
          <w:tab/>
        </w:r>
        <w:r w:rsidRPr="005807D0">
          <w:rPr>
            <w:rStyle w:val="Hyperlink"/>
            <w:noProof/>
          </w:rPr>
          <w:t>Responden Berdasarkan Frekuensi Belanja per Minggu</w:t>
        </w:r>
        <w:r>
          <w:rPr>
            <w:noProof/>
            <w:webHidden/>
          </w:rPr>
          <w:tab/>
        </w:r>
        <w:r>
          <w:rPr>
            <w:noProof/>
            <w:webHidden/>
          </w:rPr>
          <w:tab/>
        </w:r>
        <w:r>
          <w:rPr>
            <w:noProof/>
            <w:webHidden/>
          </w:rPr>
          <w:fldChar w:fldCharType="begin"/>
        </w:r>
        <w:r>
          <w:rPr>
            <w:noProof/>
            <w:webHidden/>
          </w:rPr>
          <w:instrText xml:space="preserve"> PAGEREF _Toc236119345 \h </w:instrText>
        </w:r>
        <w:r>
          <w:rPr>
            <w:noProof/>
            <w:webHidden/>
          </w:rPr>
        </w:r>
        <w:r>
          <w:rPr>
            <w:noProof/>
            <w:webHidden/>
          </w:rPr>
          <w:fldChar w:fldCharType="separate"/>
        </w:r>
        <w:r>
          <w:rPr>
            <w:noProof/>
            <w:webHidden/>
          </w:rPr>
          <w:t>52</w:t>
        </w:r>
        <w:r>
          <w:rPr>
            <w:noProof/>
            <w:webHidden/>
          </w:rPr>
          <w:fldChar w:fldCharType="end"/>
        </w:r>
      </w:hyperlink>
    </w:p>
    <w:p w14:paraId="18027B7F" w14:textId="40E8AB61"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46" w:history="1">
        <w:r w:rsidRPr="005807D0">
          <w:rPr>
            <w:rStyle w:val="Hyperlink"/>
            <w:noProof/>
          </w:rPr>
          <w:t xml:space="preserve">Tabel 4.4 </w:t>
        </w:r>
        <w:r>
          <w:rPr>
            <w:rStyle w:val="Hyperlink"/>
            <w:noProof/>
          </w:rPr>
          <w:tab/>
        </w:r>
        <w:r w:rsidRPr="005807D0">
          <w:rPr>
            <w:rStyle w:val="Hyperlink"/>
            <w:noProof/>
          </w:rPr>
          <w:t>Statistik Deskriptif Variabel Kemudahan Penggunaan (X1)</w:t>
        </w:r>
        <w:r>
          <w:rPr>
            <w:noProof/>
            <w:webHidden/>
          </w:rPr>
          <w:tab/>
        </w:r>
        <w:r>
          <w:rPr>
            <w:noProof/>
            <w:webHidden/>
          </w:rPr>
          <w:tab/>
        </w:r>
        <w:r>
          <w:rPr>
            <w:noProof/>
            <w:webHidden/>
          </w:rPr>
          <w:fldChar w:fldCharType="begin"/>
        </w:r>
        <w:r>
          <w:rPr>
            <w:noProof/>
            <w:webHidden/>
          </w:rPr>
          <w:instrText xml:space="preserve"> PAGEREF _Toc236119346 \h </w:instrText>
        </w:r>
        <w:r>
          <w:rPr>
            <w:noProof/>
            <w:webHidden/>
          </w:rPr>
        </w:r>
        <w:r>
          <w:rPr>
            <w:noProof/>
            <w:webHidden/>
          </w:rPr>
          <w:fldChar w:fldCharType="separate"/>
        </w:r>
        <w:r>
          <w:rPr>
            <w:noProof/>
            <w:webHidden/>
          </w:rPr>
          <w:t>53</w:t>
        </w:r>
        <w:r>
          <w:rPr>
            <w:noProof/>
            <w:webHidden/>
          </w:rPr>
          <w:fldChar w:fldCharType="end"/>
        </w:r>
      </w:hyperlink>
    </w:p>
    <w:p w14:paraId="32486897" w14:textId="3903726B"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47" w:history="1">
        <w:r w:rsidRPr="005807D0">
          <w:rPr>
            <w:rStyle w:val="Hyperlink"/>
            <w:noProof/>
          </w:rPr>
          <w:t xml:space="preserve">Tabel 4.5 </w:t>
        </w:r>
        <w:r>
          <w:rPr>
            <w:rStyle w:val="Hyperlink"/>
            <w:noProof/>
          </w:rPr>
          <w:tab/>
        </w:r>
        <w:r w:rsidRPr="005807D0">
          <w:rPr>
            <w:rStyle w:val="Hyperlink"/>
            <w:noProof/>
          </w:rPr>
          <w:t>Statistik Deskriptif Variabel Keamanan Transaksi (X2)</w:t>
        </w:r>
        <w:r>
          <w:rPr>
            <w:noProof/>
            <w:webHidden/>
          </w:rPr>
          <w:tab/>
        </w:r>
        <w:r>
          <w:rPr>
            <w:noProof/>
            <w:webHidden/>
          </w:rPr>
          <w:tab/>
        </w:r>
        <w:r>
          <w:rPr>
            <w:noProof/>
            <w:webHidden/>
          </w:rPr>
          <w:fldChar w:fldCharType="begin"/>
        </w:r>
        <w:r>
          <w:rPr>
            <w:noProof/>
            <w:webHidden/>
          </w:rPr>
          <w:instrText xml:space="preserve"> PAGEREF _Toc236119347 \h </w:instrText>
        </w:r>
        <w:r>
          <w:rPr>
            <w:noProof/>
            <w:webHidden/>
          </w:rPr>
        </w:r>
        <w:r>
          <w:rPr>
            <w:noProof/>
            <w:webHidden/>
          </w:rPr>
          <w:fldChar w:fldCharType="separate"/>
        </w:r>
        <w:r>
          <w:rPr>
            <w:noProof/>
            <w:webHidden/>
          </w:rPr>
          <w:t>55</w:t>
        </w:r>
        <w:r>
          <w:rPr>
            <w:noProof/>
            <w:webHidden/>
          </w:rPr>
          <w:fldChar w:fldCharType="end"/>
        </w:r>
      </w:hyperlink>
    </w:p>
    <w:p w14:paraId="1EE13E33" w14:textId="544945F7"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48" w:history="1">
        <w:r w:rsidRPr="005807D0">
          <w:rPr>
            <w:rStyle w:val="Hyperlink"/>
            <w:noProof/>
          </w:rPr>
          <w:t xml:space="preserve">Tabel 4.6 </w:t>
        </w:r>
        <w:r>
          <w:rPr>
            <w:rStyle w:val="Hyperlink"/>
            <w:noProof/>
          </w:rPr>
          <w:tab/>
        </w:r>
        <w:r w:rsidRPr="005807D0">
          <w:rPr>
            <w:rStyle w:val="Hyperlink"/>
            <w:noProof/>
          </w:rPr>
          <w:t>Statistik Deskriptif Variabel Kecepatan Transaksi (X3)</w:t>
        </w:r>
        <w:r>
          <w:rPr>
            <w:noProof/>
            <w:webHidden/>
          </w:rPr>
          <w:tab/>
        </w:r>
        <w:r>
          <w:rPr>
            <w:noProof/>
            <w:webHidden/>
          </w:rPr>
          <w:tab/>
        </w:r>
        <w:r>
          <w:rPr>
            <w:noProof/>
            <w:webHidden/>
          </w:rPr>
          <w:fldChar w:fldCharType="begin"/>
        </w:r>
        <w:r>
          <w:rPr>
            <w:noProof/>
            <w:webHidden/>
          </w:rPr>
          <w:instrText xml:space="preserve"> PAGEREF _Toc236119348 \h </w:instrText>
        </w:r>
        <w:r>
          <w:rPr>
            <w:noProof/>
            <w:webHidden/>
          </w:rPr>
        </w:r>
        <w:r>
          <w:rPr>
            <w:noProof/>
            <w:webHidden/>
          </w:rPr>
          <w:fldChar w:fldCharType="separate"/>
        </w:r>
        <w:r>
          <w:rPr>
            <w:noProof/>
            <w:webHidden/>
          </w:rPr>
          <w:t>56</w:t>
        </w:r>
        <w:r>
          <w:rPr>
            <w:noProof/>
            <w:webHidden/>
          </w:rPr>
          <w:fldChar w:fldCharType="end"/>
        </w:r>
      </w:hyperlink>
    </w:p>
    <w:p w14:paraId="421C0018" w14:textId="1A0DFF6E"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49" w:history="1">
        <w:r w:rsidRPr="005807D0">
          <w:rPr>
            <w:rStyle w:val="Hyperlink"/>
            <w:noProof/>
          </w:rPr>
          <w:t xml:space="preserve">Tabel 4.7 </w:t>
        </w:r>
        <w:r>
          <w:rPr>
            <w:rStyle w:val="Hyperlink"/>
            <w:noProof/>
          </w:rPr>
          <w:tab/>
        </w:r>
        <w:r w:rsidRPr="005807D0">
          <w:rPr>
            <w:rStyle w:val="Hyperlink"/>
            <w:noProof/>
          </w:rPr>
          <w:t>Statistik Deskriptif Variabel Minat Penggunaan QRIS (Y)</w:t>
        </w:r>
        <w:r>
          <w:rPr>
            <w:noProof/>
            <w:webHidden/>
          </w:rPr>
          <w:tab/>
        </w:r>
        <w:r>
          <w:rPr>
            <w:noProof/>
            <w:webHidden/>
          </w:rPr>
          <w:tab/>
        </w:r>
        <w:r>
          <w:rPr>
            <w:noProof/>
            <w:webHidden/>
          </w:rPr>
          <w:fldChar w:fldCharType="begin"/>
        </w:r>
        <w:r>
          <w:rPr>
            <w:noProof/>
            <w:webHidden/>
          </w:rPr>
          <w:instrText xml:space="preserve"> PAGEREF _Toc236119349 \h </w:instrText>
        </w:r>
        <w:r>
          <w:rPr>
            <w:noProof/>
            <w:webHidden/>
          </w:rPr>
        </w:r>
        <w:r>
          <w:rPr>
            <w:noProof/>
            <w:webHidden/>
          </w:rPr>
          <w:fldChar w:fldCharType="separate"/>
        </w:r>
        <w:r>
          <w:rPr>
            <w:noProof/>
            <w:webHidden/>
          </w:rPr>
          <w:t>57</w:t>
        </w:r>
        <w:r>
          <w:rPr>
            <w:noProof/>
            <w:webHidden/>
          </w:rPr>
          <w:fldChar w:fldCharType="end"/>
        </w:r>
      </w:hyperlink>
    </w:p>
    <w:p w14:paraId="473C8331" w14:textId="73B76F12"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50" w:history="1">
        <w:r w:rsidRPr="005807D0">
          <w:rPr>
            <w:rStyle w:val="Hyperlink"/>
            <w:noProof/>
          </w:rPr>
          <w:t xml:space="preserve">Tabel 4.8 </w:t>
        </w:r>
        <w:r>
          <w:rPr>
            <w:rStyle w:val="Hyperlink"/>
            <w:noProof/>
          </w:rPr>
          <w:tab/>
        </w:r>
        <w:r w:rsidRPr="005807D0">
          <w:rPr>
            <w:rStyle w:val="Hyperlink"/>
            <w:noProof/>
          </w:rPr>
          <w:t>Rekapitulasi Statistik Deskriptif Semua Variabel</w:t>
        </w:r>
        <w:r>
          <w:rPr>
            <w:noProof/>
            <w:webHidden/>
          </w:rPr>
          <w:tab/>
        </w:r>
        <w:r>
          <w:rPr>
            <w:noProof/>
            <w:webHidden/>
          </w:rPr>
          <w:tab/>
        </w:r>
        <w:r>
          <w:rPr>
            <w:noProof/>
            <w:webHidden/>
          </w:rPr>
          <w:fldChar w:fldCharType="begin"/>
        </w:r>
        <w:r>
          <w:rPr>
            <w:noProof/>
            <w:webHidden/>
          </w:rPr>
          <w:instrText xml:space="preserve"> PAGEREF _Toc236119350 \h </w:instrText>
        </w:r>
        <w:r>
          <w:rPr>
            <w:noProof/>
            <w:webHidden/>
          </w:rPr>
        </w:r>
        <w:r>
          <w:rPr>
            <w:noProof/>
            <w:webHidden/>
          </w:rPr>
          <w:fldChar w:fldCharType="separate"/>
        </w:r>
        <w:r>
          <w:rPr>
            <w:noProof/>
            <w:webHidden/>
          </w:rPr>
          <w:t>59</w:t>
        </w:r>
        <w:r>
          <w:rPr>
            <w:noProof/>
            <w:webHidden/>
          </w:rPr>
          <w:fldChar w:fldCharType="end"/>
        </w:r>
      </w:hyperlink>
    </w:p>
    <w:p w14:paraId="7781CCE8" w14:textId="5F2CEB11"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51" w:history="1">
        <w:r w:rsidRPr="005807D0">
          <w:rPr>
            <w:rStyle w:val="Hyperlink"/>
            <w:noProof/>
          </w:rPr>
          <w:t xml:space="preserve">Tabel 4.9 </w:t>
        </w:r>
        <w:r>
          <w:rPr>
            <w:rStyle w:val="Hyperlink"/>
            <w:noProof/>
          </w:rPr>
          <w:tab/>
        </w:r>
        <w:r w:rsidRPr="005807D0">
          <w:rPr>
            <w:rStyle w:val="Hyperlink"/>
            <w:noProof/>
          </w:rPr>
          <w:t>Hasil Uji Outer Loading Factor (Convergent Validity)</w:t>
        </w:r>
        <w:r>
          <w:rPr>
            <w:noProof/>
            <w:webHidden/>
          </w:rPr>
          <w:tab/>
        </w:r>
        <w:r>
          <w:rPr>
            <w:noProof/>
            <w:webHidden/>
          </w:rPr>
          <w:tab/>
        </w:r>
        <w:r>
          <w:rPr>
            <w:noProof/>
            <w:webHidden/>
          </w:rPr>
          <w:fldChar w:fldCharType="begin"/>
        </w:r>
        <w:r>
          <w:rPr>
            <w:noProof/>
            <w:webHidden/>
          </w:rPr>
          <w:instrText xml:space="preserve"> PAGEREF _Toc236119351 \h </w:instrText>
        </w:r>
        <w:r>
          <w:rPr>
            <w:noProof/>
            <w:webHidden/>
          </w:rPr>
        </w:r>
        <w:r>
          <w:rPr>
            <w:noProof/>
            <w:webHidden/>
          </w:rPr>
          <w:fldChar w:fldCharType="separate"/>
        </w:r>
        <w:r>
          <w:rPr>
            <w:noProof/>
            <w:webHidden/>
          </w:rPr>
          <w:t>60</w:t>
        </w:r>
        <w:r>
          <w:rPr>
            <w:noProof/>
            <w:webHidden/>
          </w:rPr>
          <w:fldChar w:fldCharType="end"/>
        </w:r>
      </w:hyperlink>
    </w:p>
    <w:p w14:paraId="499EE5E1" w14:textId="5942C9CF"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52" w:history="1">
        <w:r w:rsidRPr="005807D0">
          <w:rPr>
            <w:rStyle w:val="Hyperlink"/>
            <w:noProof/>
          </w:rPr>
          <w:t xml:space="preserve">Tabel 4.10 </w:t>
        </w:r>
        <w:r>
          <w:rPr>
            <w:rStyle w:val="Hyperlink"/>
            <w:noProof/>
          </w:rPr>
          <w:tab/>
        </w:r>
        <w:r w:rsidRPr="005807D0">
          <w:rPr>
            <w:rStyle w:val="Hyperlink"/>
            <w:noProof/>
          </w:rPr>
          <w:t>Hasil Uji AVE, Composite Reliability, dan Cronbach Alpha</w:t>
        </w:r>
        <w:r>
          <w:rPr>
            <w:noProof/>
            <w:webHidden/>
          </w:rPr>
          <w:tab/>
        </w:r>
        <w:r>
          <w:rPr>
            <w:noProof/>
            <w:webHidden/>
          </w:rPr>
          <w:tab/>
        </w:r>
        <w:r>
          <w:rPr>
            <w:noProof/>
            <w:webHidden/>
          </w:rPr>
          <w:fldChar w:fldCharType="begin"/>
        </w:r>
        <w:r>
          <w:rPr>
            <w:noProof/>
            <w:webHidden/>
          </w:rPr>
          <w:instrText xml:space="preserve"> PAGEREF _Toc236119352 \h </w:instrText>
        </w:r>
        <w:r>
          <w:rPr>
            <w:noProof/>
            <w:webHidden/>
          </w:rPr>
        </w:r>
        <w:r>
          <w:rPr>
            <w:noProof/>
            <w:webHidden/>
          </w:rPr>
          <w:fldChar w:fldCharType="separate"/>
        </w:r>
        <w:r>
          <w:rPr>
            <w:noProof/>
            <w:webHidden/>
          </w:rPr>
          <w:t>62</w:t>
        </w:r>
        <w:r>
          <w:rPr>
            <w:noProof/>
            <w:webHidden/>
          </w:rPr>
          <w:fldChar w:fldCharType="end"/>
        </w:r>
      </w:hyperlink>
    </w:p>
    <w:p w14:paraId="6FE5BD7B" w14:textId="7244F3D8"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53" w:history="1">
        <w:r w:rsidRPr="005807D0">
          <w:rPr>
            <w:rStyle w:val="Hyperlink"/>
            <w:noProof/>
          </w:rPr>
          <w:t xml:space="preserve">Tabel 4.11 </w:t>
        </w:r>
        <w:r>
          <w:rPr>
            <w:rStyle w:val="Hyperlink"/>
            <w:noProof/>
          </w:rPr>
          <w:tab/>
        </w:r>
        <w:r w:rsidRPr="005807D0">
          <w:rPr>
            <w:rStyle w:val="Hyperlink"/>
            <w:noProof/>
          </w:rPr>
          <w:t>Hasil Uji R-Square (R²) dan Q-Square (Q²)</w:t>
        </w:r>
        <w:r>
          <w:rPr>
            <w:noProof/>
            <w:webHidden/>
          </w:rPr>
          <w:tab/>
        </w:r>
        <w:r>
          <w:rPr>
            <w:noProof/>
            <w:webHidden/>
          </w:rPr>
          <w:tab/>
        </w:r>
        <w:r>
          <w:rPr>
            <w:noProof/>
            <w:webHidden/>
          </w:rPr>
          <w:fldChar w:fldCharType="begin"/>
        </w:r>
        <w:r>
          <w:rPr>
            <w:noProof/>
            <w:webHidden/>
          </w:rPr>
          <w:instrText xml:space="preserve"> PAGEREF _Toc236119353 \h </w:instrText>
        </w:r>
        <w:r>
          <w:rPr>
            <w:noProof/>
            <w:webHidden/>
          </w:rPr>
        </w:r>
        <w:r>
          <w:rPr>
            <w:noProof/>
            <w:webHidden/>
          </w:rPr>
          <w:fldChar w:fldCharType="separate"/>
        </w:r>
        <w:r>
          <w:rPr>
            <w:noProof/>
            <w:webHidden/>
          </w:rPr>
          <w:t>63</w:t>
        </w:r>
        <w:r>
          <w:rPr>
            <w:noProof/>
            <w:webHidden/>
          </w:rPr>
          <w:fldChar w:fldCharType="end"/>
        </w:r>
      </w:hyperlink>
    </w:p>
    <w:p w14:paraId="5BA3023B" w14:textId="5A4BAA04" w:rsid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354" w:history="1">
        <w:r w:rsidRPr="005807D0">
          <w:rPr>
            <w:rStyle w:val="Hyperlink"/>
            <w:noProof/>
          </w:rPr>
          <w:t xml:space="preserve">Tabel 4.12 </w:t>
        </w:r>
        <w:r>
          <w:rPr>
            <w:rStyle w:val="Hyperlink"/>
            <w:noProof/>
          </w:rPr>
          <w:tab/>
        </w:r>
        <w:r w:rsidRPr="005807D0">
          <w:rPr>
            <w:rStyle w:val="Hyperlink"/>
            <w:noProof/>
          </w:rPr>
          <w:t>Hasil Uji Hipotesis – Keseluruhan Sampel (n=95)</w:t>
        </w:r>
        <w:r>
          <w:rPr>
            <w:noProof/>
            <w:webHidden/>
          </w:rPr>
          <w:tab/>
        </w:r>
        <w:r>
          <w:rPr>
            <w:noProof/>
            <w:webHidden/>
          </w:rPr>
          <w:tab/>
        </w:r>
        <w:r>
          <w:rPr>
            <w:noProof/>
            <w:webHidden/>
          </w:rPr>
          <w:fldChar w:fldCharType="begin"/>
        </w:r>
        <w:r>
          <w:rPr>
            <w:noProof/>
            <w:webHidden/>
          </w:rPr>
          <w:instrText xml:space="preserve"> PAGEREF _Toc236119354 \h </w:instrText>
        </w:r>
        <w:r>
          <w:rPr>
            <w:noProof/>
            <w:webHidden/>
          </w:rPr>
        </w:r>
        <w:r>
          <w:rPr>
            <w:noProof/>
            <w:webHidden/>
          </w:rPr>
          <w:fldChar w:fldCharType="separate"/>
        </w:r>
        <w:r>
          <w:rPr>
            <w:noProof/>
            <w:webHidden/>
          </w:rPr>
          <w:t>63</w:t>
        </w:r>
        <w:r>
          <w:rPr>
            <w:noProof/>
            <w:webHidden/>
          </w:rPr>
          <w:fldChar w:fldCharType="end"/>
        </w:r>
      </w:hyperlink>
    </w:p>
    <w:p w14:paraId="015458C1" w14:textId="77777777" w:rsidR="00AB4F69" w:rsidRPr="002543DC" w:rsidRDefault="00097254" w:rsidP="00E21B16">
      <w:pPr>
        <w:pStyle w:val="TableofFigures"/>
        <w:spacing w:before="240" w:after="240" w:line="276" w:lineRule="auto"/>
      </w:pPr>
      <w:r>
        <w:fldChar w:fldCharType="end"/>
      </w:r>
    </w:p>
    <w:p w14:paraId="1BDDA3CE" w14:textId="77777777" w:rsidR="00AB4F69" w:rsidRPr="002543DC" w:rsidRDefault="00AB4F69" w:rsidP="0060471F">
      <w:pPr>
        <w:spacing w:after="0" w:line="360" w:lineRule="auto"/>
        <w:rPr>
          <w:rFonts w:cs="Times New Roman"/>
          <w:szCs w:val="24"/>
        </w:rPr>
      </w:pPr>
    </w:p>
    <w:p w14:paraId="20E1D873" w14:textId="77777777" w:rsidR="00AB4F69" w:rsidRDefault="00AB4F69" w:rsidP="0060471F">
      <w:pPr>
        <w:spacing w:after="0" w:line="360" w:lineRule="auto"/>
        <w:rPr>
          <w:rFonts w:cs="Times New Roman"/>
          <w:szCs w:val="24"/>
        </w:rPr>
      </w:pPr>
    </w:p>
    <w:p w14:paraId="1339851D" w14:textId="77777777" w:rsidR="00AB4F69" w:rsidRDefault="00AB4F69" w:rsidP="0060471F">
      <w:pPr>
        <w:spacing w:after="0" w:line="360" w:lineRule="auto"/>
        <w:rPr>
          <w:rFonts w:cs="Times New Roman"/>
          <w:szCs w:val="24"/>
        </w:rPr>
      </w:pPr>
    </w:p>
    <w:p w14:paraId="20B476C0" w14:textId="77777777" w:rsidR="00C84AAD" w:rsidRDefault="00C84AAD" w:rsidP="0060471F">
      <w:pPr>
        <w:pStyle w:val="Heading1"/>
        <w:spacing w:line="360" w:lineRule="auto"/>
        <w:rPr>
          <w:sz w:val="28"/>
        </w:rPr>
      </w:pPr>
      <w:r>
        <w:rPr>
          <w:sz w:val="28"/>
        </w:rPr>
        <w:br w:type="page"/>
      </w:r>
    </w:p>
    <w:p w14:paraId="463C7157" w14:textId="77777777" w:rsidR="00AB4F69" w:rsidRPr="004553FC" w:rsidRDefault="00AB4F69" w:rsidP="0060471F">
      <w:pPr>
        <w:pStyle w:val="Heading1"/>
        <w:spacing w:line="360" w:lineRule="auto"/>
        <w:rPr>
          <w:sz w:val="28"/>
        </w:rPr>
      </w:pPr>
      <w:bookmarkStart w:id="9" w:name="_Toc236119188"/>
      <w:r>
        <w:rPr>
          <w:sz w:val="28"/>
        </w:rPr>
        <w:t>DAFTAR GAMBAR</w:t>
      </w:r>
      <w:bookmarkEnd w:id="9"/>
    </w:p>
    <w:p w14:paraId="17D4E0AD" w14:textId="77777777" w:rsidR="002543DC" w:rsidRDefault="002543DC" w:rsidP="00C84AAD">
      <w:pPr>
        <w:pStyle w:val="TableofFigures"/>
        <w:tabs>
          <w:tab w:val="clear" w:pos="7938"/>
          <w:tab w:val="right" w:leader="dot" w:pos="7927"/>
        </w:tabs>
      </w:pPr>
    </w:p>
    <w:p w14:paraId="5CBC0258" w14:textId="65A558D9" w:rsidR="00255425" w:rsidRDefault="00255425">
      <w:pPr>
        <w:pStyle w:val="TableofFigures"/>
        <w:rPr>
          <w:rFonts w:asciiTheme="minorHAnsi" w:hAnsiTheme="minorHAnsi"/>
          <w:noProof/>
          <w:kern w:val="2"/>
          <w:szCs w:val="24"/>
          <w:lang w:val="en-ID" w:eastAsia="en-ID"/>
          <w14:ligatures w14:val="standardContextual"/>
        </w:rPr>
      </w:pPr>
      <w:r>
        <w:fldChar w:fldCharType="begin"/>
      </w:r>
      <w:r>
        <w:instrText xml:space="preserve"> TOC \h \z \c "Gambar 2." </w:instrText>
      </w:r>
      <w:r>
        <w:fldChar w:fldCharType="separate"/>
      </w:r>
      <w:hyperlink w:anchor="_Toc232601736" w:history="1">
        <w:r>
          <w:rPr>
            <w:rStyle w:val="Hyperlink"/>
            <w:noProof/>
          </w:rPr>
          <w:t xml:space="preserve">Gambar 2.1 </w:t>
        </w:r>
        <w:r>
          <w:rPr>
            <w:rStyle w:val="Hyperlink"/>
            <w:noProof/>
          </w:rPr>
          <w:tab/>
          <w:t>Kerangka berpikir</w:t>
        </w:r>
        <w:r>
          <w:rPr>
            <w:noProof/>
            <w:webHidden/>
          </w:rPr>
          <w:tab/>
        </w:r>
        <w:r>
          <w:rPr>
            <w:noProof/>
            <w:webHidden/>
          </w:rPr>
          <w:tab/>
        </w:r>
        <w:r>
          <w:rPr>
            <w:noProof/>
            <w:webHidden/>
          </w:rPr>
          <w:fldChar w:fldCharType="begin"/>
        </w:r>
        <w:r>
          <w:rPr>
            <w:noProof/>
            <w:webHidden/>
          </w:rPr>
          <w:instrText xml:space="preserve"> PAGEREF _Toc232601736 \h </w:instrText>
        </w:r>
        <w:r>
          <w:rPr>
            <w:noProof/>
            <w:webHidden/>
          </w:rPr>
        </w:r>
        <w:r>
          <w:rPr>
            <w:noProof/>
            <w:webHidden/>
          </w:rPr>
          <w:fldChar w:fldCharType="separate"/>
        </w:r>
        <w:r w:rsidR="00E21B16">
          <w:rPr>
            <w:noProof/>
            <w:webHidden/>
          </w:rPr>
          <w:t>36</w:t>
        </w:r>
        <w:r>
          <w:rPr>
            <w:noProof/>
            <w:webHidden/>
          </w:rPr>
          <w:fldChar w:fldCharType="end"/>
        </w:r>
      </w:hyperlink>
    </w:p>
    <w:p w14:paraId="33B2DE55" w14:textId="77777777" w:rsidR="002543DC" w:rsidRDefault="00255425" w:rsidP="0060471F">
      <w:pPr>
        <w:spacing w:line="360" w:lineRule="auto"/>
      </w:pPr>
      <w:r>
        <w:fldChar w:fldCharType="end"/>
      </w:r>
      <w:r>
        <w:t xml:space="preserve"> </w:t>
      </w:r>
    </w:p>
    <w:p w14:paraId="70084016" w14:textId="77777777" w:rsidR="002543DC" w:rsidRDefault="002543DC" w:rsidP="00564F4D">
      <w:pPr>
        <w:pStyle w:val="Heading1"/>
        <w:spacing w:line="360" w:lineRule="auto"/>
        <w:jc w:val="both"/>
      </w:pPr>
      <w:r>
        <w:br w:type="page"/>
      </w:r>
    </w:p>
    <w:p w14:paraId="078F8AB3" w14:textId="77777777" w:rsidR="002543DC" w:rsidRPr="004553FC" w:rsidRDefault="002543DC" w:rsidP="0060471F">
      <w:pPr>
        <w:pStyle w:val="Heading1"/>
        <w:spacing w:line="360" w:lineRule="auto"/>
        <w:rPr>
          <w:sz w:val="28"/>
        </w:rPr>
      </w:pPr>
      <w:bookmarkStart w:id="10" w:name="_Toc236119189"/>
      <w:r>
        <w:rPr>
          <w:sz w:val="28"/>
        </w:rPr>
        <w:t>DAFTAR LAMPIRAN</w:t>
      </w:r>
      <w:bookmarkEnd w:id="10"/>
    </w:p>
    <w:p w14:paraId="28C8AE80" w14:textId="77777777" w:rsidR="002543DC" w:rsidRDefault="002543DC" w:rsidP="0060471F">
      <w:pPr>
        <w:spacing w:line="360" w:lineRule="auto"/>
        <w:rPr>
          <w:rFonts w:cs="Times New Roman"/>
          <w:szCs w:val="24"/>
        </w:rPr>
      </w:pPr>
    </w:p>
    <w:p w14:paraId="1CB58B46" w14:textId="79C49A35" w:rsidR="00E21B16" w:rsidRPr="00E21B16" w:rsidRDefault="0089380E" w:rsidP="00E21B16">
      <w:pPr>
        <w:pStyle w:val="TableofFigures"/>
        <w:spacing w:after="240" w:line="276" w:lineRule="auto"/>
        <w:rPr>
          <w:rFonts w:asciiTheme="minorHAnsi" w:hAnsiTheme="minorHAnsi"/>
          <w:noProof/>
          <w:kern w:val="2"/>
          <w:szCs w:val="24"/>
          <w:lang w:val="en-ID" w:eastAsia="en-ID"/>
          <w14:ligatures w14:val="standardContextual"/>
        </w:rPr>
      </w:pPr>
      <w:r w:rsidRPr="00E21B16">
        <w:rPr>
          <w:rFonts w:cs="Times New Roman"/>
          <w:szCs w:val="24"/>
        </w:rPr>
        <w:fldChar w:fldCharType="begin"/>
      </w:r>
      <w:r w:rsidRPr="00E21B16">
        <w:rPr>
          <w:rFonts w:cs="Times New Roman"/>
          <w:szCs w:val="24"/>
        </w:rPr>
        <w:instrText xml:space="preserve"> TOC \h \z \c "Lampiran " </w:instrText>
      </w:r>
      <w:r w:rsidRPr="00E21B16">
        <w:rPr>
          <w:rFonts w:cs="Times New Roman"/>
          <w:szCs w:val="24"/>
        </w:rPr>
        <w:fldChar w:fldCharType="separate"/>
      </w:r>
      <w:hyperlink w:anchor="_Toc236119491" w:history="1">
        <w:r w:rsidR="00E21B16" w:rsidRPr="00E21B16">
          <w:rPr>
            <w:rStyle w:val="Hyperlink"/>
            <w:noProof/>
          </w:rPr>
          <w:t xml:space="preserve">Lampiran  1 </w:t>
        </w:r>
        <w:r w:rsidR="00E21B16" w:rsidRPr="00E21B16">
          <w:rPr>
            <w:rStyle w:val="Hyperlink"/>
            <w:noProof/>
          </w:rPr>
          <w:tab/>
          <w:t>Kuesioner Penelitian</w:t>
        </w:r>
        <w:r w:rsidR="00E21B16" w:rsidRPr="00E21B16">
          <w:rPr>
            <w:noProof/>
            <w:webHidden/>
          </w:rPr>
          <w:tab/>
        </w:r>
        <w:r w:rsidR="00E21B16" w:rsidRPr="00E21B16">
          <w:rPr>
            <w:noProof/>
            <w:webHidden/>
          </w:rPr>
          <w:tab/>
        </w:r>
        <w:r w:rsidR="00E21B16" w:rsidRPr="00E21B16">
          <w:rPr>
            <w:noProof/>
            <w:webHidden/>
          </w:rPr>
          <w:fldChar w:fldCharType="begin"/>
        </w:r>
        <w:r w:rsidR="00E21B16" w:rsidRPr="00E21B16">
          <w:rPr>
            <w:noProof/>
            <w:webHidden/>
          </w:rPr>
          <w:instrText xml:space="preserve"> PAGEREF _Toc236119491 \h </w:instrText>
        </w:r>
        <w:r w:rsidR="00E21B16" w:rsidRPr="00E21B16">
          <w:rPr>
            <w:noProof/>
            <w:webHidden/>
          </w:rPr>
        </w:r>
        <w:r w:rsidR="00E21B16" w:rsidRPr="00E21B16">
          <w:rPr>
            <w:noProof/>
            <w:webHidden/>
          </w:rPr>
          <w:fldChar w:fldCharType="separate"/>
        </w:r>
        <w:r w:rsidR="00E21B16" w:rsidRPr="00E21B16">
          <w:rPr>
            <w:noProof/>
            <w:webHidden/>
          </w:rPr>
          <w:t>81</w:t>
        </w:r>
        <w:r w:rsidR="00E21B16" w:rsidRPr="00E21B16">
          <w:rPr>
            <w:noProof/>
            <w:webHidden/>
          </w:rPr>
          <w:fldChar w:fldCharType="end"/>
        </w:r>
      </w:hyperlink>
    </w:p>
    <w:p w14:paraId="7BACC9FA" w14:textId="1AACFF23" w:rsidR="00E21B16" w:rsidRP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492" w:history="1">
        <w:r w:rsidRPr="00E21B16">
          <w:rPr>
            <w:rStyle w:val="Hyperlink"/>
            <w:noProof/>
          </w:rPr>
          <w:t xml:space="preserve">Lampiran  2 </w:t>
        </w:r>
        <w:r w:rsidRPr="00E21B16">
          <w:rPr>
            <w:rStyle w:val="Hyperlink"/>
            <w:noProof/>
          </w:rPr>
          <w:tab/>
          <w:t>Data tabulasi lengkap</w:t>
        </w:r>
        <w:r w:rsidRPr="00E21B16">
          <w:rPr>
            <w:noProof/>
            <w:webHidden/>
          </w:rPr>
          <w:tab/>
        </w:r>
        <w:r w:rsidRPr="00E21B16">
          <w:rPr>
            <w:noProof/>
            <w:webHidden/>
          </w:rPr>
          <w:tab/>
        </w:r>
        <w:r w:rsidRPr="00E21B16">
          <w:rPr>
            <w:noProof/>
            <w:webHidden/>
          </w:rPr>
          <w:fldChar w:fldCharType="begin"/>
        </w:r>
        <w:r w:rsidRPr="00E21B16">
          <w:rPr>
            <w:noProof/>
            <w:webHidden/>
          </w:rPr>
          <w:instrText xml:space="preserve"> PAGEREF _Toc236119492 \h </w:instrText>
        </w:r>
        <w:r w:rsidRPr="00E21B16">
          <w:rPr>
            <w:noProof/>
            <w:webHidden/>
          </w:rPr>
        </w:r>
        <w:r w:rsidRPr="00E21B16">
          <w:rPr>
            <w:noProof/>
            <w:webHidden/>
          </w:rPr>
          <w:fldChar w:fldCharType="separate"/>
        </w:r>
        <w:r w:rsidRPr="00E21B16">
          <w:rPr>
            <w:noProof/>
            <w:webHidden/>
          </w:rPr>
          <w:t>85</w:t>
        </w:r>
        <w:r w:rsidRPr="00E21B16">
          <w:rPr>
            <w:noProof/>
            <w:webHidden/>
          </w:rPr>
          <w:fldChar w:fldCharType="end"/>
        </w:r>
      </w:hyperlink>
    </w:p>
    <w:p w14:paraId="2ECD7BF3" w14:textId="29361414" w:rsidR="00E21B16" w:rsidRP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493" w:history="1">
        <w:r w:rsidRPr="00E21B16">
          <w:rPr>
            <w:rStyle w:val="Hyperlink"/>
            <w:noProof/>
          </w:rPr>
          <w:t xml:space="preserve">Lampiran  3 </w:t>
        </w:r>
        <w:r w:rsidRPr="00E21B16">
          <w:rPr>
            <w:rStyle w:val="Hyperlink"/>
            <w:noProof/>
          </w:rPr>
          <w:tab/>
          <w:t>Hasil Output SPSS</w:t>
        </w:r>
        <w:r w:rsidRPr="00E21B16">
          <w:rPr>
            <w:rStyle w:val="Hyperlink"/>
            <w:rFonts w:eastAsia="Arial" w:cs="Times New Roman"/>
            <w:noProof/>
          </w:rPr>
          <w:t xml:space="preserve"> Descriptives</w:t>
        </w:r>
        <w:r w:rsidRPr="00E21B16">
          <w:rPr>
            <w:noProof/>
            <w:webHidden/>
          </w:rPr>
          <w:tab/>
        </w:r>
        <w:r w:rsidRPr="00E21B16">
          <w:rPr>
            <w:noProof/>
            <w:webHidden/>
          </w:rPr>
          <w:tab/>
        </w:r>
        <w:r w:rsidRPr="00E21B16">
          <w:rPr>
            <w:noProof/>
            <w:webHidden/>
          </w:rPr>
          <w:fldChar w:fldCharType="begin"/>
        </w:r>
        <w:r w:rsidRPr="00E21B16">
          <w:rPr>
            <w:noProof/>
            <w:webHidden/>
          </w:rPr>
          <w:instrText xml:space="preserve"> PAGEREF _Toc236119493 \h </w:instrText>
        </w:r>
        <w:r w:rsidRPr="00E21B16">
          <w:rPr>
            <w:noProof/>
            <w:webHidden/>
          </w:rPr>
        </w:r>
        <w:r w:rsidRPr="00E21B16">
          <w:rPr>
            <w:noProof/>
            <w:webHidden/>
          </w:rPr>
          <w:fldChar w:fldCharType="separate"/>
        </w:r>
        <w:r w:rsidRPr="00E21B16">
          <w:rPr>
            <w:noProof/>
            <w:webHidden/>
          </w:rPr>
          <w:t>92</w:t>
        </w:r>
        <w:r w:rsidRPr="00E21B16">
          <w:rPr>
            <w:noProof/>
            <w:webHidden/>
          </w:rPr>
          <w:fldChar w:fldCharType="end"/>
        </w:r>
      </w:hyperlink>
    </w:p>
    <w:p w14:paraId="1C18E422" w14:textId="22AB85BB" w:rsidR="00E21B16" w:rsidRP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494" w:history="1">
        <w:r w:rsidRPr="00E21B16">
          <w:rPr>
            <w:rStyle w:val="Hyperlink"/>
            <w:noProof/>
          </w:rPr>
          <w:t xml:space="preserve">Lampiran  4 </w:t>
        </w:r>
        <w:r w:rsidRPr="00E21B16">
          <w:rPr>
            <w:rStyle w:val="Hyperlink"/>
            <w:noProof/>
          </w:rPr>
          <w:tab/>
          <w:t>Kartu bimbingan skripsi</w:t>
        </w:r>
        <w:r w:rsidRPr="00E21B16">
          <w:rPr>
            <w:noProof/>
            <w:webHidden/>
          </w:rPr>
          <w:tab/>
        </w:r>
        <w:r w:rsidRPr="00E21B16">
          <w:rPr>
            <w:noProof/>
            <w:webHidden/>
          </w:rPr>
          <w:tab/>
        </w:r>
        <w:r w:rsidRPr="00E21B16">
          <w:rPr>
            <w:noProof/>
            <w:webHidden/>
          </w:rPr>
          <w:fldChar w:fldCharType="begin"/>
        </w:r>
        <w:r w:rsidRPr="00E21B16">
          <w:rPr>
            <w:noProof/>
            <w:webHidden/>
          </w:rPr>
          <w:instrText xml:space="preserve"> PAGEREF _Toc236119494 \h </w:instrText>
        </w:r>
        <w:r w:rsidRPr="00E21B16">
          <w:rPr>
            <w:noProof/>
            <w:webHidden/>
          </w:rPr>
        </w:r>
        <w:r w:rsidRPr="00E21B16">
          <w:rPr>
            <w:noProof/>
            <w:webHidden/>
          </w:rPr>
          <w:fldChar w:fldCharType="separate"/>
        </w:r>
        <w:r w:rsidRPr="00E21B16">
          <w:rPr>
            <w:noProof/>
            <w:webHidden/>
          </w:rPr>
          <w:t>104</w:t>
        </w:r>
        <w:r w:rsidRPr="00E21B16">
          <w:rPr>
            <w:noProof/>
            <w:webHidden/>
          </w:rPr>
          <w:fldChar w:fldCharType="end"/>
        </w:r>
      </w:hyperlink>
    </w:p>
    <w:p w14:paraId="01F4B171" w14:textId="21BE756C" w:rsidR="00E21B16" w:rsidRP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495" w:history="1">
        <w:r w:rsidRPr="00E21B16">
          <w:rPr>
            <w:rStyle w:val="Hyperlink"/>
            <w:noProof/>
          </w:rPr>
          <w:t>Lampiran  5</w:t>
        </w:r>
        <w:r w:rsidRPr="00E21B16">
          <w:rPr>
            <w:rStyle w:val="Hyperlink"/>
            <w:noProof/>
          </w:rPr>
          <w:tab/>
          <w:t>Hasil turnitin</w:t>
        </w:r>
        <w:r w:rsidRPr="00E21B16">
          <w:rPr>
            <w:noProof/>
            <w:webHidden/>
          </w:rPr>
          <w:tab/>
        </w:r>
        <w:r w:rsidRPr="00E21B16">
          <w:rPr>
            <w:noProof/>
            <w:webHidden/>
          </w:rPr>
          <w:tab/>
        </w:r>
        <w:r w:rsidRPr="00E21B16">
          <w:rPr>
            <w:noProof/>
            <w:webHidden/>
          </w:rPr>
          <w:fldChar w:fldCharType="begin"/>
        </w:r>
        <w:r w:rsidRPr="00E21B16">
          <w:rPr>
            <w:noProof/>
            <w:webHidden/>
          </w:rPr>
          <w:instrText xml:space="preserve"> PAGEREF _Toc236119495 \h </w:instrText>
        </w:r>
        <w:r w:rsidRPr="00E21B16">
          <w:rPr>
            <w:noProof/>
            <w:webHidden/>
          </w:rPr>
        </w:r>
        <w:r w:rsidRPr="00E21B16">
          <w:rPr>
            <w:noProof/>
            <w:webHidden/>
          </w:rPr>
          <w:fldChar w:fldCharType="separate"/>
        </w:r>
        <w:r w:rsidRPr="00E21B16">
          <w:rPr>
            <w:noProof/>
            <w:webHidden/>
          </w:rPr>
          <w:t>105</w:t>
        </w:r>
        <w:r w:rsidRPr="00E21B16">
          <w:rPr>
            <w:noProof/>
            <w:webHidden/>
          </w:rPr>
          <w:fldChar w:fldCharType="end"/>
        </w:r>
      </w:hyperlink>
    </w:p>
    <w:p w14:paraId="2347DB4C" w14:textId="49998635" w:rsidR="00E21B16" w:rsidRPr="00E21B16" w:rsidRDefault="00E21B16" w:rsidP="00E21B16">
      <w:pPr>
        <w:pStyle w:val="TableofFigures"/>
        <w:spacing w:before="240" w:line="276" w:lineRule="auto"/>
        <w:rPr>
          <w:rFonts w:asciiTheme="minorHAnsi" w:hAnsiTheme="minorHAnsi"/>
          <w:noProof/>
          <w:kern w:val="2"/>
          <w:szCs w:val="24"/>
          <w:lang w:val="en-ID" w:eastAsia="en-ID"/>
          <w14:ligatures w14:val="standardContextual"/>
        </w:rPr>
      </w:pPr>
      <w:hyperlink w:anchor="_Toc236119496" w:history="1">
        <w:r w:rsidRPr="00E21B16">
          <w:rPr>
            <w:rStyle w:val="Hyperlink"/>
            <w:noProof/>
          </w:rPr>
          <w:t xml:space="preserve">Lampiran  6 </w:t>
        </w:r>
        <w:r w:rsidRPr="00E21B16">
          <w:rPr>
            <w:rStyle w:val="Hyperlink"/>
            <w:noProof/>
          </w:rPr>
          <w:tab/>
          <w:t>Daftar riwayat hidup</w:t>
        </w:r>
        <w:r w:rsidRPr="00E21B16">
          <w:rPr>
            <w:noProof/>
            <w:webHidden/>
          </w:rPr>
          <w:tab/>
        </w:r>
        <w:r w:rsidRPr="00E21B16">
          <w:rPr>
            <w:noProof/>
            <w:webHidden/>
          </w:rPr>
          <w:tab/>
        </w:r>
        <w:r w:rsidRPr="00E21B16">
          <w:rPr>
            <w:noProof/>
            <w:webHidden/>
          </w:rPr>
          <w:fldChar w:fldCharType="begin"/>
        </w:r>
        <w:r w:rsidRPr="00E21B16">
          <w:rPr>
            <w:noProof/>
            <w:webHidden/>
          </w:rPr>
          <w:instrText xml:space="preserve"> PAGEREF _Toc236119496 \h </w:instrText>
        </w:r>
        <w:r w:rsidRPr="00E21B16">
          <w:rPr>
            <w:noProof/>
            <w:webHidden/>
          </w:rPr>
        </w:r>
        <w:r w:rsidRPr="00E21B16">
          <w:rPr>
            <w:noProof/>
            <w:webHidden/>
          </w:rPr>
          <w:fldChar w:fldCharType="separate"/>
        </w:r>
        <w:r w:rsidRPr="00E21B16">
          <w:rPr>
            <w:noProof/>
            <w:webHidden/>
          </w:rPr>
          <w:t>106</w:t>
        </w:r>
        <w:r w:rsidRPr="00E21B16">
          <w:rPr>
            <w:noProof/>
            <w:webHidden/>
          </w:rPr>
          <w:fldChar w:fldCharType="end"/>
        </w:r>
      </w:hyperlink>
    </w:p>
    <w:p w14:paraId="22D51489" w14:textId="16B4C2A3" w:rsidR="00DB23A7" w:rsidRPr="002543DC" w:rsidRDefault="0089380E" w:rsidP="0060471F">
      <w:pPr>
        <w:spacing w:line="360" w:lineRule="auto"/>
        <w:rPr>
          <w:rFonts w:cs="Times New Roman"/>
          <w:szCs w:val="24"/>
        </w:rPr>
        <w:sectPr w:rsidR="00DB23A7" w:rsidRPr="002543DC" w:rsidSect="00E855B2">
          <w:headerReference w:type="default" r:id="rId9"/>
          <w:footerReference w:type="default" r:id="rId10"/>
          <w:headerReference w:type="first" r:id="rId11"/>
          <w:pgSz w:w="11906" w:h="16838" w:code="9"/>
          <w:pgMar w:top="2268" w:right="1701" w:bottom="1701" w:left="2268" w:header="720" w:footer="720" w:gutter="0"/>
          <w:pgNumType w:fmt="lowerRoman" w:start="2"/>
          <w:cols w:space="720"/>
          <w:docGrid w:linePitch="360"/>
        </w:sectPr>
      </w:pPr>
      <w:r w:rsidRPr="00E21B16">
        <w:rPr>
          <w:rFonts w:cs="Times New Roman"/>
          <w:szCs w:val="24"/>
        </w:rPr>
        <w:fldChar w:fldCharType="end"/>
      </w:r>
    </w:p>
    <w:p w14:paraId="3BA8E5EA" w14:textId="77777777" w:rsidR="008B7437" w:rsidRDefault="008B7437"/>
    <w:sectPr w:rsidR="008B7437" w:rsidSect="005139C1">
      <w:headerReference w:type="default" r:id="rId12"/>
      <w:footerReference w:type="default" r:id="rId13"/>
      <w:footerReference w:type="first" r:id="rId14"/>
      <w:pgSz w:w="11906" w:h="16838" w:code="9"/>
      <w:pgMar w:top="2268" w:right="1701" w:bottom="1701" w:left="2268" w:header="720" w:footer="720"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71CE" w14:textId="77777777" w:rsidR="008B7437" w:rsidRDefault="008B7437" w:rsidP="00115031">
      <w:pPr>
        <w:spacing w:after="0" w:line="240" w:lineRule="auto"/>
      </w:pPr>
      <w:r>
        <w:separator/>
      </w:r>
    </w:p>
  </w:endnote>
  <w:endnote w:type="continuationSeparator" w:id="0">
    <w:p w14:paraId="597C6453" w14:textId="77777777" w:rsidR="008B7437" w:rsidRDefault="008B7437" w:rsidP="0011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247799"/>
      <w:docPartObj>
        <w:docPartGallery w:val="Page Numbers (Bottom of Page)"/>
        <w:docPartUnique/>
      </w:docPartObj>
    </w:sdtPr>
    <w:sdtEndPr>
      <w:rPr>
        <w:noProof/>
      </w:rPr>
    </w:sdtEndPr>
    <w:sdtContent>
      <w:p w14:paraId="27979890" w14:textId="77777777" w:rsidR="002466EC" w:rsidRDefault="002466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C49789" w14:textId="77777777" w:rsidR="005139C1" w:rsidRDefault="00513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DC79" w14:textId="77777777" w:rsidR="005139C1" w:rsidRDefault="005139C1">
    <w:pPr>
      <w:pStyle w:val="Footer"/>
      <w:jc w:val="center"/>
    </w:pPr>
  </w:p>
  <w:p w14:paraId="6A85F355" w14:textId="77777777" w:rsidR="00115031" w:rsidRDefault="001150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282796"/>
      <w:docPartObj>
        <w:docPartGallery w:val="Page Numbers (Bottom of Page)"/>
        <w:docPartUnique/>
      </w:docPartObj>
    </w:sdtPr>
    <w:sdtEndPr>
      <w:rPr>
        <w:noProof/>
      </w:rPr>
    </w:sdtEndPr>
    <w:sdtContent>
      <w:p w14:paraId="6CC71E17" w14:textId="77777777" w:rsidR="005139C1" w:rsidRDefault="005139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DA53EA" w14:textId="77777777" w:rsidR="005139C1" w:rsidRDefault="00513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1FF8" w14:textId="77777777" w:rsidR="008B7437" w:rsidRDefault="008B7437" w:rsidP="00115031">
      <w:pPr>
        <w:spacing w:after="0" w:line="240" w:lineRule="auto"/>
      </w:pPr>
      <w:r>
        <w:separator/>
      </w:r>
    </w:p>
  </w:footnote>
  <w:footnote w:type="continuationSeparator" w:id="0">
    <w:p w14:paraId="255DD358" w14:textId="77777777" w:rsidR="008B7437" w:rsidRDefault="008B7437" w:rsidP="00115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E2CD" w14:textId="77777777" w:rsidR="00E855B2" w:rsidRDefault="00E855B2">
    <w:pPr>
      <w:pStyle w:val="Header"/>
      <w:jc w:val="right"/>
    </w:pPr>
  </w:p>
  <w:p w14:paraId="2448ABB7" w14:textId="77777777" w:rsidR="005139C1" w:rsidRDefault="00513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23E3" w14:textId="77777777" w:rsidR="005139C1" w:rsidRDefault="00513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916085"/>
      <w:docPartObj>
        <w:docPartGallery w:val="Page Numbers (Top of Page)"/>
        <w:docPartUnique/>
      </w:docPartObj>
    </w:sdtPr>
    <w:sdtEndPr>
      <w:rPr>
        <w:noProof/>
      </w:rPr>
    </w:sdtEndPr>
    <w:sdtContent>
      <w:p w14:paraId="442D64E2" w14:textId="77777777" w:rsidR="00F45A40" w:rsidRDefault="00F45A40">
        <w:pPr>
          <w:pStyle w:val="Header"/>
          <w:jc w:val="right"/>
        </w:pPr>
      </w:p>
      <w:p w14:paraId="1C840473" w14:textId="77777777" w:rsidR="00F45A40" w:rsidRDefault="00000000" w:rsidP="00F45A40">
        <w:pPr>
          <w:pStyle w:val="Header"/>
          <w:jc w:val="center"/>
        </w:pPr>
      </w:p>
    </w:sdtContent>
  </w:sdt>
  <w:p w14:paraId="0FAB7B29" w14:textId="77777777" w:rsidR="006F1153" w:rsidRDefault="006F1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D24297"/>
    <w:multiLevelType w:val="hybridMultilevel"/>
    <w:tmpl w:val="135E6FDE"/>
    <w:lvl w:ilvl="0" w:tplc="3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7532917"/>
    <w:multiLevelType w:val="hybridMultilevel"/>
    <w:tmpl w:val="0C825C88"/>
    <w:lvl w:ilvl="0" w:tplc="43D4A1CA">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A7F60A8"/>
    <w:multiLevelType w:val="hybridMultilevel"/>
    <w:tmpl w:val="BB86866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0D285A13"/>
    <w:multiLevelType w:val="hybridMultilevel"/>
    <w:tmpl w:val="8FCAC4E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0F76468E"/>
    <w:multiLevelType w:val="hybridMultilevel"/>
    <w:tmpl w:val="48D6A9A2"/>
    <w:lvl w:ilvl="0" w:tplc="934C32AE">
      <w:start w:val="1"/>
      <w:numFmt w:val="decimal"/>
      <w:lvlText w:val="1.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69E4E87"/>
    <w:multiLevelType w:val="hybridMultilevel"/>
    <w:tmpl w:val="98D0F3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6CF3C7F"/>
    <w:multiLevelType w:val="hybridMultilevel"/>
    <w:tmpl w:val="C4B4C1BE"/>
    <w:lvl w:ilvl="0" w:tplc="43D4A1CA">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A55992"/>
    <w:multiLevelType w:val="hybridMultilevel"/>
    <w:tmpl w:val="01CEABB2"/>
    <w:lvl w:ilvl="0" w:tplc="43D4A1CA">
      <w:start w:val="1"/>
      <w:numFmt w:val="lowerLetter"/>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4" w15:restartNumberingAfterBreak="0">
    <w:nsid w:val="1B0E1F0B"/>
    <w:multiLevelType w:val="hybridMultilevel"/>
    <w:tmpl w:val="2E18B78E"/>
    <w:lvl w:ilvl="0" w:tplc="3D6EF842">
      <w:start w:val="1"/>
      <w:numFmt w:val="decimal"/>
      <w:lvlText w:val="1.%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1BBF36F8"/>
    <w:multiLevelType w:val="hybridMultilevel"/>
    <w:tmpl w:val="BAFCDCDA"/>
    <w:lvl w:ilvl="0" w:tplc="8244FDC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0577354"/>
    <w:multiLevelType w:val="hybridMultilevel"/>
    <w:tmpl w:val="643CC7A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2529511E"/>
    <w:multiLevelType w:val="multilevel"/>
    <w:tmpl w:val="C9741A9C"/>
    <w:lvl w:ilvl="0">
      <w:start w:val="1"/>
      <w:numFmt w:val="decimal"/>
      <w:lvlText w:val="%1."/>
      <w:lvlJc w:val="left"/>
      <w:pPr>
        <w:ind w:left="786"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18" w15:restartNumberingAfterBreak="0">
    <w:nsid w:val="28027C3C"/>
    <w:multiLevelType w:val="hybridMultilevel"/>
    <w:tmpl w:val="DC564E9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C5F7F6D"/>
    <w:multiLevelType w:val="hybridMultilevel"/>
    <w:tmpl w:val="B69876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43D523C"/>
    <w:multiLevelType w:val="hybridMultilevel"/>
    <w:tmpl w:val="F9886F7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D604814"/>
    <w:multiLevelType w:val="hybridMultilevel"/>
    <w:tmpl w:val="F8B03C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FD504FC"/>
    <w:multiLevelType w:val="hybridMultilevel"/>
    <w:tmpl w:val="C7FED71C"/>
    <w:lvl w:ilvl="0" w:tplc="E9C23FE8">
      <w:start w:val="1"/>
      <w:numFmt w:val="decimal"/>
      <w:lvlText w:val="%1."/>
      <w:lvlJc w:val="left"/>
      <w:pPr>
        <w:ind w:left="720" w:hanging="360"/>
      </w:pPr>
    </w:lvl>
    <w:lvl w:ilvl="1" w:tplc="19367442">
      <w:numFmt w:val="decimal"/>
      <w:lvlText w:val=""/>
      <w:lvlJc w:val="left"/>
    </w:lvl>
    <w:lvl w:ilvl="2" w:tplc="67FA395A">
      <w:numFmt w:val="decimal"/>
      <w:lvlText w:val=""/>
      <w:lvlJc w:val="left"/>
    </w:lvl>
    <w:lvl w:ilvl="3" w:tplc="BC04932C">
      <w:numFmt w:val="decimal"/>
      <w:lvlText w:val=""/>
      <w:lvlJc w:val="left"/>
    </w:lvl>
    <w:lvl w:ilvl="4" w:tplc="90906480">
      <w:numFmt w:val="decimal"/>
      <w:lvlText w:val=""/>
      <w:lvlJc w:val="left"/>
    </w:lvl>
    <w:lvl w:ilvl="5" w:tplc="E0441222">
      <w:numFmt w:val="decimal"/>
      <w:lvlText w:val=""/>
      <w:lvlJc w:val="left"/>
    </w:lvl>
    <w:lvl w:ilvl="6" w:tplc="283E270E">
      <w:numFmt w:val="decimal"/>
      <w:lvlText w:val=""/>
      <w:lvlJc w:val="left"/>
    </w:lvl>
    <w:lvl w:ilvl="7" w:tplc="BA7A868C">
      <w:numFmt w:val="decimal"/>
      <w:lvlText w:val=""/>
      <w:lvlJc w:val="left"/>
    </w:lvl>
    <w:lvl w:ilvl="8" w:tplc="2AEAC11C">
      <w:numFmt w:val="decimal"/>
      <w:lvlText w:val=""/>
      <w:lvlJc w:val="left"/>
    </w:lvl>
  </w:abstractNum>
  <w:abstractNum w:abstractNumId="23" w15:restartNumberingAfterBreak="0">
    <w:nsid w:val="4420382F"/>
    <w:multiLevelType w:val="hybridMultilevel"/>
    <w:tmpl w:val="295884A2"/>
    <w:lvl w:ilvl="0" w:tplc="497A4DB0">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D185068"/>
    <w:multiLevelType w:val="hybridMultilevel"/>
    <w:tmpl w:val="1184635E"/>
    <w:lvl w:ilvl="0" w:tplc="224882A6">
      <w:start w:val="1"/>
      <w:numFmt w:val="decimal"/>
      <w:lvlText w:val="4.2.%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D394617"/>
    <w:multiLevelType w:val="multilevel"/>
    <w:tmpl w:val="44920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1361AD"/>
    <w:multiLevelType w:val="hybridMultilevel"/>
    <w:tmpl w:val="767CE7A0"/>
    <w:lvl w:ilvl="0" w:tplc="3809000F">
      <w:start w:val="1"/>
      <w:numFmt w:val="decimal"/>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7" w15:restartNumberingAfterBreak="0">
    <w:nsid w:val="56D86891"/>
    <w:multiLevelType w:val="hybridMultilevel"/>
    <w:tmpl w:val="2ACE6B8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8AF0535"/>
    <w:multiLevelType w:val="hybridMultilevel"/>
    <w:tmpl w:val="64E2C7D6"/>
    <w:lvl w:ilvl="0" w:tplc="43D4A1CA">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A397A09"/>
    <w:multiLevelType w:val="multilevel"/>
    <w:tmpl w:val="3FF4D60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F6845"/>
    <w:multiLevelType w:val="hybridMultilevel"/>
    <w:tmpl w:val="D624CA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B772138"/>
    <w:multiLevelType w:val="hybridMultilevel"/>
    <w:tmpl w:val="0D1A07BE"/>
    <w:lvl w:ilvl="0" w:tplc="8760D934">
      <w:start w:val="1"/>
      <w:numFmt w:val="decimal"/>
      <w:lvlText w:val="4.1.%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C351CF0"/>
    <w:multiLevelType w:val="hybridMultilevel"/>
    <w:tmpl w:val="EC54EBB0"/>
    <w:lvl w:ilvl="0" w:tplc="3E62B5BA">
      <w:start w:val="1"/>
      <w:numFmt w:val="decimal"/>
      <w:lvlText w:val="3.7.%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5245155"/>
    <w:multiLevelType w:val="multilevel"/>
    <w:tmpl w:val="3FF4D60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035707"/>
    <w:multiLevelType w:val="hybridMultilevel"/>
    <w:tmpl w:val="D22688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7E50E16"/>
    <w:multiLevelType w:val="hybridMultilevel"/>
    <w:tmpl w:val="29FC2144"/>
    <w:lvl w:ilvl="0" w:tplc="C0F86D3A">
      <w:start w:val="1"/>
      <w:numFmt w:val="decimal"/>
      <w:lvlText w:val="2.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8C92A38"/>
    <w:multiLevelType w:val="hybridMultilevel"/>
    <w:tmpl w:val="E6A627B6"/>
    <w:lvl w:ilvl="0" w:tplc="43D4A1CA">
      <w:start w:val="1"/>
      <w:numFmt w:val="lowerLetter"/>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7" w15:restartNumberingAfterBreak="0">
    <w:nsid w:val="6B3C37E8"/>
    <w:multiLevelType w:val="hybridMultilevel"/>
    <w:tmpl w:val="BFE64C44"/>
    <w:lvl w:ilvl="0" w:tplc="118472FE">
      <w:start w:val="1"/>
      <w:numFmt w:val="decimal"/>
      <w:lvlText w:val="3.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BC76D43"/>
    <w:multiLevelType w:val="hybridMultilevel"/>
    <w:tmpl w:val="A02EB5DA"/>
    <w:lvl w:ilvl="0" w:tplc="3809000F">
      <w:start w:val="1"/>
      <w:numFmt w:val="decimal"/>
      <w:lvlText w:val="%1."/>
      <w:lvlJc w:val="left"/>
      <w:pPr>
        <w:ind w:left="720" w:hanging="360"/>
      </w:pPr>
    </w:lvl>
    <w:lvl w:ilvl="1" w:tplc="FFFFFFFF">
      <w:start w:val="1"/>
      <w:numFmt w:val="decimal"/>
      <w:lvlText w:val="%2."/>
      <w:lvlJc w:val="left"/>
      <w:pPr>
        <w:ind w:left="157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2C1990"/>
    <w:multiLevelType w:val="hybridMultilevel"/>
    <w:tmpl w:val="663802DA"/>
    <w:lvl w:ilvl="0" w:tplc="EF4CF6E6">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C443600"/>
    <w:multiLevelType w:val="hybridMultilevel"/>
    <w:tmpl w:val="6C2AF31C"/>
    <w:lvl w:ilvl="0" w:tplc="2EC8FB28">
      <w:start w:val="1"/>
      <w:numFmt w:val="decimal"/>
      <w:lvlText w:val="4.%1"/>
      <w:lvlJc w:val="left"/>
      <w:pPr>
        <w:ind w:left="1080" w:hanging="360"/>
      </w:pPr>
      <w:rPr>
        <w:rFonts w:hint="default"/>
      </w:rPr>
    </w:lvl>
    <w:lvl w:ilvl="1" w:tplc="0CC40750">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6E0D29AA"/>
    <w:multiLevelType w:val="hybridMultilevel"/>
    <w:tmpl w:val="62A0EB16"/>
    <w:lvl w:ilvl="0" w:tplc="43D4A1CA">
      <w:start w:val="1"/>
      <w:numFmt w:val="lowerLetter"/>
      <w:lvlText w:val="%1."/>
      <w:lvlJc w:val="left"/>
      <w:pPr>
        <w:ind w:left="1353" w:hanging="360"/>
      </w:pPr>
    </w:lvl>
    <w:lvl w:ilvl="1" w:tplc="FFFFFFFF">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2" w15:restartNumberingAfterBreak="0">
    <w:nsid w:val="701654C8"/>
    <w:multiLevelType w:val="hybridMultilevel"/>
    <w:tmpl w:val="A2A8A9A8"/>
    <w:lvl w:ilvl="0" w:tplc="3809000F">
      <w:start w:val="1"/>
      <w:numFmt w:val="decimal"/>
      <w:lvlText w:val="%1."/>
      <w:lvlJc w:val="left"/>
      <w:pPr>
        <w:ind w:left="1572" w:hanging="360"/>
      </w:pPr>
    </w:lvl>
    <w:lvl w:ilvl="1" w:tplc="38090019" w:tentative="1">
      <w:start w:val="1"/>
      <w:numFmt w:val="lowerLetter"/>
      <w:lvlText w:val="%2."/>
      <w:lvlJc w:val="left"/>
      <w:pPr>
        <w:ind w:left="2292" w:hanging="360"/>
      </w:pPr>
    </w:lvl>
    <w:lvl w:ilvl="2" w:tplc="3809001B" w:tentative="1">
      <w:start w:val="1"/>
      <w:numFmt w:val="lowerRoman"/>
      <w:lvlText w:val="%3."/>
      <w:lvlJc w:val="right"/>
      <w:pPr>
        <w:ind w:left="3012" w:hanging="180"/>
      </w:pPr>
    </w:lvl>
    <w:lvl w:ilvl="3" w:tplc="3809000F" w:tentative="1">
      <w:start w:val="1"/>
      <w:numFmt w:val="decimal"/>
      <w:lvlText w:val="%4."/>
      <w:lvlJc w:val="left"/>
      <w:pPr>
        <w:ind w:left="3732" w:hanging="360"/>
      </w:pPr>
    </w:lvl>
    <w:lvl w:ilvl="4" w:tplc="38090019" w:tentative="1">
      <w:start w:val="1"/>
      <w:numFmt w:val="lowerLetter"/>
      <w:lvlText w:val="%5."/>
      <w:lvlJc w:val="left"/>
      <w:pPr>
        <w:ind w:left="4452" w:hanging="360"/>
      </w:pPr>
    </w:lvl>
    <w:lvl w:ilvl="5" w:tplc="3809001B" w:tentative="1">
      <w:start w:val="1"/>
      <w:numFmt w:val="lowerRoman"/>
      <w:lvlText w:val="%6."/>
      <w:lvlJc w:val="right"/>
      <w:pPr>
        <w:ind w:left="5172" w:hanging="180"/>
      </w:pPr>
    </w:lvl>
    <w:lvl w:ilvl="6" w:tplc="3809000F" w:tentative="1">
      <w:start w:val="1"/>
      <w:numFmt w:val="decimal"/>
      <w:lvlText w:val="%7."/>
      <w:lvlJc w:val="left"/>
      <w:pPr>
        <w:ind w:left="5892" w:hanging="360"/>
      </w:pPr>
    </w:lvl>
    <w:lvl w:ilvl="7" w:tplc="38090019" w:tentative="1">
      <w:start w:val="1"/>
      <w:numFmt w:val="lowerLetter"/>
      <w:lvlText w:val="%8."/>
      <w:lvlJc w:val="left"/>
      <w:pPr>
        <w:ind w:left="6612" w:hanging="360"/>
      </w:pPr>
    </w:lvl>
    <w:lvl w:ilvl="8" w:tplc="3809001B" w:tentative="1">
      <w:start w:val="1"/>
      <w:numFmt w:val="lowerRoman"/>
      <w:lvlText w:val="%9."/>
      <w:lvlJc w:val="right"/>
      <w:pPr>
        <w:ind w:left="7332" w:hanging="180"/>
      </w:pPr>
    </w:lvl>
  </w:abstractNum>
  <w:abstractNum w:abstractNumId="43" w15:restartNumberingAfterBreak="0">
    <w:nsid w:val="7090244E"/>
    <w:multiLevelType w:val="hybridMultilevel"/>
    <w:tmpl w:val="D2E41580"/>
    <w:lvl w:ilvl="0" w:tplc="3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AF734D"/>
    <w:multiLevelType w:val="hybridMultilevel"/>
    <w:tmpl w:val="55C6134A"/>
    <w:lvl w:ilvl="0" w:tplc="38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7E4312C"/>
    <w:multiLevelType w:val="hybridMultilevel"/>
    <w:tmpl w:val="51CC933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C627F79"/>
    <w:multiLevelType w:val="hybridMultilevel"/>
    <w:tmpl w:val="80DAC3B2"/>
    <w:lvl w:ilvl="0" w:tplc="F7BEC2C4">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F386E05"/>
    <w:multiLevelType w:val="hybridMultilevel"/>
    <w:tmpl w:val="6C0456DC"/>
    <w:lvl w:ilvl="0" w:tplc="527025A2">
      <w:start w:val="1"/>
      <w:numFmt w:val="decimal"/>
      <w:lvlText w:val="2.2.%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336345861">
    <w:abstractNumId w:val="5"/>
  </w:num>
  <w:num w:numId="2" w16cid:durableId="727806014">
    <w:abstractNumId w:val="3"/>
  </w:num>
  <w:num w:numId="3" w16cid:durableId="424419616">
    <w:abstractNumId w:val="2"/>
  </w:num>
  <w:num w:numId="4" w16cid:durableId="1242174770">
    <w:abstractNumId w:val="4"/>
  </w:num>
  <w:num w:numId="5" w16cid:durableId="659847752">
    <w:abstractNumId w:val="1"/>
  </w:num>
  <w:num w:numId="6" w16cid:durableId="589579867">
    <w:abstractNumId w:val="0"/>
  </w:num>
  <w:num w:numId="7" w16cid:durableId="1342589459">
    <w:abstractNumId w:val="9"/>
  </w:num>
  <w:num w:numId="8" w16cid:durableId="1269971372">
    <w:abstractNumId w:val="15"/>
  </w:num>
  <w:num w:numId="9" w16cid:durableId="777531644">
    <w:abstractNumId w:val="42"/>
  </w:num>
  <w:num w:numId="10" w16cid:durableId="224613239">
    <w:abstractNumId w:val="26"/>
  </w:num>
  <w:num w:numId="11" w16cid:durableId="825167415">
    <w:abstractNumId w:val="10"/>
  </w:num>
  <w:num w:numId="12" w16cid:durableId="602150547">
    <w:abstractNumId w:val="44"/>
  </w:num>
  <w:num w:numId="13" w16cid:durableId="436751088">
    <w:abstractNumId w:val="22"/>
    <w:lvlOverride w:ilvl="0">
      <w:startOverride w:val="1"/>
    </w:lvlOverride>
  </w:num>
  <w:num w:numId="14" w16cid:durableId="912544788">
    <w:abstractNumId w:val="30"/>
  </w:num>
  <w:num w:numId="15" w16cid:durableId="332344429">
    <w:abstractNumId w:val="14"/>
  </w:num>
  <w:num w:numId="16" w16cid:durableId="1477837360">
    <w:abstractNumId w:val="18"/>
  </w:num>
  <w:num w:numId="17" w16cid:durableId="1651061627">
    <w:abstractNumId w:val="20"/>
  </w:num>
  <w:num w:numId="18" w16cid:durableId="1009874257">
    <w:abstractNumId w:val="17"/>
  </w:num>
  <w:num w:numId="19" w16cid:durableId="1857500826">
    <w:abstractNumId w:val="46"/>
  </w:num>
  <w:num w:numId="20" w16cid:durableId="182715027">
    <w:abstractNumId w:val="47"/>
  </w:num>
  <w:num w:numId="21" w16cid:durableId="801386324">
    <w:abstractNumId w:val="45"/>
  </w:num>
  <w:num w:numId="22" w16cid:durableId="1179155499">
    <w:abstractNumId w:val="27"/>
  </w:num>
  <w:num w:numId="23" w16cid:durableId="1617521349">
    <w:abstractNumId w:val="35"/>
  </w:num>
  <w:num w:numId="24" w16cid:durableId="1620381691">
    <w:abstractNumId w:val="23"/>
  </w:num>
  <w:num w:numId="25" w16cid:durableId="1692949334">
    <w:abstractNumId w:val="38"/>
  </w:num>
  <w:num w:numId="26" w16cid:durableId="13389504">
    <w:abstractNumId w:val="37"/>
  </w:num>
  <w:num w:numId="27" w16cid:durableId="332875766">
    <w:abstractNumId w:val="32"/>
  </w:num>
  <w:num w:numId="28" w16cid:durableId="614824336">
    <w:abstractNumId w:val="40"/>
  </w:num>
  <w:num w:numId="29" w16cid:durableId="205264845">
    <w:abstractNumId w:val="31"/>
  </w:num>
  <w:num w:numId="30" w16cid:durableId="1539852771">
    <w:abstractNumId w:val="24"/>
  </w:num>
  <w:num w:numId="31" w16cid:durableId="1169979465">
    <w:abstractNumId w:val="39"/>
  </w:num>
  <w:num w:numId="32" w16cid:durableId="665744311">
    <w:abstractNumId w:val="7"/>
  </w:num>
  <w:num w:numId="33" w16cid:durableId="683478871">
    <w:abstractNumId w:val="16"/>
  </w:num>
  <w:num w:numId="34" w16cid:durableId="769278346">
    <w:abstractNumId w:val="8"/>
  </w:num>
  <w:num w:numId="35" w16cid:durableId="1030103482">
    <w:abstractNumId w:val="25"/>
  </w:num>
  <w:num w:numId="36" w16cid:durableId="1390496270">
    <w:abstractNumId w:val="33"/>
  </w:num>
  <w:num w:numId="37" w16cid:durableId="807551954">
    <w:abstractNumId w:val="11"/>
  </w:num>
  <w:num w:numId="38" w16cid:durableId="1341733321">
    <w:abstractNumId w:val="6"/>
  </w:num>
  <w:num w:numId="39" w16cid:durableId="132137748">
    <w:abstractNumId w:val="13"/>
  </w:num>
  <w:num w:numId="40" w16cid:durableId="350379240">
    <w:abstractNumId w:val="36"/>
  </w:num>
  <w:num w:numId="41" w16cid:durableId="192690731">
    <w:abstractNumId w:val="41"/>
  </w:num>
  <w:num w:numId="42" w16cid:durableId="443354924">
    <w:abstractNumId w:val="12"/>
  </w:num>
  <w:num w:numId="43" w16cid:durableId="2102413558">
    <w:abstractNumId w:val="28"/>
  </w:num>
  <w:num w:numId="44" w16cid:durableId="1881741215">
    <w:abstractNumId w:val="34"/>
  </w:num>
  <w:num w:numId="45" w16cid:durableId="98917396">
    <w:abstractNumId w:val="19"/>
  </w:num>
  <w:num w:numId="46" w16cid:durableId="630403937">
    <w:abstractNumId w:val="21"/>
  </w:num>
  <w:num w:numId="47" w16cid:durableId="60180990">
    <w:abstractNumId w:val="43"/>
  </w:num>
  <w:num w:numId="48" w16cid:durableId="1911883513">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36D"/>
    <w:rsid w:val="00017538"/>
    <w:rsid w:val="00017594"/>
    <w:rsid w:val="00025188"/>
    <w:rsid w:val="00030CC6"/>
    <w:rsid w:val="00034161"/>
    <w:rsid w:val="00034616"/>
    <w:rsid w:val="00036F15"/>
    <w:rsid w:val="000476B9"/>
    <w:rsid w:val="00050C18"/>
    <w:rsid w:val="00055398"/>
    <w:rsid w:val="0006063C"/>
    <w:rsid w:val="00066074"/>
    <w:rsid w:val="00074664"/>
    <w:rsid w:val="00087F68"/>
    <w:rsid w:val="00094C40"/>
    <w:rsid w:val="00097254"/>
    <w:rsid w:val="000A10D1"/>
    <w:rsid w:val="000B6322"/>
    <w:rsid w:val="000C13DC"/>
    <w:rsid w:val="000C4B99"/>
    <w:rsid w:val="000C4F2A"/>
    <w:rsid w:val="000E2A89"/>
    <w:rsid w:val="000F7DFC"/>
    <w:rsid w:val="00106734"/>
    <w:rsid w:val="00111F86"/>
    <w:rsid w:val="00115031"/>
    <w:rsid w:val="00116A97"/>
    <w:rsid w:val="0012465B"/>
    <w:rsid w:val="00125931"/>
    <w:rsid w:val="0014189F"/>
    <w:rsid w:val="001441CE"/>
    <w:rsid w:val="001443B1"/>
    <w:rsid w:val="0015074B"/>
    <w:rsid w:val="001517F4"/>
    <w:rsid w:val="00160EA3"/>
    <w:rsid w:val="00173159"/>
    <w:rsid w:val="00187D8B"/>
    <w:rsid w:val="001A091C"/>
    <w:rsid w:val="001B28A5"/>
    <w:rsid w:val="001B34D9"/>
    <w:rsid w:val="001C1453"/>
    <w:rsid w:val="001E295C"/>
    <w:rsid w:val="001E3041"/>
    <w:rsid w:val="001F1499"/>
    <w:rsid w:val="001F4CB5"/>
    <w:rsid w:val="0020563D"/>
    <w:rsid w:val="00224D22"/>
    <w:rsid w:val="00231209"/>
    <w:rsid w:val="00234C2A"/>
    <w:rsid w:val="00245DE7"/>
    <w:rsid w:val="002466EC"/>
    <w:rsid w:val="00247A42"/>
    <w:rsid w:val="00252508"/>
    <w:rsid w:val="002543DC"/>
    <w:rsid w:val="00255425"/>
    <w:rsid w:val="002673F1"/>
    <w:rsid w:val="00267C4B"/>
    <w:rsid w:val="0029639D"/>
    <w:rsid w:val="002A3CD1"/>
    <w:rsid w:val="002A7607"/>
    <w:rsid w:val="002B0144"/>
    <w:rsid w:val="002B3678"/>
    <w:rsid w:val="002B3845"/>
    <w:rsid w:val="002B3F15"/>
    <w:rsid w:val="002B6639"/>
    <w:rsid w:val="002D5795"/>
    <w:rsid w:val="002D7539"/>
    <w:rsid w:val="002E65AE"/>
    <w:rsid w:val="002E7028"/>
    <w:rsid w:val="002F5547"/>
    <w:rsid w:val="00304C4D"/>
    <w:rsid w:val="0030663D"/>
    <w:rsid w:val="003113DC"/>
    <w:rsid w:val="00314DB3"/>
    <w:rsid w:val="00326F90"/>
    <w:rsid w:val="00335A20"/>
    <w:rsid w:val="00337362"/>
    <w:rsid w:val="0033756B"/>
    <w:rsid w:val="00344C55"/>
    <w:rsid w:val="003477CE"/>
    <w:rsid w:val="00351F00"/>
    <w:rsid w:val="003525FD"/>
    <w:rsid w:val="003556A8"/>
    <w:rsid w:val="00362B73"/>
    <w:rsid w:val="00380BE7"/>
    <w:rsid w:val="00390E43"/>
    <w:rsid w:val="00393434"/>
    <w:rsid w:val="003947CB"/>
    <w:rsid w:val="003A513A"/>
    <w:rsid w:val="003D6868"/>
    <w:rsid w:val="00402387"/>
    <w:rsid w:val="00405EFD"/>
    <w:rsid w:val="00410836"/>
    <w:rsid w:val="00421438"/>
    <w:rsid w:val="0042248C"/>
    <w:rsid w:val="00424910"/>
    <w:rsid w:val="00437FE6"/>
    <w:rsid w:val="00447D3E"/>
    <w:rsid w:val="004538D1"/>
    <w:rsid w:val="004553FC"/>
    <w:rsid w:val="004576AA"/>
    <w:rsid w:val="0046384C"/>
    <w:rsid w:val="00470A21"/>
    <w:rsid w:val="004844FF"/>
    <w:rsid w:val="00492BBC"/>
    <w:rsid w:val="00497A14"/>
    <w:rsid w:val="004B4EDE"/>
    <w:rsid w:val="004C0FC3"/>
    <w:rsid w:val="004C13FC"/>
    <w:rsid w:val="004D5AE8"/>
    <w:rsid w:val="004E0F73"/>
    <w:rsid w:val="004E3579"/>
    <w:rsid w:val="004E5BF8"/>
    <w:rsid w:val="004F09AC"/>
    <w:rsid w:val="004F2CDD"/>
    <w:rsid w:val="004F791A"/>
    <w:rsid w:val="005043E8"/>
    <w:rsid w:val="005139C1"/>
    <w:rsid w:val="005227B6"/>
    <w:rsid w:val="005277EE"/>
    <w:rsid w:val="00532956"/>
    <w:rsid w:val="0053444A"/>
    <w:rsid w:val="00544630"/>
    <w:rsid w:val="00547BD9"/>
    <w:rsid w:val="0055488B"/>
    <w:rsid w:val="00557A0D"/>
    <w:rsid w:val="00557D51"/>
    <w:rsid w:val="00560EA1"/>
    <w:rsid w:val="00563049"/>
    <w:rsid w:val="00564727"/>
    <w:rsid w:val="00564ACB"/>
    <w:rsid w:val="00564F4D"/>
    <w:rsid w:val="00580C2F"/>
    <w:rsid w:val="005824EF"/>
    <w:rsid w:val="0059162F"/>
    <w:rsid w:val="0059450D"/>
    <w:rsid w:val="00595534"/>
    <w:rsid w:val="005971C1"/>
    <w:rsid w:val="00597757"/>
    <w:rsid w:val="005A5876"/>
    <w:rsid w:val="005A678C"/>
    <w:rsid w:val="005C415F"/>
    <w:rsid w:val="005C527C"/>
    <w:rsid w:val="005D3A80"/>
    <w:rsid w:val="005E2842"/>
    <w:rsid w:val="005E2B9D"/>
    <w:rsid w:val="0060471F"/>
    <w:rsid w:val="0061054F"/>
    <w:rsid w:val="0061645D"/>
    <w:rsid w:val="00617F57"/>
    <w:rsid w:val="00636A2B"/>
    <w:rsid w:val="00640193"/>
    <w:rsid w:val="0065089B"/>
    <w:rsid w:val="00650EE0"/>
    <w:rsid w:val="00651856"/>
    <w:rsid w:val="00690987"/>
    <w:rsid w:val="00696D18"/>
    <w:rsid w:val="006A00B8"/>
    <w:rsid w:val="006A0444"/>
    <w:rsid w:val="006B52AB"/>
    <w:rsid w:val="006C2C05"/>
    <w:rsid w:val="006C5B6F"/>
    <w:rsid w:val="006C74D7"/>
    <w:rsid w:val="006D0FA7"/>
    <w:rsid w:val="006E22CD"/>
    <w:rsid w:val="006E5E67"/>
    <w:rsid w:val="006F1153"/>
    <w:rsid w:val="006F256D"/>
    <w:rsid w:val="006F4B04"/>
    <w:rsid w:val="00702D32"/>
    <w:rsid w:val="00706460"/>
    <w:rsid w:val="007338DA"/>
    <w:rsid w:val="00750E7F"/>
    <w:rsid w:val="00757AF1"/>
    <w:rsid w:val="007602A9"/>
    <w:rsid w:val="0076057C"/>
    <w:rsid w:val="00767045"/>
    <w:rsid w:val="00775382"/>
    <w:rsid w:val="0079556C"/>
    <w:rsid w:val="007A62A9"/>
    <w:rsid w:val="007B57F1"/>
    <w:rsid w:val="007C3102"/>
    <w:rsid w:val="007D05C7"/>
    <w:rsid w:val="007F4C2C"/>
    <w:rsid w:val="0080228B"/>
    <w:rsid w:val="0080744C"/>
    <w:rsid w:val="00810D39"/>
    <w:rsid w:val="0081662B"/>
    <w:rsid w:val="008215FD"/>
    <w:rsid w:val="008308EC"/>
    <w:rsid w:val="00836E6E"/>
    <w:rsid w:val="00875776"/>
    <w:rsid w:val="00877285"/>
    <w:rsid w:val="0089380E"/>
    <w:rsid w:val="00894565"/>
    <w:rsid w:val="008972DF"/>
    <w:rsid w:val="008A06B9"/>
    <w:rsid w:val="008B2648"/>
    <w:rsid w:val="008B7437"/>
    <w:rsid w:val="008C3BD9"/>
    <w:rsid w:val="008C664F"/>
    <w:rsid w:val="008D264B"/>
    <w:rsid w:val="008D7A67"/>
    <w:rsid w:val="008D7AA0"/>
    <w:rsid w:val="008E0DB6"/>
    <w:rsid w:val="008E1109"/>
    <w:rsid w:val="00906B4F"/>
    <w:rsid w:val="009257CA"/>
    <w:rsid w:val="00925E4B"/>
    <w:rsid w:val="00957229"/>
    <w:rsid w:val="009677F0"/>
    <w:rsid w:val="00967EEE"/>
    <w:rsid w:val="00970993"/>
    <w:rsid w:val="009850B2"/>
    <w:rsid w:val="00986C23"/>
    <w:rsid w:val="00994AA8"/>
    <w:rsid w:val="009A0370"/>
    <w:rsid w:val="009B0DDF"/>
    <w:rsid w:val="009C296E"/>
    <w:rsid w:val="009C45B6"/>
    <w:rsid w:val="009D5D26"/>
    <w:rsid w:val="009E029B"/>
    <w:rsid w:val="009E06FA"/>
    <w:rsid w:val="009E0ABD"/>
    <w:rsid w:val="009E5548"/>
    <w:rsid w:val="00A04E62"/>
    <w:rsid w:val="00A0603A"/>
    <w:rsid w:val="00A06069"/>
    <w:rsid w:val="00A06B15"/>
    <w:rsid w:val="00A3127E"/>
    <w:rsid w:val="00A34F20"/>
    <w:rsid w:val="00A454CB"/>
    <w:rsid w:val="00A51B24"/>
    <w:rsid w:val="00A57EDD"/>
    <w:rsid w:val="00A66BFB"/>
    <w:rsid w:val="00A92FF3"/>
    <w:rsid w:val="00AA1D8D"/>
    <w:rsid w:val="00AA43D8"/>
    <w:rsid w:val="00AA5339"/>
    <w:rsid w:val="00AB4746"/>
    <w:rsid w:val="00AB4F69"/>
    <w:rsid w:val="00AF0889"/>
    <w:rsid w:val="00AF4969"/>
    <w:rsid w:val="00AF5658"/>
    <w:rsid w:val="00B1547D"/>
    <w:rsid w:val="00B200EA"/>
    <w:rsid w:val="00B22ED7"/>
    <w:rsid w:val="00B27182"/>
    <w:rsid w:val="00B47730"/>
    <w:rsid w:val="00B57F0E"/>
    <w:rsid w:val="00B602CD"/>
    <w:rsid w:val="00B62AC6"/>
    <w:rsid w:val="00B73CD3"/>
    <w:rsid w:val="00BB5FD7"/>
    <w:rsid w:val="00BC2CBE"/>
    <w:rsid w:val="00BE59CD"/>
    <w:rsid w:val="00BF0BD1"/>
    <w:rsid w:val="00BF1589"/>
    <w:rsid w:val="00BF2261"/>
    <w:rsid w:val="00BF59EA"/>
    <w:rsid w:val="00C17E91"/>
    <w:rsid w:val="00C2155B"/>
    <w:rsid w:val="00C24DB7"/>
    <w:rsid w:val="00C3202F"/>
    <w:rsid w:val="00C45AC5"/>
    <w:rsid w:val="00C65721"/>
    <w:rsid w:val="00C76160"/>
    <w:rsid w:val="00C76925"/>
    <w:rsid w:val="00C84AAD"/>
    <w:rsid w:val="00C9130D"/>
    <w:rsid w:val="00CB0664"/>
    <w:rsid w:val="00CB1F82"/>
    <w:rsid w:val="00CB4B35"/>
    <w:rsid w:val="00CE0E0A"/>
    <w:rsid w:val="00CE2FDB"/>
    <w:rsid w:val="00CE4026"/>
    <w:rsid w:val="00D01005"/>
    <w:rsid w:val="00D06605"/>
    <w:rsid w:val="00D141FB"/>
    <w:rsid w:val="00D21592"/>
    <w:rsid w:val="00D2489E"/>
    <w:rsid w:val="00D24941"/>
    <w:rsid w:val="00D258B8"/>
    <w:rsid w:val="00D33312"/>
    <w:rsid w:val="00D434DD"/>
    <w:rsid w:val="00D83A1D"/>
    <w:rsid w:val="00D86F71"/>
    <w:rsid w:val="00D94B4D"/>
    <w:rsid w:val="00D96BF9"/>
    <w:rsid w:val="00DA0E44"/>
    <w:rsid w:val="00DB23A7"/>
    <w:rsid w:val="00DB602C"/>
    <w:rsid w:val="00DC65CA"/>
    <w:rsid w:val="00DC6FE0"/>
    <w:rsid w:val="00DD302A"/>
    <w:rsid w:val="00DD76AB"/>
    <w:rsid w:val="00DE004D"/>
    <w:rsid w:val="00DE0DE8"/>
    <w:rsid w:val="00DE1EEC"/>
    <w:rsid w:val="00E048BD"/>
    <w:rsid w:val="00E04E4E"/>
    <w:rsid w:val="00E06007"/>
    <w:rsid w:val="00E21B16"/>
    <w:rsid w:val="00E33A92"/>
    <w:rsid w:val="00E35A96"/>
    <w:rsid w:val="00E42711"/>
    <w:rsid w:val="00E539D5"/>
    <w:rsid w:val="00E5421C"/>
    <w:rsid w:val="00E651EC"/>
    <w:rsid w:val="00E65B03"/>
    <w:rsid w:val="00E65DEE"/>
    <w:rsid w:val="00E72642"/>
    <w:rsid w:val="00E742A6"/>
    <w:rsid w:val="00E855B2"/>
    <w:rsid w:val="00EA23D5"/>
    <w:rsid w:val="00EA2A3C"/>
    <w:rsid w:val="00EB1E9B"/>
    <w:rsid w:val="00EB5546"/>
    <w:rsid w:val="00EC0265"/>
    <w:rsid w:val="00ED1C00"/>
    <w:rsid w:val="00EE72C7"/>
    <w:rsid w:val="00EF1D15"/>
    <w:rsid w:val="00F40B43"/>
    <w:rsid w:val="00F41A5F"/>
    <w:rsid w:val="00F45A40"/>
    <w:rsid w:val="00F45EC8"/>
    <w:rsid w:val="00F47987"/>
    <w:rsid w:val="00F54E2B"/>
    <w:rsid w:val="00F75623"/>
    <w:rsid w:val="00F76BF2"/>
    <w:rsid w:val="00F817D8"/>
    <w:rsid w:val="00F92E9C"/>
    <w:rsid w:val="00F94CC3"/>
    <w:rsid w:val="00FA2B4E"/>
    <w:rsid w:val="00FA392B"/>
    <w:rsid w:val="00FB17AD"/>
    <w:rsid w:val="00FC693F"/>
    <w:rsid w:val="00FD02E5"/>
    <w:rsid w:val="00FE5D14"/>
    <w:rsid w:val="00FE610E"/>
    <w:rsid w:val="00FE625C"/>
    <w:rsid w:val="00FF2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AD420A"/>
  <w14:defaultImageDpi w14:val="300"/>
  <w15:docId w15:val="{1C1A449F-B6D3-432A-B8B3-8812DB76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21"/>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115031"/>
    <w:pPr>
      <w:keepNext/>
      <w:keepLines/>
      <w:spacing w:before="480" w:after="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115031"/>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6E5E67"/>
    <w:pPr>
      <w:keepNext/>
      <w:keepLines/>
      <w:spacing w:before="200" w:after="0" w:line="360"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6E5E67"/>
    <w:pPr>
      <w:keepNext/>
      <w:keepLines/>
      <w:spacing w:before="200" w:after="0" w:line="240" w:lineRule="auto"/>
      <w:jc w:val="center"/>
      <w:outlineLvl w:val="3"/>
    </w:pPr>
    <w:rPr>
      <w:rFonts w:eastAsiaTheme="majorEastAsia" w:cstheme="majorBidi"/>
      <w:b/>
      <w:bCs/>
      <w:iCs/>
    </w:rPr>
  </w:style>
  <w:style w:type="paragraph" w:styleId="Heading5">
    <w:name w:val="heading 5"/>
    <w:aliases w:val="JUDUL"/>
    <w:basedOn w:val="Normal"/>
    <w:next w:val="Normal"/>
    <w:link w:val="Heading5Char"/>
    <w:uiPriority w:val="9"/>
    <w:unhideWhenUsed/>
    <w:qFormat/>
    <w:rsid w:val="00E65B03"/>
    <w:pPr>
      <w:keepNext/>
      <w:keepLines/>
      <w:spacing w:before="200" w:after="0" w:line="360" w:lineRule="auto"/>
      <w:jc w:val="center"/>
      <w:outlineLvl w:val="4"/>
    </w:pPr>
    <w:rPr>
      <w:rFonts w:eastAsiaTheme="majorEastAsia" w:cstheme="majorBidi"/>
      <w:b/>
      <w:sz w:val="28"/>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15031"/>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115031"/>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6E5E67"/>
    <w:rPr>
      <w:rFonts w:ascii="Times New Roman" w:eastAsiaTheme="majorEastAsia" w:hAnsi="Times New Roman" w:cstheme="majorBidi"/>
      <w:b/>
      <w:bCs/>
      <w:sz w:val="24"/>
    </w:rPr>
  </w:style>
  <w:style w:type="paragraph" w:styleId="Title">
    <w:name w:val="Title"/>
    <w:aliases w:val="Judul"/>
    <w:basedOn w:val="Normal"/>
    <w:next w:val="Normal"/>
    <w:link w:val="TitleChar"/>
    <w:uiPriority w:val="10"/>
    <w:qFormat/>
    <w:rsid w:val="00D94B4D"/>
    <w:pPr>
      <w:pBdr>
        <w:bottom w:val="single" w:sz="8" w:space="4" w:color="4F81BD" w:themeColor="accent1"/>
      </w:pBdr>
      <w:spacing w:after="300" w:line="360" w:lineRule="auto"/>
      <w:contextualSpacing/>
      <w:jc w:val="center"/>
    </w:pPr>
    <w:rPr>
      <w:rFonts w:eastAsiaTheme="majorEastAsia" w:cstheme="majorBidi"/>
      <w:b/>
      <w:spacing w:val="5"/>
      <w:kern w:val="28"/>
      <w:sz w:val="28"/>
      <w:szCs w:val="52"/>
    </w:rPr>
  </w:style>
  <w:style w:type="character" w:customStyle="1" w:styleId="TitleChar">
    <w:name w:val="Title Char"/>
    <w:aliases w:val="Judul Char"/>
    <w:basedOn w:val="DefaultParagraphFont"/>
    <w:link w:val="Title"/>
    <w:uiPriority w:val="10"/>
    <w:rsid w:val="00D94B4D"/>
    <w:rPr>
      <w:rFonts w:ascii="Times New Roman" w:eastAsiaTheme="majorEastAsia" w:hAnsi="Times New Roman" w:cstheme="majorBidi"/>
      <w:b/>
      <w:spacing w:val="5"/>
      <w:kern w:val="28"/>
      <w:sz w:val="28"/>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6E5E67"/>
    <w:rPr>
      <w:rFonts w:ascii="Times New Roman" w:eastAsiaTheme="majorEastAsia" w:hAnsi="Times New Roman" w:cstheme="majorBidi"/>
      <w:b/>
      <w:bCs/>
      <w:iCs/>
      <w:sz w:val="24"/>
    </w:rPr>
  </w:style>
  <w:style w:type="character" w:customStyle="1" w:styleId="Heading5Char">
    <w:name w:val="Heading 5 Char"/>
    <w:aliases w:val="JUDUL Char"/>
    <w:basedOn w:val="DefaultParagraphFont"/>
    <w:link w:val="Heading5"/>
    <w:uiPriority w:val="9"/>
    <w:rsid w:val="00E65B03"/>
    <w:rPr>
      <w:rFonts w:ascii="Times New Roman" w:eastAsiaTheme="majorEastAsia" w:hAnsi="Times New Roman" w:cstheme="majorBidi"/>
      <w:b/>
      <w:sz w:val="28"/>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277EE"/>
    <w:pPr>
      <w:keepNext/>
      <w:spacing w:line="360" w:lineRule="auto"/>
      <w:jc w:val="center"/>
    </w:pPr>
    <w:rPr>
      <w:bCs/>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8E0DB6"/>
    <w:pPr>
      <w:tabs>
        <w:tab w:val="right" w:leader="dot" w:pos="7927"/>
      </w:tabs>
      <w:spacing w:after="100" w:line="276" w:lineRule="auto"/>
    </w:pPr>
  </w:style>
  <w:style w:type="paragraph" w:styleId="TOC2">
    <w:name w:val="toc 2"/>
    <w:basedOn w:val="Normal"/>
    <w:next w:val="Normal"/>
    <w:autoRedefine/>
    <w:uiPriority w:val="39"/>
    <w:unhideWhenUsed/>
    <w:rsid w:val="00115031"/>
    <w:pPr>
      <w:spacing w:after="100"/>
      <w:ind w:left="220"/>
    </w:pPr>
  </w:style>
  <w:style w:type="paragraph" w:styleId="TOC3">
    <w:name w:val="toc 3"/>
    <w:basedOn w:val="Normal"/>
    <w:next w:val="Normal"/>
    <w:autoRedefine/>
    <w:uiPriority w:val="39"/>
    <w:unhideWhenUsed/>
    <w:rsid w:val="00115031"/>
    <w:pPr>
      <w:spacing w:after="100"/>
      <w:ind w:left="440"/>
    </w:pPr>
  </w:style>
  <w:style w:type="character" w:styleId="Hyperlink">
    <w:name w:val="Hyperlink"/>
    <w:basedOn w:val="DefaultParagraphFont"/>
    <w:uiPriority w:val="99"/>
    <w:unhideWhenUsed/>
    <w:rsid w:val="00115031"/>
    <w:rPr>
      <w:color w:val="0000FF" w:themeColor="hyperlink"/>
      <w:u w:val="single"/>
    </w:rPr>
  </w:style>
  <w:style w:type="character" w:styleId="PlaceholderText">
    <w:name w:val="Placeholder Text"/>
    <w:basedOn w:val="DefaultParagraphFont"/>
    <w:uiPriority w:val="99"/>
    <w:semiHidden/>
    <w:rsid w:val="002B3F15"/>
    <w:rPr>
      <w:color w:val="666666"/>
    </w:rPr>
  </w:style>
  <w:style w:type="paragraph" w:styleId="TableofFigures">
    <w:name w:val="table of figures"/>
    <w:basedOn w:val="Normal"/>
    <w:next w:val="Normal"/>
    <w:uiPriority w:val="99"/>
    <w:unhideWhenUsed/>
    <w:rsid w:val="00097254"/>
    <w:pPr>
      <w:tabs>
        <w:tab w:val="left" w:pos="1418"/>
        <w:tab w:val="left" w:leader="dot" w:pos="7371"/>
        <w:tab w:val="right" w:pos="7938"/>
      </w:tabs>
      <w:spacing w:after="0" w:line="360" w:lineRule="auto"/>
      <w:ind w:left="482" w:hanging="482"/>
    </w:pPr>
    <w:rPr>
      <w:szCs w:val="20"/>
    </w:rPr>
  </w:style>
  <w:style w:type="paragraph" w:styleId="HTMLPreformatted">
    <w:name w:val="HTML Preformatted"/>
    <w:basedOn w:val="Normal"/>
    <w:link w:val="HTMLPreformattedChar"/>
    <w:uiPriority w:val="99"/>
    <w:semiHidden/>
    <w:unhideWhenUsed/>
    <w:rsid w:val="0065089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5089B"/>
    <w:rPr>
      <w:rFonts w:ascii="Consolas" w:hAnsi="Consolas"/>
      <w:sz w:val="20"/>
      <w:szCs w:val="20"/>
    </w:rPr>
  </w:style>
  <w:style w:type="paragraph" w:customStyle="1" w:styleId="Strong1">
    <w:name w:val="Strong1"/>
    <w:qFormat/>
    <w:rsid w:val="00650EE0"/>
    <w:pPr>
      <w:spacing w:after="0" w:line="240" w:lineRule="auto"/>
    </w:pPr>
    <w:rPr>
      <w:rFonts w:ascii="Times New Roman" w:eastAsia="Times New Roman" w:hAnsi="Times New Roman" w:cs="Times New Roman"/>
      <w:b/>
      <w:bCs/>
      <w:sz w:val="24"/>
      <w:szCs w:val="24"/>
      <w:lang w:val="en-ID" w:eastAsia="en-ID"/>
    </w:rPr>
  </w:style>
  <w:style w:type="character" w:styleId="FootnoteReference">
    <w:name w:val="footnote reference"/>
    <w:uiPriority w:val="99"/>
    <w:semiHidden/>
    <w:unhideWhenUsed/>
    <w:rsid w:val="00650EE0"/>
    <w:rPr>
      <w:vertAlign w:val="superscript"/>
    </w:rPr>
  </w:style>
  <w:style w:type="paragraph" w:styleId="FootnoteText">
    <w:name w:val="footnote text"/>
    <w:link w:val="FootnoteTextChar"/>
    <w:uiPriority w:val="99"/>
    <w:semiHidden/>
    <w:unhideWhenUsed/>
    <w:rsid w:val="00650EE0"/>
    <w:pPr>
      <w:spacing w:after="0" w:line="240" w:lineRule="auto"/>
    </w:pPr>
    <w:rPr>
      <w:rFonts w:ascii="Times New Roman" w:eastAsia="Times New Roman" w:hAnsi="Times New Roman" w:cs="Times New Roman"/>
      <w:sz w:val="20"/>
      <w:szCs w:val="20"/>
      <w:lang w:val="en-ID" w:eastAsia="en-ID"/>
    </w:rPr>
  </w:style>
  <w:style w:type="character" w:customStyle="1" w:styleId="FootnoteTextChar">
    <w:name w:val="Footnote Text Char"/>
    <w:basedOn w:val="DefaultParagraphFont"/>
    <w:link w:val="FootnoteText"/>
    <w:uiPriority w:val="99"/>
    <w:semiHidden/>
    <w:rsid w:val="00650EE0"/>
    <w:rPr>
      <w:rFonts w:ascii="Times New Roman" w:eastAsia="Times New Roman" w:hAnsi="Times New Roman" w:cs="Times New Roman"/>
      <w:sz w:val="20"/>
      <w:szCs w:val="20"/>
      <w:lang w:val="en-ID" w:eastAsia="en-ID"/>
    </w:rPr>
  </w:style>
  <w:style w:type="character" w:styleId="EndnoteReference">
    <w:name w:val="endnote reference"/>
    <w:uiPriority w:val="99"/>
    <w:semiHidden/>
    <w:unhideWhenUsed/>
    <w:rsid w:val="00650EE0"/>
    <w:rPr>
      <w:vertAlign w:val="superscript"/>
    </w:rPr>
  </w:style>
  <w:style w:type="paragraph" w:styleId="EndnoteText">
    <w:name w:val="endnote text"/>
    <w:link w:val="EndnoteTextChar"/>
    <w:uiPriority w:val="99"/>
    <w:semiHidden/>
    <w:unhideWhenUsed/>
    <w:rsid w:val="00650EE0"/>
    <w:pPr>
      <w:spacing w:after="0" w:line="240" w:lineRule="auto"/>
    </w:pPr>
    <w:rPr>
      <w:rFonts w:ascii="Times New Roman" w:eastAsia="Times New Roman" w:hAnsi="Times New Roman" w:cs="Times New Roman"/>
      <w:sz w:val="20"/>
      <w:szCs w:val="20"/>
      <w:lang w:val="en-ID" w:eastAsia="en-ID"/>
    </w:rPr>
  </w:style>
  <w:style w:type="character" w:customStyle="1" w:styleId="EndnoteTextChar">
    <w:name w:val="Endnote Text Char"/>
    <w:basedOn w:val="DefaultParagraphFont"/>
    <w:link w:val="EndnoteText"/>
    <w:uiPriority w:val="99"/>
    <w:semiHidden/>
    <w:rsid w:val="00650EE0"/>
    <w:rPr>
      <w:rFonts w:ascii="Times New Roman" w:eastAsia="Times New Roman" w:hAnsi="Times New Roman" w:cs="Times New Roman"/>
      <w:sz w:val="20"/>
      <w:szCs w:val="20"/>
      <w:lang w:val="en-ID" w:eastAsia="en-ID"/>
    </w:rPr>
  </w:style>
  <w:style w:type="character" w:styleId="UnresolvedMention">
    <w:name w:val="Unresolved Mention"/>
    <w:basedOn w:val="DefaultParagraphFont"/>
    <w:uiPriority w:val="99"/>
    <w:semiHidden/>
    <w:unhideWhenUsed/>
    <w:rsid w:val="00E651EC"/>
    <w:rPr>
      <w:color w:val="605E5C"/>
      <w:shd w:val="clear" w:color="auto" w:fill="E1DFDD"/>
    </w:rPr>
  </w:style>
  <w:style w:type="paragraph" w:customStyle="1" w:styleId="font-claude-response-body">
    <w:name w:val="font-claude-response-body"/>
    <w:basedOn w:val="Normal"/>
    <w:rsid w:val="006C74D7"/>
    <w:pPr>
      <w:spacing w:before="100" w:beforeAutospacing="1" w:after="100" w:afterAutospacing="1" w:line="240" w:lineRule="auto"/>
      <w:jc w:val="left"/>
    </w:pPr>
    <w:rPr>
      <w:rFonts w:eastAsia="Times New Roman" w:cs="Times New Roman"/>
      <w:szCs w:val="24"/>
      <w:lang w:val="en-ID" w:eastAsia="en-ID"/>
    </w:rPr>
  </w:style>
  <w:style w:type="paragraph" w:styleId="TOC4">
    <w:name w:val="toc 4"/>
    <w:basedOn w:val="Normal"/>
    <w:next w:val="Normal"/>
    <w:autoRedefine/>
    <w:uiPriority w:val="39"/>
    <w:unhideWhenUsed/>
    <w:rsid w:val="008E0DB6"/>
    <w:pPr>
      <w:spacing w:after="100" w:line="278" w:lineRule="auto"/>
      <w:ind w:left="720"/>
      <w:jc w:val="left"/>
    </w:pPr>
    <w:rPr>
      <w:rFonts w:asciiTheme="minorHAnsi" w:hAnsiTheme="minorHAnsi"/>
      <w:kern w:val="2"/>
      <w:szCs w:val="24"/>
      <w:lang w:val="en-ID" w:eastAsia="en-ID"/>
      <w14:ligatures w14:val="standardContextual"/>
    </w:rPr>
  </w:style>
  <w:style w:type="paragraph" w:styleId="TOC5">
    <w:name w:val="toc 5"/>
    <w:basedOn w:val="Normal"/>
    <w:next w:val="Normal"/>
    <w:autoRedefine/>
    <w:uiPriority w:val="39"/>
    <w:unhideWhenUsed/>
    <w:rsid w:val="008E0DB6"/>
    <w:pPr>
      <w:spacing w:after="100" w:line="278" w:lineRule="auto"/>
      <w:ind w:left="960"/>
      <w:jc w:val="left"/>
    </w:pPr>
    <w:rPr>
      <w:rFonts w:asciiTheme="minorHAnsi" w:hAnsiTheme="minorHAnsi"/>
      <w:kern w:val="2"/>
      <w:szCs w:val="24"/>
      <w:lang w:val="en-ID" w:eastAsia="en-ID"/>
      <w14:ligatures w14:val="standardContextual"/>
    </w:rPr>
  </w:style>
  <w:style w:type="paragraph" w:styleId="TOC6">
    <w:name w:val="toc 6"/>
    <w:basedOn w:val="Normal"/>
    <w:next w:val="Normal"/>
    <w:autoRedefine/>
    <w:uiPriority w:val="39"/>
    <w:unhideWhenUsed/>
    <w:rsid w:val="008E0DB6"/>
    <w:pPr>
      <w:spacing w:after="100" w:line="278" w:lineRule="auto"/>
      <w:ind w:left="1200"/>
      <w:jc w:val="left"/>
    </w:pPr>
    <w:rPr>
      <w:rFonts w:asciiTheme="minorHAnsi" w:hAnsiTheme="minorHAnsi"/>
      <w:kern w:val="2"/>
      <w:szCs w:val="24"/>
      <w:lang w:val="en-ID" w:eastAsia="en-ID"/>
      <w14:ligatures w14:val="standardContextual"/>
    </w:rPr>
  </w:style>
  <w:style w:type="paragraph" w:styleId="TOC7">
    <w:name w:val="toc 7"/>
    <w:basedOn w:val="Normal"/>
    <w:next w:val="Normal"/>
    <w:autoRedefine/>
    <w:uiPriority w:val="39"/>
    <w:unhideWhenUsed/>
    <w:rsid w:val="008E0DB6"/>
    <w:pPr>
      <w:spacing w:after="100" w:line="278" w:lineRule="auto"/>
      <w:ind w:left="1440"/>
      <w:jc w:val="left"/>
    </w:pPr>
    <w:rPr>
      <w:rFonts w:asciiTheme="minorHAnsi" w:hAnsiTheme="minorHAnsi"/>
      <w:kern w:val="2"/>
      <w:szCs w:val="24"/>
      <w:lang w:val="en-ID" w:eastAsia="en-ID"/>
      <w14:ligatures w14:val="standardContextual"/>
    </w:rPr>
  </w:style>
  <w:style w:type="paragraph" w:styleId="TOC8">
    <w:name w:val="toc 8"/>
    <w:basedOn w:val="Normal"/>
    <w:next w:val="Normal"/>
    <w:autoRedefine/>
    <w:uiPriority w:val="39"/>
    <w:unhideWhenUsed/>
    <w:rsid w:val="008E0DB6"/>
    <w:pPr>
      <w:spacing w:after="100" w:line="278" w:lineRule="auto"/>
      <w:ind w:left="1680"/>
      <w:jc w:val="left"/>
    </w:pPr>
    <w:rPr>
      <w:rFonts w:asciiTheme="minorHAnsi" w:hAnsiTheme="minorHAnsi"/>
      <w:kern w:val="2"/>
      <w:szCs w:val="24"/>
      <w:lang w:val="en-ID" w:eastAsia="en-ID"/>
      <w14:ligatures w14:val="standardContextual"/>
    </w:rPr>
  </w:style>
  <w:style w:type="paragraph" w:styleId="TOC9">
    <w:name w:val="toc 9"/>
    <w:basedOn w:val="Normal"/>
    <w:next w:val="Normal"/>
    <w:autoRedefine/>
    <w:uiPriority w:val="39"/>
    <w:unhideWhenUsed/>
    <w:rsid w:val="008E0DB6"/>
    <w:pPr>
      <w:spacing w:after="100" w:line="278" w:lineRule="auto"/>
      <w:ind w:left="1920"/>
      <w:jc w:val="left"/>
    </w:pPr>
    <w:rPr>
      <w:rFonts w:asciiTheme="minorHAnsi" w:hAnsiTheme="minorHAnsi"/>
      <w:kern w:val="2"/>
      <w:szCs w:val="24"/>
      <w:lang w:val="en-ID" w:eastAsia="en-ID"/>
      <w14:ligatures w14:val="standardContextual"/>
    </w:rPr>
  </w:style>
  <w:style w:type="paragraph" w:styleId="NormalWeb">
    <w:name w:val="Normal (Web)"/>
    <w:basedOn w:val="Normal"/>
    <w:uiPriority w:val="99"/>
    <w:semiHidden/>
    <w:unhideWhenUsed/>
    <w:rsid w:val="008E0DB6"/>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693">
      <w:bodyDiv w:val="1"/>
      <w:marLeft w:val="0"/>
      <w:marRight w:val="0"/>
      <w:marTop w:val="0"/>
      <w:marBottom w:val="0"/>
      <w:divBdr>
        <w:top w:val="none" w:sz="0" w:space="0" w:color="auto"/>
        <w:left w:val="none" w:sz="0" w:space="0" w:color="auto"/>
        <w:bottom w:val="none" w:sz="0" w:space="0" w:color="auto"/>
        <w:right w:val="none" w:sz="0" w:space="0" w:color="auto"/>
      </w:divBdr>
    </w:div>
    <w:div w:id="10644728">
      <w:bodyDiv w:val="1"/>
      <w:marLeft w:val="0"/>
      <w:marRight w:val="0"/>
      <w:marTop w:val="0"/>
      <w:marBottom w:val="0"/>
      <w:divBdr>
        <w:top w:val="none" w:sz="0" w:space="0" w:color="auto"/>
        <w:left w:val="none" w:sz="0" w:space="0" w:color="auto"/>
        <w:bottom w:val="none" w:sz="0" w:space="0" w:color="auto"/>
        <w:right w:val="none" w:sz="0" w:space="0" w:color="auto"/>
      </w:divBdr>
    </w:div>
    <w:div w:id="11303951">
      <w:bodyDiv w:val="1"/>
      <w:marLeft w:val="0"/>
      <w:marRight w:val="0"/>
      <w:marTop w:val="0"/>
      <w:marBottom w:val="0"/>
      <w:divBdr>
        <w:top w:val="none" w:sz="0" w:space="0" w:color="auto"/>
        <w:left w:val="none" w:sz="0" w:space="0" w:color="auto"/>
        <w:bottom w:val="none" w:sz="0" w:space="0" w:color="auto"/>
        <w:right w:val="none" w:sz="0" w:space="0" w:color="auto"/>
      </w:divBdr>
    </w:div>
    <w:div w:id="17976651">
      <w:marLeft w:val="480"/>
      <w:marRight w:val="0"/>
      <w:marTop w:val="0"/>
      <w:marBottom w:val="0"/>
      <w:divBdr>
        <w:top w:val="none" w:sz="0" w:space="0" w:color="auto"/>
        <w:left w:val="none" w:sz="0" w:space="0" w:color="auto"/>
        <w:bottom w:val="none" w:sz="0" w:space="0" w:color="auto"/>
        <w:right w:val="none" w:sz="0" w:space="0" w:color="auto"/>
      </w:divBdr>
    </w:div>
    <w:div w:id="21321027">
      <w:marLeft w:val="480"/>
      <w:marRight w:val="0"/>
      <w:marTop w:val="0"/>
      <w:marBottom w:val="0"/>
      <w:divBdr>
        <w:top w:val="none" w:sz="0" w:space="0" w:color="auto"/>
        <w:left w:val="none" w:sz="0" w:space="0" w:color="auto"/>
        <w:bottom w:val="none" w:sz="0" w:space="0" w:color="auto"/>
        <w:right w:val="none" w:sz="0" w:space="0" w:color="auto"/>
      </w:divBdr>
    </w:div>
    <w:div w:id="66655875">
      <w:marLeft w:val="480"/>
      <w:marRight w:val="0"/>
      <w:marTop w:val="0"/>
      <w:marBottom w:val="0"/>
      <w:divBdr>
        <w:top w:val="none" w:sz="0" w:space="0" w:color="auto"/>
        <w:left w:val="none" w:sz="0" w:space="0" w:color="auto"/>
        <w:bottom w:val="none" w:sz="0" w:space="0" w:color="auto"/>
        <w:right w:val="none" w:sz="0" w:space="0" w:color="auto"/>
      </w:divBdr>
    </w:div>
    <w:div w:id="67113271">
      <w:marLeft w:val="480"/>
      <w:marRight w:val="0"/>
      <w:marTop w:val="0"/>
      <w:marBottom w:val="0"/>
      <w:divBdr>
        <w:top w:val="none" w:sz="0" w:space="0" w:color="auto"/>
        <w:left w:val="none" w:sz="0" w:space="0" w:color="auto"/>
        <w:bottom w:val="none" w:sz="0" w:space="0" w:color="auto"/>
        <w:right w:val="none" w:sz="0" w:space="0" w:color="auto"/>
      </w:divBdr>
    </w:div>
    <w:div w:id="78675816">
      <w:bodyDiv w:val="1"/>
      <w:marLeft w:val="0"/>
      <w:marRight w:val="0"/>
      <w:marTop w:val="0"/>
      <w:marBottom w:val="0"/>
      <w:divBdr>
        <w:top w:val="none" w:sz="0" w:space="0" w:color="auto"/>
        <w:left w:val="none" w:sz="0" w:space="0" w:color="auto"/>
        <w:bottom w:val="none" w:sz="0" w:space="0" w:color="auto"/>
        <w:right w:val="none" w:sz="0" w:space="0" w:color="auto"/>
      </w:divBdr>
    </w:div>
    <w:div w:id="81994495">
      <w:bodyDiv w:val="1"/>
      <w:marLeft w:val="0"/>
      <w:marRight w:val="0"/>
      <w:marTop w:val="0"/>
      <w:marBottom w:val="0"/>
      <w:divBdr>
        <w:top w:val="none" w:sz="0" w:space="0" w:color="auto"/>
        <w:left w:val="none" w:sz="0" w:space="0" w:color="auto"/>
        <w:bottom w:val="none" w:sz="0" w:space="0" w:color="auto"/>
        <w:right w:val="none" w:sz="0" w:space="0" w:color="auto"/>
      </w:divBdr>
    </w:div>
    <w:div w:id="89474323">
      <w:marLeft w:val="480"/>
      <w:marRight w:val="0"/>
      <w:marTop w:val="0"/>
      <w:marBottom w:val="0"/>
      <w:divBdr>
        <w:top w:val="none" w:sz="0" w:space="0" w:color="auto"/>
        <w:left w:val="none" w:sz="0" w:space="0" w:color="auto"/>
        <w:bottom w:val="none" w:sz="0" w:space="0" w:color="auto"/>
        <w:right w:val="none" w:sz="0" w:space="0" w:color="auto"/>
      </w:divBdr>
    </w:div>
    <w:div w:id="90325022">
      <w:bodyDiv w:val="1"/>
      <w:marLeft w:val="0"/>
      <w:marRight w:val="0"/>
      <w:marTop w:val="0"/>
      <w:marBottom w:val="0"/>
      <w:divBdr>
        <w:top w:val="none" w:sz="0" w:space="0" w:color="auto"/>
        <w:left w:val="none" w:sz="0" w:space="0" w:color="auto"/>
        <w:bottom w:val="none" w:sz="0" w:space="0" w:color="auto"/>
        <w:right w:val="none" w:sz="0" w:space="0" w:color="auto"/>
      </w:divBdr>
    </w:div>
    <w:div w:id="91434198">
      <w:bodyDiv w:val="1"/>
      <w:marLeft w:val="0"/>
      <w:marRight w:val="0"/>
      <w:marTop w:val="0"/>
      <w:marBottom w:val="0"/>
      <w:divBdr>
        <w:top w:val="none" w:sz="0" w:space="0" w:color="auto"/>
        <w:left w:val="none" w:sz="0" w:space="0" w:color="auto"/>
        <w:bottom w:val="none" w:sz="0" w:space="0" w:color="auto"/>
        <w:right w:val="none" w:sz="0" w:space="0" w:color="auto"/>
      </w:divBdr>
    </w:div>
    <w:div w:id="100996771">
      <w:marLeft w:val="480"/>
      <w:marRight w:val="0"/>
      <w:marTop w:val="0"/>
      <w:marBottom w:val="0"/>
      <w:divBdr>
        <w:top w:val="none" w:sz="0" w:space="0" w:color="auto"/>
        <w:left w:val="none" w:sz="0" w:space="0" w:color="auto"/>
        <w:bottom w:val="none" w:sz="0" w:space="0" w:color="auto"/>
        <w:right w:val="none" w:sz="0" w:space="0" w:color="auto"/>
      </w:divBdr>
    </w:div>
    <w:div w:id="118425458">
      <w:marLeft w:val="480"/>
      <w:marRight w:val="0"/>
      <w:marTop w:val="0"/>
      <w:marBottom w:val="0"/>
      <w:divBdr>
        <w:top w:val="none" w:sz="0" w:space="0" w:color="auto"/>
        <w:left w:val="none" w:sz="0" w:space="0" w:color="auto"/>
        <w:bottom w:val="none" w:sz="0" w:space="0" w:color="auto"/>
        <w:right w:val="none" w:sz="0" w:space="0" w:color="auto"/>
      </w:divBdr>
    </w:div>
    <w:div w:id="132333872">
      <w:bodyDiv w:val="1"/>
      <w:marLeft w:val="0"/>
      <w:marRight w:val="0"/>
      <w:marTop w:val="0"/>
      <w:marBottom w:val="0"/>
      <w:divBdr>
        <w:top w:val="none" w:sz="0" w:space="0" w:color="auto"/>
        <w:left w:val="none" w:sz="0" w:space="0" w:color="auto"/>
        <w:bottom w:val="none" w:sz="0" w:space="0" w:color="auto"/>
        <w:right w:val="none" w:sz="0" w:space="0" w:color="auto"/>
      </w:divBdr>
    </w:div>
    <w:div w:id="140200072">
      <w:marLeft w:val="480"/>
      <w:marRight w:val="0"/>
      <w:marTop w:val="0"/>
      <w:marBottom w:val="0"/>
      <w:divBdr>
        <w:top w:val="none" w:sz="0" w:space="0" w:color="auto"/>
        <w:left w:val="none" w:sz="0" w:space="0" w:color="auto"/>
        <w:bottom w:val="none" w:sz="0" w:space="0" w:color="auto"/>
        <w:right w:val="none" w:sz="0" w:space="0" w:color="auto"/>
      </w:divBdr>
    </w:div>
    <w:div w:id="140201039">
      <w:marLeft w:val="480"/>
      <w:marRight w:val="0"/>
      <w:marTop w:val="0"/>
      <w:marBottom w:val="0"/>
      <w:divBdr>
        <w:top w:val="none" w:sz="0" w:space="0" w:color="auto"/>
        <w:left w:val="none" w:sz="0" w:space="0" w:color="auto"/>
        <w:bottom w:val="none" w:sz="0" w:space="0" w:color="auto"/>
        <w:right w:val="none" w:sz="0" w:space="0" w:color="auto"/>
      </w:divBdr>
    </w:div>
    <w:div w:id="143936936">
      <w:bodyDiv w:val="1"/>
      <w:marLeft w:val="0"/>
      <w:marRight w:val="0"/>
      <w:marTop w:val="0"/>
      <w:marBottom w:val="0"/>
      <w:divBdr>
        <w:top w:val="none" w:sz="0" w:space="0" w:color="auto"/>
        <w:left w:val="none" w:sz="0" w:space="0" w:color="auto"/>
        <w:bottom w:val="none" w:sz="0" w:space="0" w:color="auto"/>
        <w:right w:val="none" w:sz="0" w:space="0" w:color="auto"/>
      </w:divBdr>
    </w:div>
    <w:div w:id="157962569">
      <w:marLeft w:val="480"/>
      <w:marRight w:val="0"/>
      <w:marTop w:val="0"/>
      <w:marBottom w:val="0"/>
      <w:divBdr>
        <w:top w:val="none" w:sz="0" w:space="0" w:color="auto"/>
        <w:left w:val="none" w:sz="0" w:space="0" w:color="auto"/>
        <w:bottom w:val="none" w:sz="0" w:space="0" w:color="auto"/>
        <w:right w:val="none" w:sz="0" w:space="0" w:color="auto"/>
      </w:divBdr>
    </w:div>
    <w:div w:id="161236853">
      <w:bodyDiv w:val="1"/>
      <w:marLeft w:val="0"/>
      <w:marRight w:val="0"/>
      <w:marTop w:val="0"/>
      <w:marBottom w:val="0"/>
      <w:divBdr>
        <w:top w:val="none" w:sz="0" w:space="0" w:color="auto"/>
        <w:left w:val="none" w:sz="0" w:space="0" w:color="auto"/>
        <w:bottom w:val="none" w:sz="0" w:space="0" w:color="auto"/>
        <w:right w:val="none" w:sz="0" w:space="0" w:color="auto"/>
      </w:divBdr>
    </w:div>
    <w:div w:id="163597320">
      <w:marLeft w:val="480"/>
      <w:marRight w:val="0"/>
      <w:marTop w:val="0"/>
      <w:marBottom w:val="0"/>
      <w:divBdr>
        <w:top w:val="none" w:sz="0" w:space="0" w:color="auto"/>
        <w:left w:val="none" w:sz="0" w:space="0" w:color="auto"/>
        <w:bottom w:val="none" w:sz="0" w:space="0" w:color="auto"/>
        <w:right w:val="none" w:sz="0" w:space="0" w:color="auto"/>
      </w:divBdr>
    </w:div>
    <w:div w:id="164823489">
      <w:marLeft w:val="480"/>
      <w:marRight w:val="0"/>
      <w:marTop w:val="0"/>
      <w:marBottom w:val="0"/>
      <w:divBdr>
        <w:top w:val="none" w:sz="0" w:space="0" w:color="auto"/>
        <w:left w:val="none" w:sz="0" w:space="0" w:color="auto"/>
        <w:bottom w:val="none" w:sz="0" w:space="0" w:color="auto"/>
        <w:right w:val="none" w:sz="0" w:space="0" w:color="auto"/>
      </w:divBdr>
    </w:div>
    <w:div w:id="168524166">
      <w:bodyDiv w:val="1"/>
      <w:marLeft w:val="0"/>
      <w:marRight w:val="0"/>
      <w:marTop w:val="0"/>
      <w:marBottom w:val="0"/>
      <w:divBdr>
        <w:top w:val="none" w:sz="0" w:space="0" w:color="auto"/>
        <w:left w:val="none" w:sz="0" w:space="0" w:color="auto"/>
        <w:bottom w:val="none" w:sz="0" w:space="0" w:color="auto"/>
        <w:right w:val="none" w:sz="0" w:space="0" w:color="auto"/>
      </w:divBdr>
    </w:div>
    <w:div w:id="186799109">
      <w:marLeft w:val="480"/>
      <w:marRight w:val="0"/>
      <w:marTop w:val="0"/>
      <w:marBottom w:val="0"/>
      <w:divBdr>
        <w:top w:val="none" w:sz="0" w:space="0" w:color="auto"/>
        <w:left w:val="none" w:sz="0" w:space="0" w:color="auto"/>
        <w:bottom w:val="none" w:sz="0" w:space="0" w:color="auto"/>
        <w:right w:val="none" w:sz="0" w:space="0" w:color="auto"/>
      </w:divBdr>
    </w:div>
    <w:div w:id="197940028">
      <w:bodyDiv w:val="1"/>
      <w:marLeft w:val="0"/>
      <w:marRight w:val="0"/>
      <w:marTop w:val="0"/>
      <w:marBottom w:val="0"/>
      <w:divBdr>
        <w:top w:val="none" w:sz="0" w:space="0" w:color="auto"/>
        <w:left w:val="none" w:sz="0" w:space="0" w:color="auto"/>
        <w:bottom w:val="none" w:sz="0" w:space="0" w:color="auto"/>
        <w:right w:val="none" w:sz="0" w:space="0" w:color="auto"/>
      </w:divBdr>
    </w:div>
    <w:div w:id="199636748">
      <w:bodyDiv w:val="1"/>
      <w:marLeft w:val="0"/>
      <w:marRight w:val="0"/>
      <w:marTop w:val="0"/>
      <w:marBottom w:val="0"/>
      <w:divBdr>
        <w:top w:val="none" w:sz="0" w:space="0" w:color="auto"/>
        <w:left w:val="none" w:sz="0" w:space="0" w:color="auto"/>
        <w:bottom w:val="none" w:sz="0" w:space="0" w:color="auto"/>
        <w:right w:val="none" w:sz="0" w:space="0" w:color="auto"/>
      </w:divBdr>
    </w:div>
    <w:div w:id="199708237">
      <w:marLeft w:val="480"/>
      <w:marRight w:val="0"/>
      <w:marTop w:val="0"/>
      <w:marBottom w:val="0"/>
      <w:divBdr>
        <w:top w:val="none" w:sz="0" w:space="0" w:color="auto"/>
        <w:left w:val="none" w:sz="0" w:space="0" w:color="auto"/>
        <w:bottom w:val="none" w:sz="0" w:space="0" w:color="auto"/>
        <w:right w:val="none" w:sz="0" w:space="0" w:color="auto"/>
      </w:divBdr>
    </w:div>
    <w:div w:id="203829219">
      <w:marLeft w:val="480"/>
      <w:marRight w:val="0"/>
      <w:marTop w:val="0"/>
      <w:marBottom w:val="0"/>
      <w:divBdr>
        <w:top w:val="none" w:sz="0" w:space="0" w:color="auto"/>
        <w:left w:val="none" w:sz="0" w:space="0" w:color="auto"/>
        <w:bottom w:val="none" w:sz="0" w:space="0" w:color="auto"/>
        <w:right w:val="none" w:sz="0" w:space="0" w:color="auto"/>
      </w:divBdr>
    </w:div>
    <w:div w:id="205411874">
      <w:marLeft w:val="480"/>
      <w:marRight w:val="0"/>
      <w:marTop w:val="0"/>
      <w:marBottom w:val="0"/>
      <w:divBdr>
        <w:top w:val="none" w:sz="0" w:space="0" w:color="auto"/>
        <w:left w:val="none" w:sz="0" w:space="0" w:color="auto"/>
        <w:bottom w:val="none" w:sz="0" w:space="0" w:color="auto"/>
        <w:right w:val="none" w:sz="0" w:space="0" w:color="auto"/>
      </w:divBdr>
      <w:divsChild>
        <w:div w:id="452746674">
          <w:marLeft w:val="480"/>
          <w:marRight w:val="0"/>
          <w:marTop w:val="0"/>
          <w:marBottom w:val="0"/>
          <w:divBdr>
            <w:top w:val="none" w:sz="0" w:space="0" w:color="auto"/>
            <w:left w:val="none" w:sz="0" w:space="0" w:color="auto"/>
            <w:bottom w:val="none" w:sz="0" w:space="0" w:color="auto"/>
            <w:right w:val="none" w:sz="0" w:space="0" w:color="auto"/>
          </w:divBdr>
        </w:div>
        <w:div w:id="175536876">
          <w:marLeft w:val="480"/>
          <w:marRight w:val="0"/>
          <w:marTop w:val="0"/>
          <w:marBottom w:val="0"/>
          <w:divBdr>
            <w:top w:val="none" w:sz="0" w:space="0" w:color="auto"/>
            <w:left w:val="none" w:sz="0" w:space="0" w:color="auto"/>
            <w:bottom w:val="none" w:sz="0" w:space="0" w:color="auto"/>
            <w:right w:val="none" w:sz="0" w:space="0" w:color="auto"/>
          </w:divBdr>
        </w:div>
        <w:div w:id="1335910568">
          <w:marLeft w:val="480"/>
          <w:marRight w:val="0"/>
          <w:marTop w:val="0"/>
          <w:marBottom w:val="0"/>
          <w:divBdr>
            <w:top w:val="none" w:sz="0" w:space="0" w:color="auto"/>
            <w:left w:val="none" w:sz="0" w:space="0" w:color="auto"/>
            <w:bottom w:val="none" w:sz="0" w:space="0" w:color="auto"/>
            <w:right w:val="none" w:sz="0" w:space="0" w:color="auto"/>
          </w:divBdr>
        </w:div>
        <w:div w:id="414664972">
          <w:marLeft w:val="480"/>
          <w:marRight w:val="0"/>
          <w:marTop w:val="0"/>
          <w:marBottom w:val="0"/>
          <w:divBdr>
            <w:top w:val="none" w:sz="0" w:space="0" w:color="auto"/>
            <w:left w:val="none" w:sz="0" w:space="0" w:color="auto"/>
            <w:bottom w:val="none" w:sz="0" w:space="0" w:color="auto"/>
            <w:right w:val="none" w:sz="0" w:space="0" w:color="auto"/>
          </w:divBdr>
        </w:div>
        <w:div w:id="1428379269">
          <w:marLeft w:val="480"/>
          <w:marRight w:val="0"/>
          <w:marTop w:val="0"/>
          <w:marBottom w:val="0"/>
          <w:divBdr>
            <w:top w:val="none" w:sz="0" w:space="0" w:color="auto"/>
            <w:left w:val="none" w:sz="0" w:space="0" w:color="auto"/>
            <w:bottom w:val="none" w:sz="0" w:space="0" w:color="auto"/>
            <w:right w:val="none" w:sz="0" w:space="0" w:color="auto"/>
          </w:divBdr>
        </w:div>
        <w:div w:id="1263411516">
          <w:marLeft w:val="480"/>
          <w:marRight w:val="0"/>
          <w:marTop w:val="0"/>
          <w:marBottom w:val="0"/>
          <w:divBdr>
            <w:top w:val="none" w:sz="0" w:space="0" w:color="auto"/>
            <w:left w:val="none" w:sz="0" w:space="0" w:color="auto"/>
            <w:bottom w:val="none" w:sz="0" w:space="0" w:color="auto"/>
            <w:right w:val="none" w:sz="0" w:space="0" w:color="auto"/>
          </w:divBdr>
        </w:div>
        <w:div w:id="409737238">
          <w:marLeft w:val="480"/>
          <w:marRight w:val="0"/>
          <w:marTop w:val="0"/>
          <w:marBottom w:val="0"/>
          <w:divBdr>
            <w:top w:val="none" w:sz="0" w:space="0" w:color="auto"/>
            <w:left w:val="none" w:sz="0" w:space="0" w:color="auto"/>
            <w:bottom w:val="none" w:sz="0" w:space="0" w:color="auto"/>
            <w:right w:val="none" w:sz="0" w:space="0" w:color="auto"/>
          </w:divBdr>
        </w:div>
        <w:div w:id="1753043127">
          <w:marLeft w:val="480"/>
          <w:marRight w:val="0"/>
          <w:marTop w:val="0"/>
          <w:marBottom w:val="0"/>
          <w:divBdr>
            <w:top w:val="none" w:sz="0" w:space="0" w:color="auto"/>
            <w:left w:val="none" w:sz="0" w:space="0" w:color="auto"/>
            <w:bottom w:val="none" w:sz="0" w:space="0" w:color="auto"/>
            <w:right w:val="none" w:sz="0" w:space="0" w:color="auto"/>
          </w:divBdr>
        </w:div>
        <w:div w:id="1293559461">
          <w:marLeft w:val="480"/>
          <w:marRight w:val="0"/>
          <w:marTop w:val="0"/>
          <w:marBottom w:val="0"/>
          <w:divBdr>
            <w:top w:val="none" w:sz="0" w:space="0" w:color="auto"/>
            <w:left w:val="none" w:sz="0" w:space="0" w:color="auto"/>
            <w:bottom w:val="none" w:sz="0" w:space="0" w:color="auto"/>
            <w:right w:val="none" w:sz="0" w:space="0" w:color="auto"/>
          </w:divBdr>
        </w:div>
      </w:divsChild>
    </w:div>
    <w:div w:id="208538116">
      <w:marLeft w:val="480"/>
      <w:marRight w:val="0"/>
      <w:marTop w:val="0"/>
      <w:marBottom w:val="0"/>
      <w:divBdr>
        <w:top w:val="none" w:sz="0" w:space="0" w:color="auto"/>
        <w:left w:val="none" w:sz="0" w:space="0" w:color="auto"/>
        <w:bottom w:val="none" w:sz="0" w:space="0" w:color="auto"/>
        <w:right w:val="none" w:sz="0" w:space="0" w:color="auto"/>
      </w:divBdr>
    </w:div>
    <w:div w:id="216012989">
      <w:bodyDiv w:val="1"/>
      <w:marLeft w:val="0"/>
      <w:marRight w:val="0"/>
      <w:marTop w:val="0"/>
      <w:marBottom w:val="0"/>
      <w:divBdr>
        <w:top w:val="none" w:sz="0" w:space="0" w:color="auto"/>
        <w:left w:val="none" w:sz="0" w:space="0" w:color="auto"/>
        <w:bottom w:val="none" w:sz="0" w:space="0" w:color="auto"/>
        <w:right w:val="none" w:sz="0" w:space="0" w:color="auto"/>
      </w:divBdr>
    </w:div>
    <w:div w:id="224528861">
      <w:marLeft w:val="480"/>
      <w:marRight w:val="0"/>
      <w:marTop w:val="0"/>
      <w:marBottom w:val="0"/>
      <w:divBdr>
        <w:top w:val="none" w:sz="0" w:space="0" w:color="auto"/>
        <w:left w:val="none" w:sz="0" w:space="0" w:color="auto"/>
        <w:bottom w:val="none" w:sz="0" w:space="0" w:color="auto"/>
        <w:right w:val="none" w:sz="0" w:space="0" w:color="auto"/>
      </w:divBdr>
    </w:div>
    <w:div w:id="228075591">
      <w:marLeft w:val="480"/>
      <w:marRight w:val="0"/>
      <w:marTop w:val="0"/>
      <w:marBottom w:val="0"/>
      <w:divBdr>
        <w:top w:val="none" w:sz="0" w:space="0" w:color="auto"/>
        <w:left w:val="none" w:sz="0" w:space="0" w:color="auto"/>
        <w:bottom w:val="none" w:sz="0" w:space="0" w:color="auto"/>
        <w:right w:val="none" w:sz="0" w:space="0" w:color="auto"/>
      </w:divBdr>
    </w:div>
    <w:div w:id="233861575">
      <w:bodyDiv w:val="1"/>
      <w:marLeft w:val="0"/>
      <w:marRight w:val="0"/>
      <w:marTop w:val="0"/>
      <w:marBottom w:val="0"/>
      <w:divBdr>
        <w:top w:val="none" w:sz="0" w:space="0" w:color="auto"/>
        <w:left w:val="none" w:sz="0" w:space="0" w:color="auto"/>
        <w:bottom w:val="none" w:sz="0" w:space="0" w:color="auto"/>
        <w:right w:val="none" w:sz="0" w:space="0" w:color="auto"/>
      </w:divBdr>
      <w:divsChild>
        <w:div w:id="964238752">
          <w:marLeft w:val="0"/>
          <w:marRight w:val="0"/>
          <w:marTop w:val="0"/>
          <w:marBottom w:val="0"/>
          <w:divBdr>
            <w:top w:val="none" w:sz="0" w:space="0" w:color="auto"/>
            <w:left w:val="none" w:sz="0" w:space="0" w:color="auto"/>
            <w:bottom w:val="none" w:sz="0" w:space="0" w:color="auto"/>
            <w:right w:val="none" w:sz="0" w:space="0" w:color="auto"/>
          </w:divBdr>
        </w:div>
      </w:divsChild>
    </w:div>
    <w:div w:id="237247624">
      <w:bodyDiv w:val="1"/>
      <w:marLeft w:val="0"/>
      <w:marRight w:val="0"/>
      <w:marTop w:val="0"/>
      <w:marBottom w:val="0"/>
      <w:divBdr>
        <w:top w:val="none" w:sz="0" w:space="0" w:color="auto"/>
        <w:left w:val="none" w:sz="0" w:space="0" w:color="auto"/>
        <w:bottom w:val="none" w:sz="0" w:space="0" w:color="auto"/>
        <w:right w:val="none" w:sz="0" w:space="0" w:color="auto"/>
      </w:divBdr>
    </w:div>
    <w:div w:id="239367094">
      <w:bodyDiv w:val="1"/>
      <w:marLeft w:val="0"/>
      <w:marRight w:val="0"/>
      <w:marTop w:val="0"/>
      <w:marBottom w:val="0"/>
      <w:divBdr>
        <w:top w:val="none" w:sz="0" w:space="0" w:color="auto"/>
        <w:left w:val="none" w:sz="0" w:space="0" w:color="auto"/>
        <w:bottom w:val="none" w:sz="0" w:space="0" w:color="auto"/>
        <w:right w:val="none" w:sz="0" w:space="0" w:color="auto"/>
      </w:divBdr>
      <w:divsChild>
        <w:div w:id="1705864407">
          <w:marLeft w:val="0"/>
          <w:marRight w:val="0"/>
          <w:marTop w:val="0"/>
          <w:marBottom w:val="0"/>
          <w:divBdr>
            <w:top w:val="none" w:sz="0" w:space="0" w:color="auto"/>
            <w:left w:val="none" w:sz="0" w:space="0" w:color="auto"/>
            <w:bottom w:val="none" w:sz="0" w:space="0" w:color="auto"/>
            <w:right w:val="none" w:sz="0" w:space="0" w:color="auto"/>
          </w:divBdr>
        </w:div>
      </w:divsChild>
    </w:div>
    <w:div w:id="259607891">
      <w:marLeft w:val="480"/>
      <w:marRight w:val="0"/>
      <w:marTop w:val="0"/>
      <w:marBottom w:val="0"/>
      <w:divBdr>
        <w:top w:val="none" w:sz="0" w:space="0" w:color="auto"/>
        <w:left w:val="none" w:sz="0" w:space="0" w:color="auto"/>
        <w:bottom w:val="none" w:sz="0" w:space="0" w:color="auto"/>
        <w:right w:val="none" w:sz="0" w:space="0" w:color="auto"/>
      </w:divBdr>
    </w:div>
    <w:div w:id="273220558">
      <w:marLeft w:val="480"/>
      <w:marRight w:val="0"/>
      <w:marTop w:val="0"/>
      <w:marBottom w:val="0"/>
      <w:divBdr>
        <w:top w:val="none" w:sz="0" w:space="0" w:color="auto"/>
        <w:left w:val="none" w:sz="0" w:space="0" w:color="auto"/>
        <w:bottom w:val="none" w:sz="0" w:space="0" w:color="auto"/>
        <w:right w:val="none" w:sz="0" w:space="0" w:color="auto"/>
      </w:divBdr>
    </w:div>
    <w:div w:id="278026412">
      <w:marLeft w:val="480"/>
      <w:marRight w:val="0"/>
      <w:marTop w:val="0"/>
      <w:marBottom w:val="0"/>
      <w:divBdr>
        <w:top w:val="none" w:sz="0" w:space="0" w:color="auto"/>
        <w:left w:val="none" w:sz="0" w:space="0" w:color="auto"/>
        <w:bottom w:val="none" w:sz="0" w:space="0" w:color="auto"/>
        <w:right w:val="none" w:sz="0" w:space="0" w:color="auto"/>
      </w:divBdr>
    </w:div>
    <w:div w:id="279335296">
      <w:bodyDiv w:val="1"/>
      <w:marLeft w:val="0"/>
      <w:marRight w:val="0"/>
      <w:marTop w:val="0"/>
      <w:marBottom w:val="0"/>
      <w:divBdr>
        <w:top w:val="none" w:sz="0" w:space="0" w:color="auto"/>
        <w:left w:val="none" w:sz="0" w:space="0" w:color="auto"/>
        <w:bottom w:val="none" w:sz="0" w:space="0" w:color="auto"/>
        <w:right w:val="none" w:sz="0" w:space="0" w:color="auto"/>
      </w:divBdr>
    </w:div>
    <w:div w:id="282656906">
      <w:bodyDiv w:val="1"/>
      <w:marLeft w:val="0"/>
      <w:marRight w:val="0"/>
      <w:marTop w:val="0"/>
      <w:marBottom w:val="0"/>
      <w:divBdr>
        <w:top w:val="none" w:sz="0" w:space="0" w:color="auto"/>
        <w:left w:val="none" w:sz="0" w:space="0" w:color="auto"/>
        <w:bottom w:val="none" w:sz="0" w:space="0" w:color="auto"/>
        <w:right w:val="none" w:sz="0" w:space="0" w:color="auto"/>
      </w:divBdr>
    </w:div>
    <w:div w:id="290745726">
      <w:marLeft w:val="480"/>
      <w:marRight w:val="0"/>
      <w:marTop w:val="0"/>
      <w:marBottom w:val="0"/>
      <w:divBdr>
        <w:top w:val="none" w:sz="0" w:space="0" w:color="auto"/>
        <w:left w:val="none" w:sz="0" w:space="0" w:color="auto"/>
        <w:bottom w:val="none" w:sz="0" w:space="0" w:color="auto"/>
        <w:right w:val="none" w:sz="0" w:space="0" w:color="auto"/>
      </w:divBdr>
    </w:div>
    <w:div w:id="305479411">
      <w:marLeft w:val="480"/>
      <w:marRight w:val="0"/>
      <w:marTop w:val="0"/>
      <w:marBottom w:val="0"/>
      <w:divBdr>
        <w:top w:val="none" w:sz="0" w:space="0" w:color="auto"/>
        <w:left w:val="none" w:sz="0" w:space="0" w:color="auto"/>
        <w:bottom w:val="none" w:sz="0" w:space="0" w:color="auto"/>
        <w:right w:val="none" w:sz="0" w:space="0" w:color="auto"/>
      </w:divBdr>
    </w:div>
    <w:div w:id="323971646">
      <w:marLeft w:val="480"/>
      <w:marRight w:val="0"/>
      <w:marTop w:val="0"/>
      <w:marBottom w:val="0"/>
      <w:divBdr>
        <w:top w:val="none" w:sz="0" w:space="0" w:color="auto"/>
        <w:left w:val="none" w:sz="0" w:space="0" w:color="auto"/>
        <w:bottom w:val="none" w:sz="0" w:space="0" w:color="auto"/>
        <w:right w:val="none" w:sz="0" w:space="0" w:color="auto"/>
      </w:divBdr>
    </w:div>
    <w:div w:id="324477025">
      <w:marLeft w:val="480"/>
      <w:marRight w:val="0"/>
      <w:marTop w:val="0"/>
      <w:marBottom w:val="0"/>
      <w:divBdr>
        <w:top w:val="none" w:sz="0" w:space="0" w:color="auto"/>
        <w:left w:val="none" w:sz="0" w:space="0" w:color="auto"/>
        <w:bottom w:val="none" w:sz="0" w:space="0" w:color="auto"/>
        <w:right w:val="none" w:sz="0" w:space="0" w:color="auto"/>
      </w:divBdr>
    </w:div>
    <w:div w:id="340937775">
      <w:marLeft w:val="480"/>
      <w:marRight w:val="0"/>
      <w:marTop w:val="0"/>
      <w:marBottom w:val="0"/>
      <w:divBdr>
        <w:top w:val="none" w:sz="0" w:space="0" w:color="auto"/>
        <w:left w:val="none" w:sz="0" w:space="0" w:color="auto"/>
        <w:bottom w:val="none" w:sz="0" w:space="0" w:color="auto"/>
        <w:right w:val="none" w:sz="0" w:space="0" w:color="auto"/>
      </w:divBdr>
    </w:div>
    <w:div w:id="345140033">
      <w:marLeft w:val="480"/>
      <w:marRight w:val="0"/>
      <w:marTop w:val="0"/>
      <w:marBottom w:val="0"/>
      <w:divBdr>
        <w:top w:val="none" w:sz="0" w:space="0" w:color="auto"/>
        <w:left w:val="none" w:sz="0" w:space="0" w:color="auto"/>
        <w:bottom w:val="none" w:sz="0" w:space="0" w:color="auto"/>
        <w:right w:val="none" w:sz="0" w:space="0" w:color="auto"/>
      </w:divBdr>
    </w:div>
    <w:div w:id="359480003">
      <w:marLeft w:val="480"/>
      <w:marRight w:val="0"/>
      <w:marTop w:val="0"/>
      <w:marBottom w:val="0"/>
      <w:divBdr>
        <w:top w:val="none" w:sz="0" w:space="0" w:color="auto"/>
        <w:left w:val="none" w:sz="0" w:space="0" w:color="auto"/>
        <w:bottom w:val="none" w:sz="0" w:space="0" w:color="auto"/>
        <w:right w:val="none" w:sz="0" w:space="0" w:color="auto"/>
      </w:divBdr>
    </w:div>
    <w:div w:id="365255582">
      <w:marLeft w:val="480"/>
      <w:marRight w:val="0"/>
      <w:marTop w:val="0"/>
      <w:marBottom w:val="0"/>
      <w:divBdr>
        <w:top w:val="none" w:sz="0" w:space="0" w:color="auto"/>
        <w:left w:val="none" w:sz="0" w:space="0" w:color="auto"/>
        <w:bottom w:val="none" w:sz="0" w:space="0" w:color="auto"/>
        <w:right w:val="none" w:sz="0" w:space="0" w:color="auto"/>
      </w:divBdr>
    </w:div>
    <w:div w:id="382799285">
      <w:bodyDiv w:val="1"/>
      <w:marLeft w:val="0"/>
      <w:marRight w:val="0"/>
      <w:marTop w:val="0"/>
      <w:marBottom w:val="0"/>
      <w:divBdr>
        <w:top w:val="none" w:sz="0" w:space="0" w:color="auto"/>
        <w:left w:val="none" w:sz="0" w:space="0" w:color="auto"/>
        <w:bottom w:val="none" w:sz="0" w:space="0" w:color="auto"/>
        <w:right w:val="none" w:sz="0" w:space="0" w:color="auto"/>
      </w:divBdr>
    </w:div>
    <w:div w:id="386537705">
      <w:marLeft w:val="480"/>
      <w:marRight w:val="0"/>
      <w:marTop w:val="0"/>
      <w:marBottom w:val="0"/>
      <w:divBdr>
        <w:top w:val="none" w:sz="0" w:space="0" w:color="auto"/>
        <w:left w:val="none" w:sz="0" w:space="0" w:color="auto"/>
        <w:bottom w:val="none" w:sz="0" w:space="0" w:color="auto"/>
        <w:right w:val="none" w:sz="0" w:space="0" w:color="auto"/>
      </w:divBdr>
    </w:div>
    <w:div w:id="390810714">
      <w:marLeft w:val="480"/>
      <w:marRight w:val="0"/>
      <w:marTop w:val="0"/>
      <w:marBottom w:val="0"/>
      <w:divBdr>
        <w:top w:val="none" w:sz="0" w:space="0" w:color="auto"/>
        <w:left w:val="none" w:sz="0" w:space="0" w:color="auto"/>
        <w:bottom w:val="none" w:sz="0" w:space="0" w:color="auto"/>
        <w:right w:val="none" w:sz="0" w:space="0" w:color="auto"/>
      </w:divBdr>
    </w:div>
    <w:div w:id="396049235">
      <w:bodyDiv w:val="1"/>
      <w:marLeft w:val="0"/>
      <w:marRight w:val="0"/>
      <w:marTop w:val="0"/>
      <w:marBottom w:val="0"/>
      <w:divBdr>
        <w:top w:val="none" w:sz="0" w:space="0" w:color="auto"/>
        <w:left w:val="none" w:sz="0" w:space="0" w:color="auto"/>
        <w:bottom w:val="none" w:sz="0" w:space="0" w:color="auto"/>
        <w:right w:val="none" w:sz="0" w:space="0" w:color="auto"/>
      </w:divBdr>
      <w:divsChild>
        <w:div w:id="1513883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7948230">
      <w:marLeft w:val="480"/>
      <w:marRight w:val="0"/>
      <w:marTop w:val="0"/>
      <w:marBottom w:val="0"/>
      <w:divBdr>
        <w:top w:val="none" w:sz="0" w:space="0" w:color="auto"/>
        <w:left w:val="none" w:sz="0" w:space="0" w:color="auto"/>
        <w:bottom w:val="none" w:sz="0" w:space="0" w:color="auto"/>
        <w:right w:val="none" w:sz="0" w:space="0" w:color="auto"/>
      </w:divBdr>
    </w:div>
    <w:div w:id="414740863">
      <w:marLeft w:val="480"/>
      <w:marRight w:val="0"/>
      <w:marTop w:val="0"/>
      <w:marBottom w:val="0"/>
      <w:divBdr>
        <w:top w:val="none" w:sz="0" w:space="0" w:color="auto"/>
        <w:left w:val="none" w:sz="0" w:space="0" w:color="auto"/>
        <w:bottom w:val="none" w:sz="0" w:space="0" w:color="auto"/>
        <w:right w:val="none" w:sz="0" w:space="0" w:color="auto"/>
      </w:divBdr>
    </w:div>
    <w:div w:id="435098292">
      <w:bodyDiv w:val="1"/>
      <w:marLeft w:val="0"/>
      <w:marRight w:val="0"/>
      <w:marTop w:val="0"/>
      <w:marBottom w:val="0"/>
      <w:divBdr>
        <w:top w:val="none" w:sz="0" w:space="0" w:color="auto"/>
        <w:left w:val="none" w:sz="0" w:space="0" w:color="auto"/>
        <w:bottom w:val="none" w:sz="0" w:space="0" w:color="auto"/>
        <w:right w:val="none" w:sz="0" w:space="0" w:color="auto"/>
      </w:divBdr>
    </w:div>
    <w:div w:id="437599681">
      <w:bodyDiv w:val="1"/>
      <w:marLeft w:val="0"/>
      <w:marRight w:val="0"/>
      <w:marTop w:val="0"/>
      <w:marBottom w:val="0"/>
      <w:divBdr>
        <w:top w:val="none" w:sz="0" w:space="0" w:color="auto"/>
        <w:left w:val="none" w:sz="0" w:space="0" w:color="auto"/>
        <w:bottom w:val="none" w:sz="0" w:space="0" w:color="auto"/>
        <w:right w:val="none" w:sz="0" w:space="0" w:color="auto"/>
      </w:divBdr>
    </w:div>
    <w:div w:id="451097572">
      <w:marLeft w:val="480"/>
      <w:marRight w:val="0"/>
      <w:marTop w:val="0"/>
      <w:marBottom w:val="0"/>
      <w:divBdr>
        <w:top w:val="none" w:sz="0" w:space="0" w:color="auto"/>
        <w:left w:val="none" w:sz="0" w:space="0" w:color="auto"/>
        <w:bottom w:val="none" w:sz="0" w:space="0" w:color="auto"/>
        <w:right w:val="none" w:sz="0" w:space="0" w:color="auto"/>
      </w:divBdr>
    </w:div>
    <w:div w:id="452675281">
      <w:bodyDiv w:val="1"/>
      <w:marLeft w:val="0"/>
      <w:marRight w:val="0"/>
      <w:marTop w:val="0"/>
      <w:marBottom w:val="0"/>
      <w:divBdr>
        <w:top w:val="none" w:sz="0" w:space="0" w:color="auto"/>
        <w:left w:val="none" w:sz="0" w:space="0" w:color="auto"/>
        <w:bottom w:val="none" w:sz="0" w:space="0" w:color="auto"/>
        <w:right w:val="none" w:sz="0" w:space="0" w:color="auto"/>
      </w:divBdr>
    </w:div>
    <w:div w:id="465271125">
      <w:marLeft w:val="480"/>
      <w:marRight w:val="0"/>
      <w:marTop w:val="0"/>
      <w:marBottom w:val="0"/>
      <w:divBdr>
        <w:top w:val="none" w:sz="0" w:space="0" w:color="auto"/>
        <w:left w:val="none" w:sz="0" w:space="0" w:color="auto"/>
        <w:bottom w:val="none" w:sz="0" w:space="0" w:color="auto"/>
        <w:right w:val="none" w:sz="0" w:space="0" w:color="auto"/>
      </w:divBdr>
    </w:div>
    <w:div w:id="470101168">
      <w:marLeft w:val="480"/>
      <w:marRight w:val="0"/>
      <w:marTop w:val="0"/>
      <w:marBottom w:val="0"/>
      <w:divBdr>
        <w:top w:val="none" w:sz="0" w:space="0" w:color="auto"/>
        <w:left w:val="none" w:sz="0" w:space="0" w:color="auto"/>
        <w:bottom w:val="none" w:sz="0" w:space="0" w:color="auto"/>
        <w:right w:val="none" w:sz="0" w:space="0" w:color="auto"/>
      </w:divBdr>
    </w:div>
    <w:div w:id="477961498">
      <w:bodyDiv w:val="1"/>
      <w:marLeft w:val="0"/>
      <w:marRight w:val="0"/>
      <w:marTop w:val="0"/>
      <w:marBottom w:val="0"/>
      <w:divBdr>
        <w:top w:val="none" w:sz="0" w:space="0" w:color="auto"/>
        <w:left w:val="none" w:sz="0" w:space="0" w:color="auto"/>
        <w:bottom w:val="none" w:sz="0" w:space="0" w:color="auto"/>
        <w:right w:val="none" w:sz="0" w:space="0" w:color="auto"/>
      </w:divBdr>
      <w:divsChild>
        <w:div w:id="468211448">
          <w:marLeft w:val="0"/>
          <w:marRight w:val="0"/>
          <w:marTop w:val="0"/>
          <w:marBottom w:val="0"/>
          <w:divBdr>
            <w:top w:val="none" w:sz="0" w:space="0" w:color="auto"/>
            <w:left w:val="none" w:sz="0" w:space="0" w:color="auto"/>
            <w:bottom w:val="none" w:sz="0" w:space="0" w:color="auto"/>
            <w:right w:val="none" w:sz="0" w:space="0" w:color="auto"/>
          </w:divBdr>
          <w:divsChild>
            <w:div w:id="5173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5375">
      <w:bodyDiv w:val="1"/>
      <w:marLeft w:val="0"/>
      <w:marRight w:val="0"/>
      <w:marTop w:val="0"/>
      <w:marBottom w:val="0"/>
      <w:divBdr>
        <w:top w:val="none" w:sz="0" w:space="0" w:color="auto"/>
        <w:left w:val="none" w:sz="0" w:space="0" w:color="auto"/>
        <w:bottom w:val="none" w:sz="0" w:space="0" w:color="auto"/>
        <w:right w:val="none" w:sz="0" w:space="0" w:color="auto"/>
      </w:divBdr>
    </w:div>
    <w:div w:id="488179957">
      <w:bodyDiv w:val="1"/>
      <w:marLeft w:val="0"/>
      <w:marRight w:val="0"/>
      <w:marTop w:val="0"/>
      <w:marBottom w:val="0"/>
      <w:divBdr>
        <w:top w:val="none" w:sz="0" w:space="0" w:color="auto"/>
        <w:left w:val="none" w:sz="0" w:space="0" w:color="auto"/>
        <w:bottom w:val="none" w:sz="0" w:space="0" w:color="auto"/>
        <w:right w:val="none" w:sz="0" w:space="0" w:color="auto"/>
      </w:divBdr>
    </w:div>
    <w:div w:id="490215540">
      <w:marLeft w:val="480"/>
      <w:marRight w:val="0"/>
      <w:marTop w:val="0"/>
      <w:marBottom w:val="0"/>
      <w:divBdr>
        <w:top w:val="none" w:sz="0" w:space="0" w:color="auto"/>
        <w:left w:val="none" w:sz="0" w:space="0" w:color="auto"/>
        <w:bottom w:val="none" w:sz="0" w:space="0" w:color="auto"/>
        <w:right w:val="none" w:sz="0" w:space="0" w:color="auto"/>
      </w:divBdr>
    </w:div>
    <w:div w:id="494958477">
      <w:bodyDiv w:val="1"/>
      <w:marLeft w:val="0"/>
      <w:marRight w:val="0"/>
      <w:marTop w:val="0"/>
      <w:marBottom w:val="0"/>
      <w:divBdr>
        <w:top w:val="none" w:sz="0" w:space="0" w:color="auto"/>
        <w:left w:val="none" w:sz="0" w:space="0" w:color="auto"/>
        <w:bottom w:val="none" w:sz="0" w:space="0" w:color="auto"/>
        <w:right w:val="none" w:sz="0" w:space="0" w:color="auto"/>
      </w:divBdr>
    </w:div>
    <w:div w:id="498498376">
      <w:marLeft w:val="480"/>
      <w:marRight w:val="0"/>
      <w:marTop w:val="0"/>
      <w:marBottom w:val="0"/>
      <w:divBdr>
        <w:top w:val="none" w:sz="0" w:space="0" w:color="auto"/>
        <w:left w:val="none" w:sz="0" w:space="0" w:color="auto"/>
        <w:bottom w:val="none" w:sz="0" w:space="0" w:color="auto"/>
        <w:right w:val="none" w:sz="0" w:space="0" w:color="auto"/>
      </w:divBdr>
    </w:div>
    <w:div w:id="525027470">
      <w:marLeft w:val="480"/>
      <w:marRight w:val="0"/>
      <w:marTop w:val="0"/>
      <w:marBottom w:val="0"/>
      <w:divBdr>
        <w:top w:val="none" w:sz="0" w:space="0" w:color="auto"/>
        <w:left w:val="none" w:sz="0" w:space="0" w:color="auto"/>
        <w:bottom w:val="none" w:sz="0" w:space="0" w:color="auto"/>
        <w:right w:val="none" w:sz="0" w:space="0" w:color="auto"/>
      </w:divBdr>
    </w:div>
    <w:div w:id="528421023">
      <w:marLeft w:val="480"/>
      <w:marRight w:val="0"/>
      <w:marTop w:val="0"/>
      <w:marBottom w:val="0"/>
      <w:divBdr>
        <w:top w:val="none" w:sz="0" w:space="0" w:color="auto"/>
        <w:left w:val="none" w:sz="0" w:space="0" w:color="auto"/>
        <w:bottom w:val="none" w:sz="0" w:space="0" w:color="auto"/>
        <w:right w:val="none" w:sz="0" w:space="0" w:color="auto"/>
      </w:divBdr>
    </w:div>
    <w:div w:id="530924164">
      <w:marLeft w:val="480"/>
      <w:marRight w:val="0"/>
      <w:marTop w:val="0"/>
      <w:marBottom w:val="0"/>
      <w:divBdr>
        <w:top w:val="none" w:sz="0" w:space="0" w:color="auto"/>
        <w:left w:val="none" w:sz="0" w:space="0" w:color="auto"/>
        <w:bottom w:val="none" w:sz="0" w:space="0" w:color="auto"/>
        <w:right w:val="none" w:sz="0" w:space="0" w:color="auto"/>
      </w:divBdr>
    </w:div>
    <w:div w:id="541288398">
      <w:bodyDiv w:val="1"/>
      <w:marLeft w:val="0"/>
      <w:marRight w:val="0"/>
      <w:marTop w:val="0"/>
      <w:marBottom w:val="0"/>
      <w:divBdr>
        <w:top w:val="none" w:sz="0" w:space="0" w:color="auto"/>
        <w:left w:val="none" w:sz="0" w:space="0" w:color="auto"/>
        <w:bottom w:val="none" w:sz="0" w:space="0" w:color="auto"/>
        <w:right w:val="none" w:sz="0" w:space="0" w:color="auto"/>
      </w:divBdr>
    </w:div>
    <w:div w:id="541749350">
      <w:bodyDiv w:val="1"/>
      <w:marLeft w:val="0"/>
      <w:marRight w:val="0"/>
      <w:marTop w:val="0"/>
      <w:marBottom w:val="0"/>
      <w:divBdr>
        <w:top w:val="none" w:sz="0" w:space="0" w:color="auto"/>
        <w:left w:val="none" w:sz="0" w:space="0" w:color="auto"/>
        <w:bottom w:val="none" w:sz="0" w:space="0" w:color="auto"/>
        <w:right w:val="none" w:sz="0" w:space="0" w:color="auto"/>
      </w:divBdr>
      <w:divsChild>
        <w:div w:id="29652384">
          <w:marLeft w:val="0"/>
          <w:marRight w:val="0"/>
          <w:marTop w:val="0"/>
          <w:marBottom w:val="0"/>
          <w:divBdr>
            <w:top w:val="none" w:sz="0" w:space="0" w:color="auto"/>
            <w:left w:val="none" w:sz="0" w:space="0" w:color="auto"/>
            <w:bottom w:val="none" w:sz="0" w:space="0" w:color="auto"/>
            <w:right w:val="none" w:sz="0" w:space="0" w:color="auto"/>
          </w:divBdr>
        </w:div>
      </w:divsChild>
    </w:div>
    <w:div w:id="546839976">
      <w:marLeft w:val="480"/>
      <w:marRight w:val="0"/>
      <w:marTop w:val="0"/>
      <w:marBottom w:val="0"/>
      <w:divBdr>
        <w:top w:val="none" w:sz="0" w:space="0" w:color="auto"/>
        <w:left w:val="none" w:sz="0" w:space="0" w:color="auto"/>
        <w:bottom w:val="none" w:sz="0" w:space="0" w:color="auto"/>
        <w:right w:val="none" w:sz="0" w:space="0" w:color="auto"/>
      </w:divBdr>
    </w:div>
    <w:div w:id="549995282">
      <w:marLeft w:val="480"/>
      <w:marRight w:val="0"/>
      <w:marTop w:val="0"/>
      <w:marBottom w:val="0"/>
      <w:divBdr>
        <w:top w:val="none" w:sz="0" w:space="0" w:color="auto"/>
        <w:left w:val="none" w:sz="0" w:space="0" w:color="auto"/>
        <w:bottom w:val="none" w:sz="0" w:space="0" w:color="auto"/>
        <w:right w:val="none" w:sz="0" w:space="0" w:color="auto"/>
      </w:divBdr>
    </w:div>
    <w:div w:id="562066673">
      <w:bodyDiv w:val="1"/>
      <w:marLeft w:val="0"/>
      <w:marRight w:val="0"/>
      <w:marTop w:val="0"/>
      <w:marBottom w:val="0"/>
      <w:divBdr>
        <w:top w:val="none" w:sz="0" w:space="0" w:color="auto"/>
        <w:left w:val="none" w:sz="0" w:space="0" w:color="auto"/>
        <w:bottom w:val="none" w:sz="0" w:space="0" w:color="auto"/>
        <w:right w:val="none" w:sz="0" w:space="0" w:color="auto"/>
      </w:divBdr>
      <w:divsChild>
        <w:div w:id="315498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2342063">
      <w:bodyDiv w:val="1"/>
      <w:marLeft w:val="0"/>
      <w:marRight w:val="0"/>
      <w:marTop w:val="0"/>
      <w:marBottom w:val="0"/>
      <w:divBdr>
        <w:top w:val="none" w:sz="0" w:space="0" w:color="auto"/>
        <w:left w:val="none" w:sz="0" w:space="0" w:color="auto"/>
        <w:bottom w:val="none" w:sz="0" w:space="0" w:color="auto"/>
        <w:right w:val="none" w:sz="0" w:space="0" w:color="auto"/>
      </w:divBdr>
    </w:div>
    <w:div w:id="602959369">
      <w:bodyDiv w:val="1"/>
      <w:marLeft w:val="0"/>
      <w:marRight w:val="0"/>
      <w:marTop w:val="0"/>
      <w:marBottom w:val="0"/>
      <w:divBdr>
        <w:top w:val="none" w:sz="0" w:space="0" w:color="auto"/>
        <w:left w:val="none" w:sz="0" w:space="0" w:color="auto"/>
        <w:bottom w:val="none" w:sz="0" w:space="0" w:color="auto"/>
        <w:right w:val="none" w:sz="0" w:space="0" w:color="auto"/>
      </w:divBdr>
    </w:div>
    <w:div w:id="603004315">
      <w:marLeft w:val="480"/>
      <w:marRight w:val="0"/>
      <w:marTop w:val="0"/>
      <w:marBottom w:val="0"/>
      <w:divBdr>
        <w:top w:val="none" w:sz="0" w:space="0" w:color="auto"/>
        <w:left w:val="none" w:sz="0" w:space="0" w:color="auto"/>
        <w:bottom w:val="none" w:sz="0" w:space="0" w:color="auto"/>
        <w:right w:val="none" w:sz="0" w:space="0" w:color="auto"/>
      </w:divBdr>
    </w:div>
    <w:div w:id="610357807">
      <w:marLeft w:val="480"/>
      <w:marRight w:val="0"/>
      <w:marTop w:val="0"/>
      <w:marBottom w:val="0"/>
      <w:divBdr>
        <w:top w:val="none" w:sz="0" w:space="0" w:color="auto"/>
        <w:left w:val="none" w:sz="0" w:space="0" w:color="auto"/>
        <w:bottom w:val="none" w:sz="0" w:space="0" w:color="auto"/>
        <w:right w:val="none" w:sz="0" w:space="0" w:color="auto"/>
      </w:divBdr>
    </w:div>
    <w:div w:id="619410542">
      <w:marLeft w:val="480"/>
      <w:marRight w:val="0"/>
      <w:marTop w:val="0"/>
      <w:marBottom w:val="0"/>
      <w:divBdr>
        <w:top w:val="none" w:sz="0" w:space="0" w:color="auto"/>
        <w:left w:val="none" w:sz="0" w:space="0" w:color="auto"/>
        <w:bottom w:val="none" w:sz="0" w:space="0" w:color="auto"/>
        <w:right w:val="none" w:sz="0" w:space="0" w:color="auto"/>
      </w:divBdr>
    </w:div>
    <w:div w:id="626813080">
      <w:marLeft w:val="480"/>
      <w:marRight w:val="0"/>
      <w:marTop w:val="0"/>
      <w:marBottom w:val="0"/>
      <w:divBdr>
        <w:top w:val="none" w:sz="0" w:space="0" w:color="auto"/>
        <w:left w:val="none" w:sz="0" w:space="0" w:color="auto"/>
        <w:bottom w:val="none" w:sz="0" w:space="0" w:color="auto"/>
        <w:right w:val="none" w:sz="0" w:space="0" w:color="auto"/>
      </w:divBdr>
    </w:div>
    <w:div w:id="634485650">
      <w:bodyDiv w:val="1"/>
      <w:marLeft w:val="0"/>
      <w:marRight w:val="0"/>
      <w:marTop w:val="0"/>
      <w:marBottom w:val="0"/>
      <w:divBdr>
        <w:top w:val="none" w:sz="0" w:space="0" w:color="auto"/>
        <w:left w:val="none" w:sz="0" w:space="0" w:color="auto"/>
        <w:bottom w:val="none" w:sz="0" w:space="0" w:color="auto"/>
        <w:right w:val="none" w:sz="0" w:space="0" w:color="auto"/>
      </w:divBdr>
    </w:div>
    <w:div w:id="647438823">
      <w:bodyDiv w:val="1"/>
      <w:marLeft w:val="0"/>
      <w:marRight w:val="0"/>
      <w:marTop w:val="0"/>
      <w:marBottom w:val="0"/>
      <w:divBdr>
        <w:top w:val="none" w:sz="0" w:space="0" w:color="auto"/>
        <w:left w:val="none" w:sz="0" w:space="0" w:color="auto"/>
        <w:bottom w:val="none" w:sz="0" w:space="0" w:color="auto"/>
        <w:right w:val="none" w:sz="0" w:space="0" w:color="auto"/>
      </w:divBdr>
    </w:div>
    <w:div w:id="657617676">
      <w:marLeft w:val="480"/>
      <w:marRight w:val="0"/>
      <w:marTop w:val="0"/>
      <w:marBottom w:val="0"/>
      <w:divBdr>
        <w:top w:val="none" w:sz="0" w:space="0" w:color="auto"/>
        <w:left w:val="none" w:sz="0" w:space="0" w:color="auto"/>
        <w:bottom w:val="none" w:sz="0" w:space="0" w:color="auto"/>
        <w:right w:val="none" w:sz="0" w:space="0" w:color="auto"/>
      </w:divBdr>
    </w:div>
    <w:div w:id="657802091">
      <w:bodyDiv w:val="1"/>
      <w:marLeft w:val="0"/>
      <w:marRight w:val="0"/>
      <w:marTop w:val="0"/>
      <w:marBottom w:val="0"/>
      <w:divBdr>
        <w:top w:val="none" w:sz="0" w:space="0" w:color="auto"/>
        <w:left w:val="none" w:sz="0" w:space="0" w:color="auto"/>
        <w:bottom w:val="none" w:sz="0" w:space="0" w:color="auto"/>
        <w:right w:val="none" w:sz="0" w:space="0" w:color="auto"/>
      </w:divBdr>
    </w:div>
    <w:div w:id="658995423">
      <w:marLeft w:val="480"/>
      <w:marRight w:val="0"/>
      <w:marTop w:val="0"/>
      <w:marBottom w:val="0"/>
      <w:divBdr>
        <w:top w:val="none" w:sz="0" w:space="0" w:color="auto"/>
        <w:left w:val="none" w:sz="0" w:space="0" w:color="auto"/>
        <w:bottom w:val="none" w:sz="0" w:space="0" w:color="auto"/>
        <w:right w:val="none" w:sz="0" w:space="0" w:color="auto"/>
      </w:divBdr>
    </w:div>
    <w:div w:id="659772744">
      <w:marLeft w:val="480"/>
      <w:marRight w:val="0"/>
      <w:marTop w:val="0"/>
      <w:marBottom w:val="0"/>
      <w:divBdr>
        <w:top w:val="none" w:sz="0" w:space="0" w:color="auto"/>
        <w:left w:val="none" w:sz="0" w:space="0" w:color="auto"/>
        <w:bottom w:val="none" w:sz="0" w:space="0" w:color="auto"/>
        <w:right w:val="none" w:sz="0" w:space="0" w:color="auto"/>
      </w:divBdr>
    </w:div>
    <w:div w:id="665977178">
      <w:marLeft w:val="480"/>
      <w:marRight w:val="0"/>
      <w:marTop w:val="0"/>
      <w:marBottom w:val="0"/>
      <w:divBdr>
        <w:top w:val="none" w:sz="0" w:space="0" w:color="auto"/>
        <w:left w:val="none" w:sz="0" w:space="0" w:color="auto"/>
        <w:bottom w:val="none" w:sz="0" w:space="0" w:color="auto"/>
        <w:right w:val="none" w:sz="0" w:space="0" w:color="auto"/>
      </w:divBdr>
    </w:div>
    <w:div w:id="668869555">
      <w:marLeft w:val="480"/>
      <w:marRight w:val="0"/>
      <w:marTop w:val="0"/>
      <w:marBottom w:val="0"/>
      <w:divBdr>
        <w:top w:val="none" w:sz="0" w:space="0" w:color="auto"/>
        <w:left w:val="none" w:sz="0" w:space="0" w:color="auto"/>
        <w:bottom w:val="none" w:sz="0" w:space="0" w:color="auto"/>
        <w:right w:val="none" w:sz="0" w:space="0" w:color="auto"/>
      </w:divBdr>
    </w:div>
    <w:div w:id="670253002">
      <w:bodyDiv w:val="1"/>
      <w:marLeft w:val="0"/>
      <w:marRight w:val="0"/>
      <w:marTop w:val="0"/>
      <w:marBottom w:val="0"/>
      <w:divBdr>
        <w:top w:val="none" w:sz="0" w:space="0" w:color="auto"/>
        <w:left w:val="none" w:sz="0" w:space="0" w:color="auto"/>
        <w:bottom w:val="none" w:sz="0" w:space="0" w:color="auto"/>
        <w:right w:val="none" w:sz="0" w:space="0" w:color="auto"/>
      </w:divBdr>
    </w:div>
    <w:div w:id="686172438">
      <w:marLeft w:val="480"/>
      <w:marRight w:val="0"/>
      <w:marTop w:val="0"/>
      <w:marBottom w:val="0"/>
      <w:divBdr>
        <w:top w:val="none" w:sz="0" w:space="0" w:color="auto"/>
        <w:left w:val="none" w:sz="0" w:space="0" w:color="auto"/>
        <w:bottom w:val="none" w:sz="0" w:space="0" w:color="auto"/>
        <w:right w:val="none" w:sz="0" w:space="0" w:color="auto"/>
      </w:divBdr>
    </w:div>
    <w:div w:id="689840866">
      <w:bodyDiv w:val="1"/>
      <w:marLeft w:val="0"/>
      <w:marRight w:val="0"/>
      <w:marTop w:val="0"/>
      <w:marBottom w:val="0"/>
      <w:divBdr>
        <w:top w:val="none" w:sz="0" w:space="0" w:color="auto"/>
        <w:left w:val="none" w:sz="0" w:space="0" w:color="auto"/>
        <w:bottom w:val="none" w:sz="0" w:space="0" w:color="auto"/>
        <w:right w:val="none" w:sz="0" w:space="0" w:color="auto"/>
      </w:divBdr>
    </w:div>
    <w:div w:id="711029650">
      <w:marLeft w:val="480"/>
      <w:marRight w:val="0"/>
      <w:marTop w:val="0"/>
      <w:marBottom w:val="0"/>
      <w:divBdr>
        <w:top w:val="none" w:sz="0" w:space="0" w:color="auto"/>
        <w:left w:val="none" w:sz="0" w:space="0" w:color="auto"/>
        <w:bottom w:val="none" w:sz="0" w:space="0" w:color="auto"/>
        <w:right w:val="none" w:sz="0" w:space="0" w:color="auto"/>
      </w:divBdr>
    </w:div>
    <w:div w:id="713892904">
      <w:marLeft w:val="480"/>
      <w:marRight w:val="0"/>
      <w:marTop w:val="0"/>
      <w:marBottom w:val="0"/>
      <w:divBdr>
        <w:top w:val="none" w:sz="0" w:space="0" w:color="auto"/>
        <w:left w:val="none" w:sz="0" w:space="0" w:color="auto"/>
        <w:bottom w:val="none" w:sz="0" w:space="0" w:color="auto"/>
        <w:right w:val="none" w:sz="0" w:space="0" w:color="auto"/>
      </w:divBdr>
    </w:div>
    <w:div w:id="720439421">
      <w:marLeft w:val="480"/>
      <w:marRight w:val="0"/>
      <w:marTop w:val="0"/>
      <w:marBottom w:val="0"/>
      <w:divBdr>
        <w:top w:val="none" w:sz="0" w:space="0" w:color="auto"/>
        <w:left w:val="none" w:sz="0" w:space="0" w:color="auto"/>
        <w:bottom w:val="none" w:sz="0" w:space="0" w:color="auto"/>
        <w:right w:val="none" w:sz="0" w:space="0" w:color="auto"/>
      </w:divBdr>
    </w:div>
    <w:div w:id="724766767">
      <w:marLeft w:val="480"/>
      <w:marRight w:val="0"/>
      <w:marTop w:val="0"/>
      <w:marBottom w:val="0"/>
      <w:divBdr>
        <w:top w:val="none" w:sz="0" w:space="0" w:color="auto"/>
        <w:left w:val="none" w:sz="0" w:space="0" w:color="auto"/>
        <w:bottom w:val="none" w:sz="0" w:space="0" w:color="auto"/>
        <w:right w:val="none" w:sz="0" w:space="0" w:color="auto"/>
      </w:divBdr>
    </w:div>
    <w:div w:id="727194352">
      <w:bodyDiv w:val="1"/>
      <w:marLeft w:val="0"/>
      <w:marRight w:val="0"/>
      <w:marTop w:val="0"/>
      <w:marBottom w:val="0"/>
      <w:divBdr>
        <w:top w:val="none" w:sz="0" w:space="0" w:color="auto"/>
        <w:left w:val="none" w:sz="0" w:space="0" w:color="auto"/>
        <w:bottom w:val="none" w:sz="0" w:space="0" w:color="auto"/>
        <w:right w:val="none" w:sz="0" w:space="0" w:color="auto"/>
      </w:divBdr>
      <w:divsChild>
        <w:div w:id="858201721">
          <w:marLeft w:val="0"/>
          <w:marRight w:val="0"/>
          <w:marTop w:val="0"/>
          <w:marBottom w:val="0"/>
          <w:divBdr>
            <w:top w:val="none" w:sz="0" w:space="0" w:color="auto"/>
            <w:left w:val="none" w:sz="0" w:space="0" w:color="auto"/>
            <w:bottom w:val="none" w:sz="0" w:space="0" w:color="auto"/>
            <w:right w:val="none" w:sz="0" w:space="0" w:color="auto"/>
          </w:divBdr>
        </w:div>
      </w:divsChild>
    </w:div>
    <w:div w:id="740103860">
      <w:marLeft w:val="480"/>
      <w:marRight w:val="0"/>
      <w:marTop w:val="0"/>
      <w:marBottom w:val="0"/>
      <w:divBdr>
        <w:top w:val="none" w:sz="0" w:space="0" w:color="auto"/>
        <w:left w:val="none" w:sz="0" w:space="0" w:color="auto"/>
        <w:bottom w:val="none" w:sz="0" w:space="0" w:color="auto"/>
        <w:right w:val="none" w:sz="0" w:space="0" w:color="auto"/>
      </w:divBdr>
    </w:div>
    <w:div w:id="747071926">
      <w:marLeft w:val="480"/>
      <w:marRight w:val="0"/>
      <w:marTop w:val="0"/>
      <w:marBottom w:val="0"/>
      <w:divBdr>
        <w:top w:val="none" w:sz="0" w:space="0" w:color="auto"/>
        <w:left w:val="none" w:sz="0" w:space="0" w:color="auto"/>
        <w:bottom w:val="none" w:sz="0" w:space="0" w:color="auto"/>
        <w:right w:val="none" w:sz="0" w:space="0" w:color="auto"/>
      </w:divBdr>
    </w:div>
    <w:div w:id="747075449">
      <w:marLeft w:val="480"/>
      <w:marRight w:val="0"/>
      <w:marTop w:val="0"/>
      <w:marBottom w:val="0"/>
      <w:divBdr>
        <w:top w:val="none" w:sz="0" w:space="0" w:color="auto"/>
        <w:left w:val="none" w:sz="0" w:space="0" w:color="auto"/>
        <w:bottom w:val="none" w:sz="0" w:space="0" w:color="auto"/>
        <w:right w:val="none" w:sz="0" w:space="0" w:color="auto"/>
      </w:divBdr>
    </w:div>
    <w:div w:id="754127241">
      <w:marLeft w:val="480"/>
      <w:marRight w:val="0"/>
      <w:marTop w:val="0"/>
      <w:marBottom w:val="0"/>
      <w:divBdr>
        <w:top w:val="none" w:sz="0" w:space="0" w:color="auto"/>
        <w:left w:val="none" w:sz="0" w:space="0" w:color="auto"/>
        <w:bottom w:val="none" w:sz="0" w:space="0" w:color="auto"/>
        <w:right w:val="none" w:sz="0" w:space="0" w:color="auto"/>
      </w:divBdr>
    </w:div>
    <w:div w:id="769084093">
      <w:marLeft w:val="480"/>
      <w:marRight w:val="0"/>
      <w:marTop w:val="0"/>
      <w:marBottom w:val="0"/>
      <w:divBdr>
        <w:top w:val="none" w:sz="0" w:space="0" w:color="auto"/>
        <w:left w:val="none" w:sz="0" w:space="0" w:color="auto"/>
        <w:bottom w:val="none" w:sz="0" w:space="0" w:color="auto"/>
        <w:right w:val="none" w:sz="0" w:space="0" w:color="auto"/>
      </w:divBdr>
    </w:div>
    <w:div w:id="790829814">
      <w:bodyDiv w:val="1"/>
      <w:marLeft w:val="0"/>
      <w:marRight w:val="0"/>
      <w:marTop w:val="0"/>
      <w:marBottom w:val="0"/>
      <w:divBdr>
        <w:top w:val="none" w:sz="0" w:space="0" w:color="auto"/>
        <w:left w:val="none" w:sz="0" w:space="0" w:color="auto"/>
        <w:bottom w:val="none" w:sz="0" w:space="0" w:color="auto"/>
        <w:right w:val="none" w:sz="0" w:space="0" w:color="auto"/>
      </w:divBdr>
    </w:div>
    <w:div w:id="803087731">
      <w:marLeft w:val="480"/>
      <w:marRight w:val="0"/>
      <w:marTop w:val="0"/>
      <w:marBottom w:val="0"/>
      <w:divBdr>
        <w:top w:val="none" w:sz="0" w:space="0" w:color="auto"/>
        <w:left w:val="none" w:sz="0" w:space="0" w:color="auto"/>
        <w:bottom w:val="none" w:sz="0" w:space="0" w:color="auto"/>
        <w:right w:val="none" w:sz="0" w:space="0" w:color="auto"/>
      </w:divBdr>
    </w:div>
    <w:div w:id="810558969">
      <w:marLeft w:val="480"/>
      <w:marRight w:val="0"/>
      <w:marTop w:val="0"/>
      <w:marBottom w:val="0"/>
      <w:divBdr>
        <w:top w:val="none" w:sz="0" w:space="0" w:color="auto"/>
        <w:left w:val="none" w:sz="0" w:space="0" w:color="auto"/>
        <w:bottom w:val="none" w:sz="0" w:space="0" w:color="auto"/>
        <w:right w:val="none" w:sz="0" w:space="0" w:color="auto"/>
      </w:divBdr>
    </w:div>
    <w:div w:id="827131241">
      <w:marLeft w:val="480"/>
      <w:marRight w:val="0"/>
      <w:marTop w:val="0"/>
      <w:marBottom w:val="0"/>
      <w:divBdr>
        <w:top w:val="none" w:sz="0" w:space="0" w:color="auto"/>
        <w:left w:val="none" w:sz="0" w:space="0" w:color="auto"/>
        <w:bottom w:val="none" w:sz="0" w:space="0" w:color="auto"/>
        <w:right w:val="none" w:sz="0" w:space="0" w:color="auto"/>
      </w:divBdr>
    </w:div>
    <w:div w:id="831258898">
      <w:marLeft w:val="480"/>
      <w:marRight w:val="0"/>
      <w:marTop w:val="0"/>
      <w:marBottom w:val="0"/>
      <w:divBdr>
        <w:top w:val="none" w:sz="0" w:space="0" w:color="auto"/>
        <w:left w:val="none" w:sz="0" w:space="0" w:color="auto"/>
        <w:bottom w:val="none" w:sz="0" w:space="0" w:color="auto"/>
        <w:right w:val="none" w:sz="0" w:space="0" w:color="auto"/>
      </w:divBdr>
    </w:div>
    <w:div w:id="831869277">
      <w:bodyDiv w:val="1"/>
      <w:marLeft w:val="0"/>
      <w:marRight w:val="0"/>
      <w:marTop w:val="0"/>
      <w:marBottom w:val="0"/>
      <w:divBdr>
        <w:top w:val="none" w:sz="0" w:space="0" w:color="auto"/>
        <w:left w:val="none" w:sz="0" w:space="0" w:color="auto"/>
        <w:bottom w:val="none" w:sz="0" w:space="0" w:color="auto"/>
        <w:right w:val="none" w:sz="0" w:space="0" w:color="auto"/>
      </w:divBdr>
    </w:div>
    <w:div w:id="852954752">
      <w:marLeft w:val="480"/>
      <w:marRight w:val="0"/>
      <w:marTop w:val="0"/>
      <w:marBottom w:val="0"/>
      <w:divBdr>
        <w:top w:val="none" w:sz="0" w:space="0" w:color="auto"/>
        <w:left w:val="none" w:sz="0" w:space="0" w:color="auto"/>
        <w:bottom w:val="none" w:sz="0" w:space="0" w:color="auto"/>
        <w:right w:val="none" w:sz="0" w:space="0" w:color="auto"/>
      </w:divBdr>
    </w:div>
    <w:div w:id="855004942">
      <w:marLeft w:val="480"/>
      <w:marRight w:val="0"/>
      <w:marTop w:val="0"/>
      <w:marBottom w:val="0"/>
      <w:divBdr>
        <w:top w:val="none" w:sz="0" w:space="0" w:color="auto"/>
        <w:left w:val="none" w:sz="0" w:space="0" w:color="auto"/>
        <w:bottom w:val="none" w:sz="0" w:space="0" w:color="auto"/>
        <w:right w:val="none" w:sz="0" w:space="0" w:color="auto"/>
      </w:divBdr>
    </w:div>
    <w:div w:id="856575938">
      <w:bodyDiv w:val="1"/>
      <w:marLeft w:val="0"/>
      <w:marRight w:val="0"/>
      <w:marTop w:val="0"/>
      <w:marBottom w:val="0"/>
      <w:divBdr>
        <w:top w:val="none" w:sz="0" w:space="0" w:color="auto"/>
        <w:left w:val="none" w:sz="0" w:space="0" w:color="auto"/>
        <w:bottom w:val="none" w:sz="0" w:space="0" w:color="auto"/>
        <w:right w:val="none" w:sz="0" w:space="0" w:color="auto"/>
      </w:divBdr>
      <w:divsChild>
        <w:div w:id="633751358">
          <w:marLeft w:val="0"/>
          <w:marRight w:val="0"/>
          <w:marTop w:val="0"/>
          <w:marBottom w:val="0"/>
          <w:divBdr>
            <w:top w:val="none" w:sz="0" w:space="0" w:color="auto"/>
            <w:left w:val="none" w:sz="0" w:space="0" w:color="auto"/>
            <w:bottom w:val="none" w:sz="0" w:space="0" w:color="auto"/>
            <w:right w:val="none" w:sz="0" w:space="0" w:color="auto"/>
          </w:divBdr>
        </w:div>
      </w:divsChild>
    </w:div>
    <w:div w:id="858200561">
      <w:marLeft w:val="480"/>
      <w:marRight w:val="0"/>
      <w:marTop w:val="0"/>
      <w:marBottom w:val="0"/>
      <w:divBdr>
        <w:top w:val="none" w:sz="0" w:space="0" w:color="auto"/>
        <w:left w:val="none" w:sz="0" w:space="0" w:color="auto"/>
        <w:bottom w:val="none" w:sz="0" w:space="0" w:color="auto"/>
        <w:right w:val="none" w:sz="0" w:space="0" w:color="auto"/>
      </w:divBdr>
    </w:div>
    <w:div w:id="873926008">
      <w:bodyDiv w:val="1"/>
      <w:marLeft w:val="0"/>
      <w:marRight w:val="0"/>
      <w:marTop w:val="0"/>
      <w:marBottom w:val="0"/>
      <w:divBdr>
        <w:top w:val="none" w:sz="0" w:space="0" w:color="auto"/>
        <w:left w:val="none" w:sz="0" w:space="0" w:color="auto"/>
        <w:bottom w:val="none" w:sz="0" w:space="0" w:color="auto"/>
        <w:right w:val="none" w:sz="0" w:space="0" w:color="auto"/>
      </w:divBdr>
    </w:div>
    <w:div w:id="886255508">
      <w:bodyDiv w:val="1"/>
      <w:marLeft w:val="0"/>
      <w:marRight w:val="0"/>
      <w:marTop w:val="0"/>
      <w:marBottom w:val="0"/>
      <w:divBdr>
        <w:top w:val="none" w:sz="0" w:space="0" w:color="auto"/>
        <w:left w:val="none" w:sz="0" w:space="0" w:color="auto"/>
        <w:bottom w:val="none" w:sz="0" w:space="0" w:color="auto"/>
        <w:right w:val="none" w:sz="0" w:space="0" w:color="auto"/>
      </w:divBdr>
      <w:divsChild>
        <w:div w:id="1465385462">
          <w:marLeft w:val="0"/>
          <w:marRight w:val="0"/>
          <w:marTop w:val="0"/>
          <w:marBottom w:val="0"/>
          <w:divBdr>
            <w:top w:val="none" w:sz="0" w:space="0" w:color="auto"/>
            <w:left w:val="none" w:sz="0" w:space="0" w:color="auto"/>
            <w:bottom w:val="none" w:sz="0" w:space="0" w:color="auto"/>
            <w:right w:val="none" w:sz="0" w:space="0" w:color="auto"/>
          </w:divBdr>
        </w:div>
      </w:divsChild>
    </w:div>
    <w:div w:id="887567976">
      <w:marLeft w:val="480"/>
      <w:marRight w:val="0"/>
      <w:marTop w:val="0"/>
      <w:marBottom w:val="0"/>
      <w:divBdr>
        <w:top w:val="none" w:sz="0" w:space="0" w:color="auto"/>
        <w:left w:val="none" w:sz="0" w:space="0" w:color="auto"/>
        <w:bottom w:val="none" w:sz="0" w:space="0" w:color="auto"/>
        <w:right w:val="none" w:sz="0" w:space="0" w:color="auto"/>
      </w:divBdr>
    </w:div>
    <w:div w:id="904072179">
      <w:bodyDiv w:val="1"/>
      <w:marLeft w:val="0"/>
      <w:marRight w:val="0"/>
      <w:marTop w:val="0"/>
      <w:marBottom w:val="0"/>
      <w:divBdr>
        <w:top w:val="none" w:sz="0" w:space="0" w:color="auto"/>
        <w:left w:val="none" w:sz="0" w:space="0" w:color="auto"/>
        <w:bottom w:val="none" w:sz="0" w:space="0" w:color="auto"/>
        <w:right w:val="none" w:sz="0" w:space="0" w:color="auto"/>
      </w:divBdr>
    </w:div>
    <w:div w:id="906762849">
      <w:bodyDiv w:val="1"/>
      <w:marLeft w:val="0"/>
      <w:marRight w:val="0"/>
      <w:marTop w:val="0"/>
      <w:marBottom w:val="0"/>
      <w:divBdr>
        <w:top w:val="none" w:sz="0" w:space="0" w:color="auto"/>
        <w:left w:val="none" w:sz="0" w:space="0" w:color="auto"/>
        <w:bottom w:val="none" w:sz="0" w:space="0" w:color="auto"/>
        <w:right w:val="none" w:sz="0" w:space="0" w:color="auto"/>
      </w:divBdr>
    </w:div>
    <w:div w:id="909929659">
      <w:marLeft w:val="480"/>
      <w:marRight w:val="0"/>
      <w:marTop w:val="0"/>
      <w:marBottom w:val="0"/>
      <w:divBdr>
        <w:top w:val="none" w:sz="0" w:space="0" w:color="auto"/>
        <w:left w:val="none" w:sz="0" w:space="0" w:color="auto"/>
        <w:bottom w:val="none" w:sz="0" w:space="0" w:color="auto"/>
        <w:right w:val="none" w:sz="0" w:space="0" w:color="auto"/>
      </w:divBdr>
    </w:div>
    <w:div w:id="918946797">
      <w:marLeft w:val="480"/>
      <w:marRight w:val="0"/>
      <w:marTop w:val="0"/>
      <w:marBottom w:val="0"/>
      <w:divBdr>
        <w:top w:val="none" w:sz="0" w:space="0" w:color="auto"/>
        <w:left w:val="none" w:sz="0" w:space="0" w:color="auto"/>
        <w:bottom w:val="none" w:sz="0" w:space="0" w:color="auto"/>
        <w:right w:val="none" w:sz="0" w:space="0" w:color="auto"/>
      </w:divBdr>
    </w:div>
    <w:div w:id="926578074">
      <w:marLeft w:val="480"/>
      <w:marRight w:val="0"/>
      <w:marTop w:val="0"/>
      <w:marBottom w:val="0"/>
      <w:divBdr>
        <w:top w:val="none" w:sz="0" w:space="0" w:color="auto"/>
        <w:left w:val="none" w:sz="0" w:space="0" w:color="auto"/>
        <w:bottom w:val="none" w:sz="0" w:space="0" w:color="auto"/>
        <w:right w:val="none" w:sz="0" w:space="0" w:color="auto"/>
      </w:divBdr>
    </w:div>
    <w:div w:id="938761252">
      <w:bodyDiv w:val="1"/>
      <w:marLeft w:val="0"/>
      <w:marRight w:val="0"/>
      <w:marTop w:val="0"/>
      <w:marBottom w:val="0"/>
      <w:divBdr>
        <w:top w:val="none" w:sz="0" w:space="0" w:color="auto"/>
        <w:left w:val="none" w:sz="0" w:space="0" w:color="auto"/>
        <w:bottom w:val="none" w:sz="0" w:space="0" w:color="auto"/>
        <w:right w:val="none" w:sz="0" w:space="0" w:color="auto"/>
      </w:divBdr>
    </w:div>
    <w:div w:id="942612250">
      <w:marLeft w:val="480"/>
      <w:marRight w:val="0"/>
      <w:marTop w:val="0"/>
      <w:marBottom w:val="0"/>
      <w:divBdr>
        <w:top w:val="none" w:sz="0" w:space="0" w:color="auto"/>
        <w:left w:val="none" w:sz="0" w:space="0" w:color="auto"/>
        <w:bottom w:val="none" w:sz="0" w:space="0" w:color="auto"/>
        <w:right w:val="none" w:sz="0" w:space="0" w:color="auto"/>
      </w:divBdr>
    </w:div>
    <w:div w:id="947350988">
      <w:marLeft w:val="480"/>
      <w:marRight w:val="0"/>
      <w:marTop w:val="0"/>
      <w:marBottom w:val="0"/>
      <w:divBdr>
        <w:top w:val="none" w:sz="0" w:space="0" w:color="auto"/>
        <w:left w:val="none" w:sz="0" w:space="0" w:color="auto"/>
        <w:bottom w:val="none" w:sz="0" w:space="0" w:color="auto"/>
        <w:right w:val="none" w:sz="0" w:space="0" w:color="auto"/>
      </w:divBdr>
    </w:div>
    <w:div w:id="968826606">
      <w:bodyDiv w:val="1"/>
      <w:marLeft w:val="0"/>
      <w:marRight w:val="0"/>
      <w:marTop w:val="0"/>
      <w:marBottom w:val="0"/>
      <w:divBdr>
        <w:top w:val="none" w:sz="0" w:space="0" w:color="auto"/>
        <w:left w:val="none" w:sz="0" w:space="0" w:color="auto"/>
        <w:bottom w:val="none" w:sz="0" w:space="0" w:color="auto"/>
        <w:right w:val="none" w:sz="0" w:space="0" w:color="auto"/>
      </w:divBdr>
    </w:div>
    <w:div w:id="998459228">
      <w:bodyDiv w:val="1"/>
      <w:marLeft w:val="0"/>
      <w:marRight w:val="0"/>
      <w:marTop w:val="0"/>
      <w:marBottom w:val="0"/>
      <w:divBdr>
        <w:top w:val="none" w:sz="0" w:space="0" w:color="auto"/>
        <w:left w:val="none" w:sz="0" w:space="0" w:color="auto"/>
        <w:bottom w:val="none" w:sz="0" w:space="0" w:color="auto"/>
        <w:right w:val="none" w:sz="0" w:space="0" w:color="auto"/>
      </w:divBdr>
    </w:div>
    <w:div w:id="1005784347">
      <w:marLeft w:val="480"/>
      <w:marRight w:val="0"/>
      <w:marTop w:val="0"/>
      <w:marBottom w:val="0"/>
      <w:divBdr>
        <w:top w:val="none" w:sz="0" w:space="0" w:color="auto"/>
        <w:left w:val="none" w:sz="0" w:space="0" w:color="auto"/>
        <w:bottom w:val="none" w:sz="0" w:space="0" w:color="auto"/>
        <w:right w:val="none" w:sz="0" w:space="0" w:color="auto"/>
      </w:divBdr>
    </w:div>
    <w:div w:id="1027949534">
      <w:marLeft w:val="480"/>
      <w:marRight w:val="0"/>
      <w:marTop w:val="0"/>
      <w:marBottom w:val="0"/>
      <w:divBdr>
        <w:top w:val="none" w:sz="0" w:space="0" w:color="auto"/>
        <w:left w:val="none" w:sz="0" w:space="0" w:color="auto"/>
        <w:bottom w:val="none" w:sz="0" w:space="0" w:color="auto"/>
        <w:right w:val="none" w:sz="0" w:space="0" w:color="auto"/>
      </w:divBdr>
    </w:div>
    <w:div w:id="1045064624">
      <w:bodyDiv w:val="1"/>
      <w:marLeft w:val="0"/>
      <w:marRight w:val="0"/>
      <w:marTop w:val="0"/>
      <w:marBottom w:val="0"/>
      <w:divBdr>
        <w:top w:val="none" w:sz="0" w:space="0" w:color="auto"/>
        <w:left w:val="none" w:sz="0" w:space="0" w:color="auto"/>
        <w:bottom w:val="none" w:sz="0" w:space="0" w:color="auto"/>
        <w:right w:val="none" w:sz="0" w:space="0" w:color="auto"/>
      </w:divBdr>
    </w:div>
    <w:div w:id="1047070655">
      <w:marLeft w:val="480"/>
      <w:marRight w:val="0"/>
      <w:marTop w:val="0"/>
      <w:marBottom w:val="0"/>
      <w:divBdr>
        <w:top w:val="none" w:sz="0" w:space="0" w:color="auto"/>
        <w:left w:val="none" w:sz="0" w:space="0" w:color="auto"/>
        <w:bottom w:val="none" w:sz="0" w:space="0" w:color="auto"/>
        <w:right w:val="none" w:sz="0" w:space="0" w:color="auto"/>
      </w:divBdr>
    </w:div>
    <w:div w:id="1057239428">
      <w:marLeft w:val="480"/>
      <w:marRight w:val="0"/>
      <w:marTop w:val="0"/>
      <w:marBottom w:val="0"/>
      <w:divBdr>
        <w:top w:val="none" w:sz="0" w:space="0" w:color="auto"/>
        <w:left w:val="none" w:sz="0" w:space="0" w:color="auto"/>
        <w:bottom w:val="none" w:sz="0" w:space="0" w:color="auto"/>
        <w:right w:val="none" w:sz="0" w:space="0" w:color="auto"/>
      </w:divBdr>
    </w:div>
    <w:div w:id="1057586444">
      <w:marLeft w:val="480"/>
      <w:marRight w:val="0"/>
      <w:marTop w:val="0"/>
      <w:marBottom w:val="0"/>
      <w:divBdr>
        <w:top w:val="none" w:sz="0" w:space="0" w:color="auto"/>
        <w:left w:val="none" w:sz="0" w:space="0" w:color="auto"/>
        <w:bottom w:val="none" w:sz="0" w:space="0" w:color="auto"/>
        <w:right w:val="none" w:sz="0" w:space="0" w:color="auto"/>
      </w:divBdr>
    </w:div>
    <w:div w:id="1058361545">
      <w:bodyDiv w:val="1"/>
      <w:marLeft w:val="0"/>
      <w:marRight w:val="0"/>
      <w:marTop w:val="0"/>
      <w:marBottom w:val="0"/>
      <w:divBdr>
        <w:top w:val="none" w:sz="0" w:space="0" w:color="auto"/>
        <w:left w:val="none" w:sz="0" w:space="0" w:color="auto"/>
        <w:bottom w:val="none" w:sz="0" w:space="0" w:color="auto"/>
        <w:right w:val="none" w:sz="0" w:space="0" w:color="auto"/>
      </w:divBdr>
    </w:div>
    <w:div w:id="1060009503">
      <w:marLeft w:val="480"/>
      <w:marRight w:val="0"/>
      <w:marTop w:val="0"/>
      <w:marBottom w:val="0"/>
      <w:divBdr>
        <w:top w:val="none" w:sz="0" w:space="0" w:color="auto"/>
        <w:left w:val="none" w:sz="0" w:space="0" w:color="auto"/>
        <w:bottom w:val="none" w:sz="0" w:space="0" w:color="auto"/>
        <w:right w:val="none" w:sz="0" w:space="0" w:color="auto"/>
      </w:divBdr>
    </w:div>
    <w:div w:id="1067874380">
      <w:marLeft w:val="480"/>
      <w:marRight w:val="0"/>
      <w:marTop w:val="0"/>
      <w:marBottom w:val="0"/>
      <w:divBdr>
        <w:top w:val="none" w:sz="0" w:space="0" w:color="auto"/>
        <w:left w:val="none" w:sz="0" w:space="0" w:color="auto"/>
        <w:bottom w:val="none" w:sz="0" w:space="0" w:color="auto"/>
        <w:right w:val="none" w:sz="0" w:space="0" w:color="auto"/>
      </w:divBdr>
    </w:div>
    <w:div w:id="1071778978">
      <w:marLeft w:val="480"/>
      <w:marRight w:val="0"/>
      <w:marTop w:val="0"/>
      <w:marBottom w:val="0"/>
      <w:divBdr>
        <w:top w:val="none" w:sz="0" w:space="0" w:color="auto"/>
        <w:left w:val="none" w:sz="0" w:space="0" w:color="auto"/>
        <w:bottom w:val="none" w:sz="0" w:space="0" w:color="auto"/>
        <w:right w:val="none" w:sz="0" w:space="0" w:color="auto"/>
      </w:divBdr>
    </w:div>
    <w:div w:id="1112556858">
      <w:bodyDiv w:val="1"/>
      <w:marLeft w:val="0"/>
      <w:marRight w:val="0"/>
      <w:marTop w:val="0"/>
      <w:marBottom w:val="0"/>
      <w:divBdr>
        <w:top w:val="none" w:sz="0" w:space="0" w:color="auto"/>
        <w:left w:val="none" w:sz="0" w:space="0" w:color="auto"/>
        <w:bottom w:val="none" w:sz="0" w:space="0" w:color="auto"/>
        <w:right w:val="none" w:sz="0" w:space="0" w:color="auto"/>
      </w:divBdr>
    </w:div>
    <w:div w:id="1113356707">
      <w:bodyDiv w:val="1"/>
      <w:marLeft w:val="0"/>
      <w:marRight w:val="0"/>
      <w:marTop w:val="0"/>
      <w:marBottom w:val="0"/>
      <w:divBdr>
        <w:top w:val="none" w:sz="0" w:space="0" w:color="auto"/>
        <w:left w:val="none" w:sz="0" w:space="0" w:color="auto"/>
        <w:bottom w:val="none" w:sz="0" w:space="0" w:color="auto"/>
        <w:right w:val="none" w:sz="0" w:space="0" w:color="auto"/>
      </w:divBdr>
    </w:div>
    <w:div w:id="1113863762">
      <w:marLeft w:val="480"/>
      <w:marRight w:val="0"/>
      <w:marTop w:val="0"/>
      <w:marBottom w:val="0"/>
      <w:divBdr>
        <w:top w:val="none" w:sz="0" w:space="0" w:color="auto"/>
        <w:left w:val="none" w:sz="0" w:space="0" w:color="auto"/>
        <w:bottom w:val="none" w:sz="0" w:space="0" w:color="auto"/>
        <w:right w:val="none" w:sz="0" w:space="0" w:color="auto"/>
      </w:divBdr>
    </w:div>
    <w:div w:id="1135367701">
      <w:marLeft w:val="480"/>
      <w:marRight w:val="0"/>
      <w:marTop w:val="0"/>
      <w:marBottom w:val="0"/>
      <w:divBdr>
        <w:top w:val="none" w:sz="0" w:space="0" w:color="auto"/>
        <w:left w:val="none" w:sz="0" w:space="0" w:color="auto"/>
        <w:bottom w:val="none" w:sz="0" w:space="0" w:color="auto"/>
        <w:right w:val="none" w:sz="0" w:space="0" w:color="auto"/>
      </w:divBdr>
    </w:div>
    <w:div w:id="1137263877">
      <w:bodyDiv w:val="1"/>
      <w:marLeft w:val="0"/>
      <w:marRight w:val="0"/>
      <w:marTop w:val="0"/>
      <w:marBottom w:val="0"/>
      <w:divBdr>
        <w:top w:val="none" w:sz="0" w:space="0" w:color="auto"/>
        <w:left w:val="none" w:sz="0" w:space="0" w:color="auto"/>
        <w:bottom w:val="none" w:sz="0" w:space="0" w:color="auto"/>
        <w:right w:val="none" w:sz="0" w:space="0" w:color="auto"/>
      </w:divBdr>
    </w:div>
    <w:div w:id="1146124018">
      <w:marLeft w:val="480"/>
      <w:marRight w:val="0"/>
      <w:marTop w:val="0"/>
      <w:marBottom w:val="0"/>
      <w:divBdr>
        <w:top w:val="none" w:sz="0" w:space="0" w:color="auto"/>
        <w:left w:val="none" w:sz="0" w:space="0" w:color="auto"/>
        <w:bottom w:val="none" w:sz="0" w:space="0" w:color="auto"/>
        <w:right w:val="none" w:sz="0" w:space="0" w:color="auto"/>
      </w:divBdr>
    </w:div>
    <w:div w:id="1147015803">
      <w:marLeft w:val="480"/>
      <w:marRight w:val="0"/>
      <w:marTop w:val="0"/>
      <w:marBottom w:val="0"/>
      <w:divBdr>
        <w:top w:val="none" w:sz="0" w:space="0" w:color="auto"/>
        <w:left w:val="none" w:sz="0" w:space="0" w:color="auto"/>
        <w:bottom w:val="none" w:sz="0" w:space="0" w:color="auto"/>
        <w:right w:val="none" w:sz="0" w:space="0" w:color="auto"/>
      </w:divBdr>
    </w:div>
    <w:div w:id="1158762009">
      <w:bodyDiv w:val="1"/>
      <w:marLeft w:val="0"/>
      <w:marRight w:val="0"/>
      <w:marTop w:val="0"/>
      <w:marBottom w:val="0"/>
      <w:divBdr>
        <w:top w:val="none" w:sz="0" w:space="0" w:color="auto"/>
        <w:left w:val="none" w:sz="0" w:space="0" w:color="auto"/>
        <w:bottom w:val="none" w:sz="0" w:space="0" w:color="auto"/>
        <w:right w:val="none" w:sz="0" w:space="0" w:color="auto"/>
      </w:divBdr>
    </w:div>
    <w:div w:id="1179152666">
      <w:bodyDiv w:val="1"/>
      <w:marLeft w:val="0"/>
      <w:marRight w:val="0"/>
      <w:marTop w:val="0"/>
      <w:marBottom w:val="0"/>
      <w:divBdr>
        <w:top w:val="none" w:sz="0" w:space="0" w:color="auto"/>
        <w:left w:val="none" w:sz="0" w:space="0" w:color="auto"/>
        <w:bottom w:val="none" w:sz="0" w:space="0" w:color="auto"/>
        <w:right w:val="none" w:sz="0" w:space="0" w:color="auto"/>
      </w:divBdr>
      <w:divsChild>
        <w:div w:id="308443562">
          <w:marLeft w:val="0"/>
          <w:marRight w:val="0"/>
          <w:marTop w:val="0"/>
          <w:marBottom w:val="0"/>
          <w:divBdr>
            <w:top w:val="none" w:sz="0" w:space="0" w:color="auto"/>
            <w:left w:val="none" w:sz="0" w:space="0" w:color="auto"/>
            <w:bottom w:val="none" w:sz="0" w:space="0" w:color="auto"/>
            <w:right w:val="none" w:sz="0" w:space="0" w:color="auto"/>
          </w:divBdr>
          <w:divsChild>
            <w:div w:id="17735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5018">
      <w:bodyDiv w:val="1"/>
      <w:marLeft w:val="0"/>
      <w:marRight w:val="0"/>
      <w:marTop w:val="0"/>
      <w:marBottom w:val="0"/>
      <w:divBdr>
        <w:top w:val="none" w:sz="0" w:space="0" w:color="auto"/>
        <w:left w:val="none" w:sz="0" w:space="0" w:color="auto"/>
        <w:bottom w:val="none" w:sz="0" w:space="0" w:color="auto"/>
        <w:right w:val="none" w:sz="0" w:space="0" w:color="auto"/>
      </w:divBdr>
    </w:div>
    <w:div w:id="1192307944">
      <w:marLeft w:val="480"/>
      <w:marRight w:val="0"/>
      <w:marTop w:val="0"/>
      <w:marBottom w:val="0"/>
      <w:divBdr>
        <w:top w:val="none" w:sz="0" w:space="0" w:color="auto"/>
        <w:left w:val="none" w:sz="0" w:space="0" w:color="auto"/>
        <w:bottom w:val="none" w:sz="0" w:space="0" w:color="auto"/>
        <w:right w:val="none" w:sz="0" w:space="0" w:color="auto"/>
      </w:divBdr>
    </w:div>
    <w:div w:id="1211260218">
      <w:marLeft w:val="480"/>
      <w:marRight w:val="0"/>
      <w:marTop w:val="0"/>
      <w:marBottom w:val="0"/>
      <w:divBdr>
        <w:top w:val="none" w:sz="0" w:space="0" w:color="auto"/>
        <w:left w:val="none" w:sz="0" w:space="0" w:color="auto"/>
        <w:bottom w:val="none" w:sz="0" w:space="0" w:color="auto"/>
        <w:right w:val="none" w:sz="0" w:space="0" w:color="auto"/>
      </w:divBdr>
    </w:div>
    <w:div w:id="1218781033">
      <w:bodyDiv w:val="1"/>
      <w:marLeft w:val="0"/>
      <w:marRight w:val="0"/>
      <w:marTop w:val="0"/>
      <w:marBottom w:val="0"/>
      <w:divBdr>
        <w:top w:val="none" w:sz="0" w:space="0" w:color="auto"/>
        <w:left w:val="none" w:sz="0" w:space="0" w:color="auto"/>
        <w:bottom w:val="none" w:sz="0" w:space="0" w:color="auto"/>
        <w:right w:val="none" w:sz="0" w:space="0" w:color="auto"/>
      </w:divBdr>
    </w:div>
    <w:div w:id="1225408447">
      <w:bodyDiv w:val="1"/>
      <w:marLeft w:val="0"/>
      <w:marRight w:val="0"/>
      <w:marTop w:val="0"/>
      <w:marBottom w:val="0"/>
      <w:divBdr>
        <w:top w:val="none" w:sz="0" w:space="0" w:color="auto"/>
        <w:left w:val="none" w:sz="0" w:space="0" w:color="auto"/>
        <w:bottom w:val="none" w:sz="0" w:space="0" w:color="auto"/>
        <w:right w:val="none" w:sz="0" w:space="0" w:color="auto"/>
      </w:divBdr>
    </w:div>
    <w:div w:id="1255481840">
      <w:marLeft w:val="480"/>
      <w:marRight w:val="0"/>
      <w:marTop w:val="0"/>
      <w:marBottom w:val="0"/>
      <w:divBdr>
        <w:top w:val="none" w:sz="0" w:space="0" w:color="auto"/>
        <w:left w:val="none" w:sz="0" w:space="0" w:color="auto"/>
        <w:bottom w:val="none" w:sz="0" w:space="0" w:color="auto"/>
        <w:right w:val="none" w:sz="0" w:space="0" w:color="auto"/>
      </w:divBdr>
    </w:div>
    <w:div w:id="1256674404">
      <w:marLeft w:val="480"/>
      <w:marRight w:val="0"/>
      <w:marTop w:val="0"/>
      <w:marBottom w:val="0"/>
      <w:divBdr>
        <w:top w:val="none" w:sz="0" w:space="0" w:color="auto"/>
        <w:left w:val="none" w:sz="0" w:space="0" w:color="auto"/>
        <w:bottom w:val="none" w:sz="0" w:space="0" w:color="auto"/>
        <w:right w:val="none" w:sz="0" w:space="0" w:color="auto"/>
      </w:divBdr>
    </w:div>
    <w:div w:id="1262254123">
      <w:marLeft w:val="480"/>
      <w:marRight w:val="0"/>
      <w:marTop w:val="0"/>
      <w:marBottom w:val="0"/>
      <w:divBdr>
        <w:top w:val="none" w:sz="0" w:space="0" w:color="auto"/>
        <w:left w:val="none" w:sz="0" w:space="0" w:color="auto"/>
        <w:bottom w:val="none" w:sz="0" w:space="0" w:color="auto"/>
        <w:right w:val="none" w:sz="0" w:space="0" w:color="auto"/>
      </w:divBdr>
    </w:div>
    <w:div w:id="1263150976">
      <w:marLeft w:val="480"/>
      <w:marRight w:val="0"/>
      <w:marTop w:val="0"/>
      <w:marBottom w:val="0"/>
      <w:divBdr>
        <w:top w:val="none" w:sz="0" w:space="0" w:color="auto"/>
        <w:left w:val="none" w:sz="0" w:space="0" w:color="auto"/>
        <w:bottom w:val="none" w:sz="0" w:space="0" w:color="auto"/>
        <w:right w:val="none" w:sz="0" w:space="0" w:color="auto"/>
      </w:divBdr>
    </w:div>
    <w:div w:id="1274246176">
      <w:bodyDiv w:val="1"/>
      <w:marLeft w:val="0"/>
      <w:marRight w:val="0"/>
      <w:marTop w:val="0"/>
      <w:marBottom w:val="0"/>
      <w:divBdr>
        <w:top w:val="none" w:sz="0" w:space="0" w:color="auto"/>
        <w:left w:val="none" w:sz="0" w:space="0" w:color="auto"/>
        <w:bottom w:val="none" w:sz="0" w:space="0" w:color="auto"/>
        <w:right w:val="none" w:sz="0" w:space="0" w:color="auto"/>
      </w:divBdr>
    </w:div>
    <w:div w:id="1286428734">
      <w:marLeft w:val="480"/>
      <w:marRight w:val="0"/>
      <w:marTop w:val="0"/>
      <w:marBottom w:val="0"/>
      <w:divBdr>
        <w:top w:val="none" w:sz="0" w:space="0" w:color="auto"/>
        <w:left w:val="none" w:sz="0" w:space="0" w:color="auto"/>
        <w:bottom w:val="none" w:sz="0" w:space="0" w:color="auto"/>
        <w:right w:val="none" w:sz="0" w:space="0" w:color="auto"/>
      </w:divBdr>
    </w:div>
    <w:div w:id="1296790579">
      <w:marLeft w:val="480"/>
      <w:marRight w:val="0"/>
      <w:marTop w:val="0"/>
      <w:marBottom w:val="0"/>
      <w:divBdr>
        <w:top w:val="none" w:sz="0" w:space="0" w:color="auto"/>
        <w:left w:val="none" w:sz="0" w:space="0" w:color="auto"/>
        <w:bottom w:val="none" w:sz="0" w:space="0" w:color="auto"/>
        <w:right w:val="none" w:sz="0" w:space="0" w:color="auto"/>
      </w:divBdr>
    </w:div>
    <w:div w:id="1305938119">
      <w:marLeft w:val="480"/>
      <w:marRight w:val="0"/>
      <w:marTop w:val="0"/>
      <w:marBottom w:val="0"/>
      <w:divBdr>
        <w:top w:val="none" w:sz="0" w:space="0" w:color="auto"/>
        <w:left w:val="none" w:sz="0" w:space="0" w:color="auto"/>
        <w:bottom w:val="none" w:sz="0" w:space="0" w:color="auto"/>
        <w:right w:val="none" w:sz="0" w:space="0" w:color="auto"/>
      </w:divBdr>
    </w:div>
    <w:div w:id="1310011120">
      <w:marLeft w:val="480"/>
      <w:marRight w:val="0"/>
      <w:marTop w:val="0"/>
      <w:marBottom w:val="0"/>
      <w:divBdr>
        <w:top w:val="none" w:sz="0" w:space="0" w:color="auto"/>
        <w:left w:val="none" w:sz="0" w:space="0" w:color="auto"/>
        <w:bottom w:val="none" w:sz="0" w:space="0" w:color="auto"/>
        <w:right w:val="none" w:sz="0" w:space="0" w:color="auto"/>
      </w:divBdr>
    </w:div>
    <w:div w:id="1311399730">
      <w:marLeft w:val="480"/>
      <w:marRight w:val="0"/>
      <w:marTop w:val="0"/>
      <w:marBottom w:val="0"/>
      <w:divBdr>
        <w:top w:val="none" w:sz="0" w:space="0" w:color="auto"/>
        <w:left w:val="none" w:sz="0" w:space="0" w:color="auto"/>
        <w:bottom w:val="none" w:sz="0" w:space="0" w:color="auto"/>
        <w:right w:val="none" w:sz="0" w:space="0" w:color="auto"/>
      </w:divBdr>
    </w:div>
    <w:div w:id="1313950890">
      <w:bodyDiv w:val="1"/>
      <w:marLeft w:val="0"/>
      <w:marRight w:val="0"/>
      <w:marTop w:val="0"/>
      <w:marBottom w:val="0"/>
      <w:divBdr>
        <w:top w:val="none" w:sz="0" w:space="0" w:color="auto"/>
        <w:left w:val="none" w:sz="0" w:space="0" w:color="auto"/>
        <w:bottom w:val="none" w:sz="0" w:space="0" w:color="auto"/>
        <w:right w:val="none" w:sz="0" w:space="0" w:color="auto"/>
      </w:divBdr>
      <w:divsChild>
        <w:div w:id="1678995776">
          <w:marLeft w:val="0"/>
          <w:marRight w:val="0"/>
          <w:marTop w:val="0"/>
          <w:marBottom w:val="0"/>
          <w:divBdr>
            <w:top w:val="none" w:sz="0" w:space="0" w:color="auto"/>
            <w:left w:val="none" w:sz="0" w:space="0" w:color="auto"/>
            <w:bottom w:val="none" w:sz="0" w:space="0" w:color="auto"/>
            <w:right w:val="none" w:sz="0" w:space="0" w:color="auto"/>
          </w:divBdr>
        </w:div>
      </w:divsChild>
    </w:div>
    <w:div w:id="1322081547">
      <w:marLeft w:val="480"/>
      <w:marRight w:val="0"/>
      <w:marTop w:val="0"/>
      <w:marBottom w:val="0"/>
      <w:divBdr>
        <w:top w:val="none" w:sz="0" w:space="0" w:color="auto"/>
        <w:left w:val="none" w:sz="0" w:space="0" w:color="auto"/>
        <w:bottom w:val="none" w:sz="0" w:space="0" w:color="auto"/>
        <w:right w:val="none" w:sz="0" w:space="0" w:color="auto"/>
      </w:divBdr>
    </w:div>
    <w:div w:id="1352146255">
      <w:bodyDiv w:val="1"/>
      <w:marLeft w:val="0"/>
      <w:marRight w:val="0"/>
      <w:marTop w:val="0"/>
      <w:marBottom w:val="0"/>
      <w:divBdr>
        <w:top w:val="none" w:sz="0" w:space="0" w:color="auto"/>
        <w:left w:val="none" w:sz="0" w:space="0" w:color="auto"/>
        <w:bottom w:val="none" w:sz="0" w:space="0" w:color="auto"/>
        <w:right w:val="none" w:sz="0" w:space="0" w:color="auto"/>
      </w:divBdr>
      <w:divsChild>
        <w:div w:id="1232932880">
          <w:marLeft w:val="0"/>
          <w:marRight w:val="0"/>
          <w:marTop w:val="0"/>
          <w:marBottom w:val="0"/>
          <w:divBdr>
            <w:top w:val="none" w:sz="0" w:space="0" w:color="auto"/>
            <w:left w:val="none" w:sz="0" w:space="0" w:color="auto"/>
            <w:bottom w:val="none" w:sz="0" w:space="0" w:color="auto"/>
            <w:right w:val="none" w:sz="0" w:space="0" w:color="auto"/>
          </w:divBdr>
        </w:div>
      </w:divsChild>
    </w:div>
    <w:div w:id="1394811852">
      <w:marLeft w:val="480"/>
      <w:marRight w:val="0"/>
      <w:marTop w:val="0"/>
      <w:marBottom w:val="0"/>
      <w:divBdr>
        <w:top w:val="none" w:sz="0" w:space="0" w:color="auto"/>
        <w:left w:val="none" w:sz="0" w:space="0" w:color="auto"/>
        <w:bottom w:val="none" w:sz="0" w:space="0" w:color="auto"/>
        <w:right w:val="none" w:sz="0" w:space="0" w:color="auto"/>
      </w:divBdr>
    </w:div>
    <w:div w:id="1420910823">
      <w:marLeft w:val="480"/>
      <w:marRight w:val="0"/>
      <w:marTop w:val="0"/>
      <w:marBottom w:val="0"/>
      <w:divBdr>
        <w:top w:val="none" w:sz="0" w:space="0" w:color="auto"/>
        <w:left w:val="none" w:sz="0" w:space="0" w:color="auto"/>
        <w:bottom w:val="none" w:sz="0" w:space="0" w:color="auto"/>
        <w:right w:val="none" w:sz="0" w:space="0" w:color="auto"/>
      </w:divBdr>
    </w:div>
    <w:div w:id="1424687385">
      <w:marLeft w:val="480"/>
      <w:marRight w:val="0"/>
      <w:marTop w:val="0"/>
      <w:marBottom w:val="0"/>
      <w:divBdr>
        <w:top w:val="none" w:sz="0" w:space="0" w:color="auto"/>
        <w:left w:val="none" w:sz="0" w:space="0" w:color="auto"/>
        <w:bottom w:val="none" w:sz="0" w:space="0" w:color="auto"/>
        <w:right w:val="none" w:sz="0" w:space="0" w:color="auto"/>
      </w:divBdr>
    </w:div>
    <w:div w:id="1425765766">
      <w:marLeft w:val="480"/>
      <w:marRight w:val="0"/>
      <w:marTop w:val="0"/>
      <w:marBottom w:val="0"/>
      <w:divBdr>
        <w:top w:val="none" w:sz="0" w:space="0" w:color="auto"/>
        <w:left w:val="none" w:sz="0" w:space="0" w:color="auto"/>
        <w:bottom w:val="none" w:sz="0" w:space="0" w:color="auto"/>
        <w:right w:val="none" w:sz="0" w:space="0" w:color="auto"/>
      </w:divBdr>
    </w:div>
    <w:div w:id="1448740394">
      <w:marLeft w:val="480"/>
      <w:marRight w:val="0"/>
      <w:marTop w:val="0"/>
      <w:marBottom w:val="0"/>
      <w:divBdr>
        <w:top w:val="none" w:sz="0" w:space="0" w:color="auto"/>
        <w:left w:val="none" w:sz="0" w:space="0" w:color="auto"/>
        <w:bottom w:val="none" w:sz="0" w:space="0" w:color="auto"/>
        <w:right w:val="none" w:sz="0" w:space="0" w:color="auto"/>
      </w:divBdr>
    </w:div>
    <w:div w:id="1450855990">
      <w:bodyDiv w:val="1"/>
      <w:marLeft w:val="0"/>
      <w:marRight w:val="0"/>
      <w:marTop w:val="0"/>
      <w:marBottom w:val="0"/>
      <w:divBdr>
        <w:top w:val="none" w:sz="0" w:space="0" w:color="auto"/>
        <w:left w:val="none" w:sz="0" w:space="0" w:color="auto"/>
        <w:bottom w:val="none" w:sz="0" w:space="0" w:color="auto"/>
        <w:right w:val="none" w:sz="0" w:space="0" w:color="auto"/>
      </w:divBdr>
    </w:div>
    <w:div w:id="1454321113">
      <w:marLeft w:val="480"/>
      <w:marRight w:val="0"/>
      <w:marTop w:val="0"/>
      <w:marBottom w:val="0"/>
      <w:divBdr>
        <w:top w:val="none" w:sz="0" w:space="0" w:color="auto"/>
        <w:left w:val="none" w:sz="0" w:space="0" w:color="auto"/>
        <w:bottom w:val="none" w:sz="0" w:space="0" w:color="auto"/>
        <w:right w:val="none" w:sz="0" w:space="0" w:color="auto"/>
      </w:divBdr>
    </w:div>
    <w:div w:id="1458838379">
      <w:marLeft w:val="480"/>
      <w:marRight w:val="0"/>
      <w:marTop w:val="0"/>
      <w:marBottom w:val="0"/>
      <w:divBdr>
        <w:top w:val="none" w:sz="0" w:space="0" w:color="auto"/>
        <w:left w:val="none" w:sz="0" w:space="0" w:color="auto"/>
        <w:bottom w:val="none" w:sz="0" w:space="0" w:color="auto"/>
        <w:right w:val="none" w:sz="0" w:space="0" w:color="auto"/>
      </w:divBdr>
    </w:div>
    <w:div w:id="1473789968">
      <w:bodyDiv w:val="1"/>
      <w:marLeft w:val="0"/>
      <w:marRight w:val="0"/>
      <w:marTop w:val="0"/>
      <w:marBottom w:val="0"/>
      <w:divBdr>
        <w:top w:val="none" w:sz="0" w:space="0" w:color="auto"/>
        <w:left w:val="none" w:sz="0" w:space="0" w:color="auto"/>
        <w:bottom w:val="none" w:sz="0" w:space="0" w:color="auto"/>
        <w:right w:val="none" w:sz="0" w:space="0" w:color="auto"/>
      </w:divBdr>
    </w:div>
    <w:div w:id="1488595568">
      <w:bodyDiv w:val="1"/>
      <w:marLeft w:val="0"/>
      <w:marRight w:val="0"/>
      <w:marTop w:val="0"/>
      <w:marBottom w:val="0"/>
      <w:divBdr>
        <w:top w:val="none" w:sz="0" w:space="0" w:color="auto"/>
        <w:left w:val="none" w:sz="0" w:space="0" w:color="auto"/>
        <w:bottom w:val="none" w:sz="0" w:space="0" w:color="auto"/>
        <w:right w:val="none" w:sz="0" w:space="0" w:color="auto"/>
      </w:divBdr>
    </w:div>
    <w:div w:id="1490555184">
      <w:marLeft w:val="480"/>
      <w:marRight w:val="0"/>
      <w:marTop w:val="0"/>
      <w:marBottom w:val="0"/>
      <w:divBdr>
        <w:top w:val="none" w:sz="0" w:space="0" w:color="auto"/>
        <w:left w:val="none" w:sz="0" w:space="0" w:color="auto"/>
        <w:bottom w:val="none" w:sz="0" w:space="0" w:color="auto"/>
        <w:right w:val="none" w:sz="0" w:space="0" w:color="auto"/>
      </w:divBdr>
    </w:div>
    <w:div w:id="1502429335">
      <w:marLeft w:val="480"/>
      <w:marRight w:val="0"/>
      <w:marTop w:val="0"/>
      <w:marBottom w:val="0"/>
      <w:divBdr>
        <w:top w:val="none" w:sz="0" w:space="0" w:color="auto"/>
        <w:left w:val="none" w:sz="0" w:space="0" w:color="auto"/>
        <w:bottom w:val="none" w:sz="0" w:space="0" w:color="auto"/>
        <w:right w:val="none" w:sz="0" w:space="0" w:color="auto"/>
      </w:divBdr>
    </w:div>
    <w:div w:id="1503079634">
      <w:bodyDiv w:val="1"/>
      <w:marLeft w:val="0"/>
      <w:marRight w:val="0"/>
      <w:marTop w:val="0"/>
      <w:marBottom w:val="0"/>
      <w:divBdr>
        <w:top w:val="none" w:sz="0" w:space="0" w:color="auto"/>
        <w:left w:val="none" w:sz="0" w:space="0" w:color="auto"/>
        <w:bottom w:val="none" w:sz="0" w:space="0" w:color="auto"/>
        <w:right w:val="none" w:sz="0" w:space="0" w:color="auto"/>
      </w:divBdr>
    </w:div>
    <w:div w:id="1511527390">
      <w:marLeft w:val="480"/>
      <w:marRight w:val="0"/>
      <w:marTop w:val="0"/>
      <w:marBottom w:val="0"/>
      <w:divBdr>
        <w:top w:val="none" w:sz="0" w:space="0" w:color="auto"/>
        <w:left w:val="none" w:sz="0" w:space="0" w:color="auto"/>
        <w:bottom w:val="none" w:sz="0" w:space="0" w:color="auto"/>
        <w:right w:val="none" w:sz="0" w:space="0" w:color="auto"/>
      </w:divBdr>
    </w:div>
    <w:div w:id="1520466881">
      <w:marLeft w:val="480"/>
      <w:marRight w:val="0"/>
      <w:marTop w:val="0"/>
      <w:marBottom w:val="0"/>
      <w:divBdr>
        <w:top w:val="none" w:sz="0" w:space="0" w:color="auto"/>
        <w:left w:val="none" w:sz="0" w:space="0" w:color="auto"/>
        <w:bottom w:val="none" w:sz="0" w:space="0" w:color="auto"/>
        <w:right w:val="none" w:sz="0" w:space="0" w:color="auto"/>
      </w:divBdr>
    </w:div>
    <w:div w:id="1524709108">
      <w:marLeft w:val="480"/>
      <w:marRight w:val="0"/>
      <w:marTop w:val="0"/>
      <w:marBottom w:val="0"/>
      <w:divBdr>
        <w:top w:val="none" w:sz="0" w:space="0" w:color="auto"/>
        <w:left w:val="none" w:sz="0" w:space="0" w:color="auto"/>
        <w:bottom w:val="none" w:sz="0" w:space="0" w:color="auto"/>
        <w:right w:val="none" w:sz="0" w:space="0" w:color="auto"/>
      </w:divBdr>
    </w:div>
    <w:div w:id="1532649667">
      <w:bodyDiv w:val="1"/>
      <w:marLeft w:val="0"/>
      <w:marRight w:val="0"/>
      <w:marTop w:val="0"/>
      <w:marBottom w:val="0"/>
      <w:divBdr>
        <w:top w:val="none" w:sz="0" w:space="0" w:color="auto"/>
        <w:left w:val="none" w:sz="0" w:space="0" w:color="auto"/>
        <w:bottom w:val="none" w:sz="0" w:space="0" w:color="auto"/>
        <w:right w:val="none" w:sz="0" w:space="0" w:color="auto"/>
      </w:divBdr>
    </w:div>
    <w:div w:id="1536386893">
      <w:bodyDiv w:val="1"/>
      <w:marLeft w:val="0"/>
      <w:marRight w:val="0"/>
      <w:marTop w:val="0"/>
      <w:marBottom w:val="0"/>
      <w:divBdr>
        <w:top w:val="none" w:sz="0" w:space="0" w:color="auto"/>
        <w:left w:val="none" w:sz="0" w:space="0" w:color="auto"/>
        <w:bottom w:val="none" w:sz="0" w:space="0" w:color="auto"/>
        <w:right w:val="none" w:sz="0" w:space="0" w:color="auto"/>
      </w:divBdr>
      <w:divsChild>
        <w:div w:id="1232277981">
          <w:marLeft w:val="0"/>
          <w:marRight w:val="0"/>
          <w:marTop w:val="0"/>
          <w:marBottom w:val="0"/>
          <w:divBdr>
            <w:top w:val="none" w:sz="0" w:space="0" w:color="auto"/>
            <w:left w:val="none" w:sz="0" w:space="0" w:color="auto"/>
            <w:bottom w:val="none" w:sz="0" w:space="0" w:color="auto"/>
            <w:right w:val="none" w:sz="0" w:space="0" w:color="auto"/>
          </w:divBdr>
        </w:div>
      </w:divsChild>
    </w:div>
    <w:div w:id="1546874047">
      <w:marLeft w:val="480"/>
      <w:marRight w:val="0"/>
      <w:marTop w:val="0"/>
      <w:marBottom w:val="0"/>
      <w:divBdr>
        <w:top w:val="none" w:sz="0" w:space="0" w:color="auto"/>
        <w:left w:val="none" w:sz="0" w:space="0" w:color="auto"/>
        <w:bottom w:val="none" w:sz="0" w:space="0" w:color="auto"/>
        <w:right w:val="none" w:sz="0" w:space="0" w:color="auto"/>
      </w:divBdr>
    </w:div>
    <w:div w:id="1577010563">
      <w:marLeft w:val="480"/>
      <w:marRight w:val="0"/>
      <w:marTop w:val="0"/>
      <w:marBottom w:val="0"/>
      <w:divBdr>
        <w:top w:val="none" w:sz="0" w:space="0" w:color="auto"/>
        <w:left w:val="none" w:sz="0" w:space="0" w:color="auto"/>
        <w:bottom w:val="none" w:sz="0" w:space="0" w:color="auto"/>
        <w:right w:val="none" w:sz="0" w:space="0" w:color="auto"/>
      </w:divBdr>
    </w:div>
    <w:div w:id="1582833965">
      <w:bodyDiv w:val="1"/>
      <w:marLeft w:val="0"/>
      <w:marRight w:val="0"/>
      <w:marTop w:val="0"/>
      <w:marBottom w:val="0"/>
      <w:divBdr>
        <w:top w:val="none" w:sz="0" w:space="0" w:color="auto"/>
        <w:left w:val="none" w:sz="0" w:space="0" w:color="auto"/>
        <w:bottom w:val="none" w:sz="0" w:space="0" w:color="auto"/>
        <w:right w:val="none" w:sz="0" w:space="0" w:color="auto"/>
      </w:divBdr>
    </w:div>
    <w:div w:id="1586376081">
      <w:marLeft w:val="480"/>
      <w:marRight w:val="0"/>
      <w:marTop w:val="0"/>
      <w:marBottom w:val="0"/>
      <w:divBdr>
        <w:top w:val="none" w:sz="0" w:space="0" w:color="auto"/>
        <w:left w:val="none" w:sz="0" w:space="0" w:color="auto"/>
        <w:bottom w:val="none" w:sz="0" w:space="0" w:color="auto"/>
        <w:right w:val="none" w:sz="0" w:space="0" w:color="auto"/>
      </w:divBdr>
    </w:div>
    <w:div w:id="1589801874">
      <w:bodyDiv w:val="1"/>
      <w:marLeft w:val="0"/>
      <w:marRight w:val="0"/>
      <w:marTop w:val="0"/>
      <w:marBottom w:val="0"/>
      <w:divBdr>
        <w:top w:val="none" w:sz="0" w:space="0" w:color="auto"/>
        <w:left w:val="none" w:sz="0" w:space="0" w:color="auto"/>
        <w:bottom w:val="none" w:sz="0" w:space="0" w:color="auto"/>
        <w:right w:val="none" w:sz="0" w:space="0" w:color="auto"/>
      </w:divBdr>
    </w:div>
    <w:div w:id="1590385858">
      <w:bodyDiv w:val="1"/>
      <w:marLeft w:val="0"/>
      <w:marRight w:val="0"/>
      <w:marTop w:val="0"/>
      <w:marBottom w:val="0"/>
      <w:divBdr>
        <w:top w:val="none" w:sz="0" w:space="0" w:color="auto"/>
        <w:left w:val="none" w:sz="0" w:space="0" w:color="auto"/>
        <w:bottom w:val="none" w:sz="0" w:space="0" w:color="auto"/>
        <w:right w:val="none" w:sz="0" w:space="0" w:color="auto"/>
      </w:divBdr>
    </w:div>
    <w:div w:id="1594125391">
      <w:marLeft w:val="480"/>
      <w:marRight w:val="0"/>
      <w:marTop w:val="0"/>
      <w:marBottom w:val="0"/>
      <w:divBdr>
        <w:top w:val="none" w:sz="0" w:space="0" w:color="auto"/>
        <w:left w:val="none" w:sz="0" w:space="0" w:color="auto"/>
        <w:bottom w:val="none" w:sz="0" w:space="0" w:color="auto"/>
        <w:right w:val="none" w:sz="0" w:space="0" w:color="auto"/>
      </w:divBdr>
    </w:div>
    <w:div w:id="1595867900">
      <w:marLeft w:val="480"/>
      <w:marRight w:val="0"/>
      <w:marTop w:val="0"/>
      <w:marBottom w:val="0"/>
      <w:divBdr>
        <w:top w:val="none" w:sz="0" w:space="0" w:color="auto"/>
        <w:left w:val="none" w:sz="0" w:space="0" w:color="auto"/>
        <w:bottom w:val="none" w:sz="0" w:space="0" w:color="auto"/>
        <w:right w:val="none" w:sz="0" w:space="0" w:color="auto"/>
      </w:divBdr>
    </w:div>
    <w:div w:id="1617904867">
      <w:marLeft w:val="480"/>
      <w:marRight w:val="0"/>
      <w:marTop w:val="0"/>
      <w:marBottom w:val="0"/>
      <w:divBdr>
        <w:top w:val="none" w:sz="0" w:space="0" w:color="auto"/>
        <w:left w:val="none" w:sz="0" w:space="0" w:color="auto"/>
        <w:bottom w:val="none" w:sz="0" w:space="0" w:color="auto"/>
        <w:right w:val="none" w:sz="0" w:space="0" w:color="auto"/>
      </w:divBdr>
    </w:div>
    <w:div w:id="1633975075">
      <w:marLeft w:val="480"/>
      <w:marRight w:val="0"/>
      <w:marTop w:val="0"/>
      <w:marBottom w:val="0"/>
      <w:divBdr>
        <w:top w:val="none" w:sz="0" w:space="0" w:color="auto"/>
        <w:left w:val="none" w:sz="0" w:space="0" w:color="auto"/>
        <w:bottom w:val="none" w:sz="0" w:space="0" w:color="auto"/>
        <w:right w:val="none" w:sz="0" w:space="0" w:color="auto"/>
      </w:divBdr>
    </w:div>
    <w:div w:id="1641959640">
      <w:bodyDiv w:val="1"/>
      <w:marLeft w:val="0"/>
      <w:marRight w:val="0"/>
      <w:marTop w:val="0"/>
      <w:marBottom w:val="0"/>
      <w:divBdr>
        <w:top w:val="none" w:sz="0" w:space="0" w:color="auto"/>
        <w:left w:val="none" w:sz="0" w:space="0" w:color="auto"/>
        <w:bottom w:val="none" w:sz="0" w:space="0" w:color="auto"/>
        <w:right w:val="none" w:sz="0" w:space="0" w:color="auto"/>
      </w:divBdr>
    </w:div>
    <w:div w:id="1650747760">
      <w:bodyDiv w:val="1"/>
      <w:marLeft w:val="0"/>
      <w:marRight w:val="0"/>
      <w:marTop w:val="0"/>
      <w:marBottom w:val="0"/>
      <w:divBdr>
        <w:top w:val="none" w:sz="0" w:space="0" w:color="auto"/>
        <w:left w:val="none" w:sz="0" w:space="0" w:color="auto"/>
        <w:bottom w:val="none" w:sz="0" w:space="0" w:color="auto"/>
        <w:right w:val="none" w:sz="0" w:space="0" w:color="auto"/>
      </w:divBdr>
    </w:div>
    <w:div w:id="1652758706">
      <w:marLeft w:val="480"/>
      <w:marRight w:val="0"/>
      <w:marTop w:val="0"/>
      <w:marBottom w:val="0"/>
      <w:divBdr>
        <w:top w:val="none" w:sz="0" w:space="0" w:color="auto"/>
        <w:left w:val="none" w:sz="0" w:space="0" w:color="auto"/>
        <w:bottom w:val="none" w:sz="0" w:space="0" w:color="auto"/>
        <w:right w:val="none" w:sz="0" w:space="0" w:color="auto"/>
      </w:divBdr>
    </w:div>
    <w:div w:id="1667320196">
      <w:bodyDiv w:val="1"/>
      <w:marLeft w:val="0"/>
      <w:marRight w:val="0"/>
      <w:marTop w:val="0"/>
      <w:marBottom w:val="0"/>
      <w:divBdr>
        <w:top w:val="none" w:sz="0" w:space="0" w:color="auto"/>
        <w:left w:val="none" w:sz="0" w:space="0" w:color="auto"/>
        <w:bottom w:val="none" w:sz="0" w:space="0" w:color="auto"/>
        <w:right w:val="none" w:sz="0" w:space="0" w:color="auto"/>
      </w:divBdr>
    </w:div>
    <w:div w:id="1670255163">
      <w:marLeft w:val="480"/>
      <w:marRight w:val="0"/>
      <w:marTop w:val="0"/>
      <w:marBottom w:val="0"/>
      <w:divBdr>
        <w:top w:val="none" w:sz="0" w:space="0" w:color="auto"/>
        <w:left w:val="none" w:sz="0" w:space="0" w:color="auto"/>
        <w:bottom w:val="none" w:sz="0" w:space="0" w:color="auto"/>
        <w:right w:val="none" w:sz="0" w:space="0" w:color="auto"/>
      </w:divBdr>
    </w:div>
    <w:div w:id="1679887732">
      <w:bodyDiv w:val="1"/>
      <w:marLeft w:val="0"/>
      <w:marRight w:val="0"/>
      <w:marTop w:val="0"/>
      <w:marBottom w:val="0"/>
      <w:divBdr>
        <w:top w:val="none" w:sz="0" w:space="0" w:color="auto"/>
        <w:left w:val="none" w:sz="0" w:space="0" w:color="auto"/>
        <w:bottom w:val="none" w:sz="0" w:space="0" w:color="auto"/>
        <w:right w:val="none" w:sz="0" w:space="0" w:color="auto"/>
      </w:divBdr>
    </w:div>
    <w:div w:id="1680279942">
      <w:marLeft w:val="480"/>
      <w:marRight w:val="0"/>
      <w:marTop w:val="0"/>
      <w:marBottom w:val="0"/>
      <w:divBdr>
        <w:top w:val="none" w:sz="0" w:space="0" w:color="auto"/>
        <w:left w:val="none" w:sz="0" w:space="0" w:color="auto"/>
        <w:bottom w:val="none" w:sz="0" w:space="0" w:color="auto"/>
        <w:right w:val="none" w:sz="0" w:space="0" w:color="auto"/>
      </w:divBdr>
    </w:div>
    <w:div w:id="1680548829">
      <w:marLeft w:val="480"/>
      <w:marRight w:val="0"/>
      <w:marTop w:val="0"/>
      <w:marBottom w:val="0"/>
      <w:divBdr>
        <w:top w:val="none" w:sz="0" w:space="0" w:color="auto"/>
        <w:left w:val="none" w:sz="0" w:space="0" w:color="auto"/>
        <w:bottom w:val="none" w:sz="0" w:space="0" w:color="auto"/>
        <w:right w:val="none" w:sz="0" w:space="0" w:color="auto"/>
      </w:divBdr>
    </w:div>
    <w:div w:id="1680808655">
      <w:bodyDiv w:val="1"/>
      <w:marLeft w:val="0"/>
      <w:marRight w:val="0"/>
      <w:marTop w:val="0"/>
      <w:marBottom w:val="0"/>
      <w:divBdr>
        <w:top w:val="none" w:sz="0" w:space="0" w:color="auto"/>
        <w:left w:val="none" w:sz="0" w:space="0" w:color="auto"/>
        <w:bottom w:val="none" w:sz="0" w:space="0" w:color="auto"/>
        <w:right w:val="none" w:sz="0" w:space="0" w:color="auto"/>
      </w:divBdr>
      <w:divsChild>
        <w:div w:id="843203017">
          <w:marLeft w:val="0"/>
          <w:marRight w:val="0"/>
          <w:marTop w:val="0"/>
          <w:marBottom w:val="0"/>
          <w:divBdr>
            <w:top w:val="none" w:sz="0" w:space="0" w:color="auto"/>
            <w:left w:val="none" w:sz="0" w:space="0" w:color="auto"/>
            <w:bottom w:val="none" w:sz="0" w:space="0" w:color="auto"/>
            <w:right w:val="none" w:sz="0" w:space="0" w:color="auto"/>
          </w:divBdr>
        </w:div>
      </w:divsChild>
    </w:div>
    <w:div w:id="1680809485">
      <w:marLeft w:val="480"/>
      <w:marRight w:val="0"/>
      <w:marTop w:val="0"/>
      <w:marBottom w:val="0"/>
      <w:divBdr>
        <w:top w:val="none" w:sz="0" w:space="0" w:color="auto"/>
        <w:left w:val="none" w:sz="0" w:space="0" w:color="auto"/>
        <w:bottom w:val="none" w:sz="0" w:space="0" w:color="auto"/>
        <w:right w:val="none" w:sz="0" w:space="0" w:color="auto"/>
      </w:divBdr>
    </w:div>
    <w:div w:id="1713337362">
      <w:marLeft w:val="480"/>
      <w:marRight w:val="0"/>
      <w:marTop w:val="0"/>
      <w:marBottom w:val="0"/>
      <w:divBdr>
        <w:top w:val="none" w:sz="0" w:space="0" w:color="auto"/>
        <w:left w:val="none" w:sz="0" w:space="0" w:color="auto"/>
        <w:bottom w:val="none" w:sz="0" w:space="0" w:color="auto"/>
        <w:right w:val="none" w:sz="0" w:space="0" w:color="auto"/>
      </w:divBdr>
    </w:div>
    <w:div w:id="1734811441">
      <w:bodyDiv w:val="1"/>
      <w:marLeft w:val="0"/>
      <w:marRight w:val="0"/>
      <w:marTop w:val="0"/>
      <w:marBottom w:val="0"/>
      <w:divBdr>
        <w:top w:val="none" w:sz="0" w:space="0" w:color="auto"/>
        <w:left w:val="none" w:sz="0" w:space="0" w:color="auto"/>
        <w:bottom w:val="none" w:sz="0" w:space="0" w:color="auto"/>
        <w:right w:val="none" w:sz="0" w:space="0" w:color="auto"/>
      </w:divBdr>
    </w:div>
    <w:div w:id="1744335711">
      <w:marLeft w:val="480"/>
      <w:marRight w:val="0"/>
      <w:marTop w:val="0"/>
      <w:marBottom w:val="0"/>
      <w:divBdr>
        <w:top w:val="none" w:sz="0" w:space="0" w:color="auto"/>
        <w:left w:val="none" w:sz="0" w:space="0" w:color="auto"/>
        <w:bottom w:val="none" w:sz="0" w:space="0" w:color="auto"/>
        <w:right w:val="none" w:sz="0" w:space="0" w:color="auto"/>
      </w:divBdr>
    </w:div>
    <w:div w:id="1748115367">
      <w:marLeft w:val="480"/>
      <w:marRight w:val="0"/>
      <w:marTop w:val="0"/>
      <w:marBottom w:val="0"/>
      <w:divBdr>
        <w:top w:val="none" w:sz="0" w:space="0" w:color="auto"/>
        <w:left w:val="none" w:sz="0" w:space="0" w:color="auto"/>
        <w:bottom w:val="none" w:sz="0" w:space="0" w:color="auto"/>
        <w:right w:val="none" w:sz="0" w:space="0" w:color="auto"/>
      </w:divBdr>
    </w:div>
    <w:div w:id="1762022389">
      <w:bodyDiv w:val="1"/>
      <w:marLeft w:val="0"/>
      <w:marRight w:val="0"/>
      <w:marTop w:val="0"/>
      <w:marBottom w:val="0"/>
      <w:divBdr>
        <w:top w:val="none" w:sz="0" w:space="0" w:color="auto"/>
        <w:left w:val="none" w:sz="0" w:space="0" w:color="auto"/>
        <w:bottom w:val="none" w:sz="0" w:space="0" w:color="auto"/>
        <w:right w:val="none" w:sz="0" w:space="0" w:color="auto"/>
      </w:divBdr>
      <w:divsChild>
        <w:div w:id="856045965">
          <w:marLeft w:val="0"/>
          <w:marRight w:val="0"/>
          <w:marTop w:val="0"/>
          <w:marBottom w:val="0"/>
          <w:divBdr>
            <w:top w:val="none" w:sz="0" w:space="0" w:color="auto"/>
            <w:left w:val="none" w:sz="0" w:space="0" w:color="auto"/>
            <w:bottom w:val="none" w:sz="0" w:space="0" w:color="auto"/>
            <w:right w:val="none" w:sz="0" w:space="0" w:color="auto"/>
          </w:divBdr>
        </w:div>
      </w:divsChild>
    </w:div>
    <w:div w:id="1770737717">
      <w:marLeft w:val="480"/>
      <w:marRight w:val="0"/>
      <w:marTop w:val="0"/>
      <w:marBottom w:val="0"/>
      <w:divBdr>
        <w:top w:val="none" w:sz="0" w:space="0" w:color="auto"/>
        <w:left w:val="none" w:sz="0" w:space="0" w:color="auto"/>
        <w:bottom w:val="none" w:sz="0" w:space="0" w:color="auto"/>
        <w:right w:val="none" w:sz="0" w:space="0" w:color="auto"/>
      </w:divBdr>
    </w:div>
    <w:div w:id="1791783785">
      <w:marLeft w:val="480"/>
      <w:marRight w:val="0"/>
      <w:marTop w:val="0"/>
      <w:marBottom w:val="0"/>
      <w:divBdr>
        <w:top w:val="none" w:sz="0" w:space="0" w:color="auto"/>
        <w:left w:val="none" w:sz="0" w:space="0" w:color="auto"/>
        <w:bottom w:val="none" w:sz="0" w:space="0" w:color="auto"/>
        <w:right w:val="none" w:sz="0" w:space="0" w:color="auto"/>
      </w:divBdr>
    </w:div>
    <w:div w:id="1812674111">
      <w:bodyDiv w:val="1"/>
      <w:marLeft w:val="0"/>
      <w:marRight w:val="0"/>
      <w:marTop w:val="0"/>
      <w:marBottom w:val="0"/>
      <w:divBdr>
        <w:top w:val="none" w:sz="0" w:space="0" w:color="auto"/>
        <w:left w:val="none" w:sz="0" w:space="0" w:color="auto"/>
        <w:bottom w:val="none" w:sz="0" w:space="0" w:color="auto"/>
        <w:right w:val="none" w:sz="0" w:space="0" w:color="auto"/>
      </w:divBdr>
    </w:div>
    <w:div w:id="1815755355">
      <w:marLeft w:val="480"/>
      <w:marRight w:val="0"/>
      <w:marTop w:val="0"/>
      <w:marBottom w:val="0"/>
      <w:divBdr>
        <w:top w:val="none" w:sz="0" w:space="0" w:color="auto"/>
        <w:left w:val="none" w:sz="0" w:space="0" w:color="auto"/>
        <w:bottom w:val="none" w:sz="0" w:space="0" w:color="auto"/>
        <w:right w:val="none" w:sz="0" w:space="0" w:color="auto"/>
      </w:divBdr>
    </w:div>
    <w:div w:id="1816097047">
      <w:marLeft w:val="480"/>
      <w:marRight w:val="0"/>
      <w:marTop w:val="0"/>
      <w:marBottom w:val="0"/>
      <w:divBdr>
        <w:top w:val="none" w:sz="0" w:space="0" w:color="auto"/>
        <w:left w:val="none" w:sz="0" w:space="0" w:color="auto"/>
        <w:bottom w:val="none" w:sz="0" w:space="0" w:color="auto"/>
        <w:right w:val="none" w:sz="0" w:space="0" w:color="auto"/>
      </w:divBdr>
    </w:div>
    <w:div w:id="1825075969">
      <w:marLeft w:val="480"/>
      <w:marRight w:val="0"/>
      <w:marTop w:val="0"/>
      <w:marBottom w:val="0"/>
      <w:divBdr>
        <w:top w:val="none" w:sz="0" w:space="0" w:color="auto"/>
        <w:left w:val="none" w:sz="0" w:space="0" w:color="auto"/>
        <w:bottom w:val="none" w:sz="0" w:space="0" w:color="auto"/>
        <w:right w:val="none" w:sz="0" w:space="0" w:color="auto"/>
      </w:divBdr>
    </w:div>
    <w:div w:id="1834643988">
      <w:marLeft w:val="480"/>
      <w:marRight w:val="0"/>
      <w:marTop w:val="0"/>
      <w:marBottom w:val="0"/>
      <w:divBdr>
        <w:top w:val="none" w:sz="0" w:space="0" w:color="auto"/>
        <w:left w:val="none" w:sz="0" w:space="0" w:color="auto"/>
        <w:bottom w:val="none" w:sz="0" w:space="0" w:color="auto"/>
        <w:right w:val="none" w:sz="0" w:space="0" w:color="auto"/>
      </w:divBdr>
    </w:div>
    <w:div w:id="1850215614">
      <w:bodyDiv w:val="1"/>
      <w:marLeft w:val="0"/>
      <w:marRight w:val="0"/>
      <w:marTop w:val="0"/>
      <w:marBottom w:val="0"/>
      <w:divBdr>
        <w:top w:val="none" w:sz="0" w:space="0" w:color="auto"/>
        <w:left w:val="none" w:sz="0" w:space="0" w:color="auto"/>
        <w:bottom w:val="none" w:sz="0" w:space="0" w:color="auto"/>
        <w:right w:val="none" w:sz="0" w:space="0" w:color="auto"/>
      </w:divBdr>
    </w:div>
    <w:div w:id="1850874758">
      <w:marLeft w:val="480"/>
      <w:marRight w:val="0"/>
      <w:marTop w:val="0"/>
      <w:marBottom w:val="0"/>
      <w:divBdr>
        <w:top w:val="none" w:sz="0" w:space="0" w:color="auto"/>
        <w:left w:val="none" w:sz="0" w:space="0" w:color="auto"/>
        <w:bottom w:val="none" w:sz="0" w:space="0" w:color="auto"/>
        <w:right w:val="none" w:sz="0" w:space="0" w:color="auto"/>
      </w:divBdr>
    </w:div>
    <w:div w:id="1859468720">
      <w:bodyDiv w:val="1"/>
      <w:marLeft w:val="0"/>
      <w:marRight w:val="0"/>
      <w:marTop w:val="0"/>
      <w:marBottom w:val="0"/>
      <w:divBdr>
        <w:top w:val="none" w:sz="0" w:space="0" w:color="auto"/>
        <w:left w:val="none" w:sz="0" w:space="0" w:color="auto"/>
        <w:bottom w:val="none" w:sz="0" w:space="0" w:color="auto"/>
        <w:right w:val="none" w:sz="0" w:space="0" w:color="auto"/>
      </w:divBdr>
    </w:div>
    <w:div w:id="1873296817">
      <w:marLeft w:val="480"/>
      <w:marRight w:val="0"/>
      <w:marTop w:val="0"/>
      <w:marBottom w:val="0"/>
      <w:divBdr>
        <w:top w:val="none" w:sz="0" w:space="0" w:color="auto"/>
        <w:left w:val="none" w:sz="0" w:space="0" w:color="auto"/>
        <w:bottom w:val="none" w:sz="0" w:space="0" w:color="auto"/>
        <w:right w:val="none" w:sz="0" w:space="0" w:color="auto"/>
      </w:divBdr>
    </w:div>
    <w:div w:id="1888762826">
      <w:bodyDiv w:val="1"/>
      <w:marLeft w:val="0"/>
      <w:marRight w:val="0"/>
      <w:marTop w:val="0"/>
      <w:marBottom w:val="0"/>
      <w:divBdr>
        <w:top w:val="none" w:sz="0" w:space="0" w:color="auto"/>
        <w:left w:val="none" w:sz="0" w:space="0" w:color="auto"/>
        <w:bottom w:val="none" w:sz="0" w:space="0" w:color="auto"/>
        <w:right w:val="none" w:sz="0" w:space="0" w:color="auto"/>
      </w:divBdr>
    </w:div>
    <w:div w:id="1894537875">
      <w:marLeft w:val="480"/>
      <w:marRight w:val="0"/>
      <w:marTop w:val="0"/>
      <w:marBottom w:val="0"/>
      <w:divBdr>
        <w:top w:val="none" w:sz="0" w:space="0" w:color="auto"/>
        <w:left w:val="none" w:sz="0" w:space="0" w:color="auto"/>
        <w:bottom w:val="none" w:sz="0" w:space="0" w:color="auto"/>
        <w:right w:val="none" w:sz="0" w:space="0" w:color="auto"/>
      </w:divBdr>
    </w:div>
    <w:div w:id="1896696605">
      <w:bodyDiv w:val="1"/>
      <w:marLeft w:val="0"/>
      <w:marRight w:val="0"/>
      <w:marTop w:val="0"/>
      <w:marBottom w:val="0"/>
      <w:divBdr>
        <w:top w:val="none" w:sz="0" w:space="0" w:color="auto"/>
        <w:left w:val="none" w:sz="0" w:space="0" w:color="auto"/>
        <w:bottom w:val="none" w:sz="0" w:space="0" w:color="auto"/>
        <w:right w:val="none" w:sz="0" w:space="0" w:color="auto"/>
      </w:divBdr>
      <w:divsChild>
        <w:div w:id="719666723">
          <w:marLeft w:val="0"/>
          <w:marRight w:val="0"/>
          <w:marTop w:val="0"/>
          <w:marBottom w:val="0"/>
          <w:divBdr>
            <w:top w:val="none" w:sz="0" w:space="0" w:color="auto"/>
            <w:left w:val="none" w:sz="0" w:space="0" w:color="auto"/>
            <w:bottom w:val="none" w:sz="0" w:space="0" w:color="auto"/>
            <w:right w:val="none" w:sz="0" w:space="0" w:color="auto"/>
          </w:divBdr>
        </w:div>
      </w:divsChild>
    </w:div>
    <w:div w:id="1902984429">
      <w:bodyDiv w:val="1"/>
      <w:marLeft w:val="0"/>
      <w:marRight w:val="0"/>
      <w:marTop w:val="0"/>
      <w:marBottom w:val="0"/>
      <w:divBdr>
        <w:top w:val="none" w:sz="0" w:space="0" w:color="auto"/>
        <w:left w:val="none" w:sz="0" w:space="0" w:color="auto"/>
        <w:bottom w:val="none" w:sz="0" w:space="0" w:color="auto"/>
        <w:right w:val="none" w:sz="0" w:space="0" w:color="auto"/>
      </w:divBdr>
    </w:div>
    <w:div w:id="1918322317">
      <w:bodyDiv w:val="1"/>
      <w:marLeft w:val="0"/>
      <w:marRight w:val="0"/>
      <w:marTop w:val="0"/>
      <w:marBottom w:val="0"/>
      <w:divBdr>
        <w:top w:val="none" w:sz="0" w:space="0" w:color="auto"/>
        <w:left w:val="none" w:sz="0" w:space="0" w:color="auto"/>
        <w:bottom w:val="none" w:sz="0" w:space="0" w:color="auto"/>
        <w:right w:val="none" w:sz="0" w:space="0" w:color="auto"/>
      </w:divBdr>
    </w:div>
    <w:div w:id="1934775157">
      <w:bodyDiv w:val="1"/>
      <w:marLeft w:val="0"/>
      <w:marRight w:val="0"/>
      <w:marTop w:val="0"/>
      <w:marBottom w:val="0"/>
      <w:divBdr>
        <w:top w:val="none" w:sz="0" w:space="0" w:color="auto"/>
        <w:left w:val="none" w:sz="0" w:space="0" w:color="auto"/>
        <w:bottom w:val="none" w:sz="0" w:space="0" w:color="auto"/>
        <w:right w:val="none" w:sz="0" w:space="0" w:color="auto"/>
      </w:divBdr>
    </w:div>
    <w:div w:id="1944459573">
      <w:marLeft w:val="480"/>
      <w:marRight w:val="0"/>
      <w:marTop w:val="0"/>
      <w:marBottom w:val="0"/>
      <w:divBdr>
        <w:top w:val="none" w:sz="0" w:space="0" w:color="auto"/>
        <w:left w:val="none" w:sz="0" w:space="0" w:color="auto"/>
        <w:bottom w:val="none" w:sz="0" w:space="0" w:color="auto"/>
        <w:right w:val="none" w:sz="0" w:space="0" w:color="auto"/>
      </w:divBdr>
    </w:div>
    <w:div w:id="1949581902">
      <w:marLeft w:val="480"/>
      <w:marRight w:val="0"/>
      <w:marTop w:val="0"/>
      <w:marBottom w:val="0"/>
      <w:divBdr>
        <w:top w:val="none" w:sz="0" w:space="0" w:color="auto"/>
        <w:left w:val="none" w:sz="0" w:space="0" w:color="auto"/>
        <w:bottom w:val="none" w:sz="0" w:space="0" w:color="auto"/>
        <w:right w:val="none" w:sz="0" w:space="0" w:color="auto"/>
      </w:divBdr>
    </w:div>
    <w:div w:id="1954944960">
      <w:marLeft w:val="480"/>
      <w:marRight w:val="0"/>
      <w:marTop w:val="0"/>
      <w:marBottom w:val="0"/>
      <w:divBdr>
        <w:top w:val="none" w:sz="0" w:space="0" w:color="auto"/>
        <w:left w:val="none" w:sz="0" w:space="0" w:color="auto"/>
        <w:bottom w:val="none" w:sz="0" w:space="0" w:color="auto"/>
        <w:right w:val="none" w:sz="0" w:space="0" w:color="auto"/>
      </w:divBdr>
    </w:div>
    <w:div w:id="1965424873">
      <w:bodyDiv w:val="1"/>
      <w:marLeft w:val="0"/>
      <w:marRight w:val="0"/>
      <w:marTop w:val="0"/>
      <w:marBottom w:val="0"/>
      <w:divBdr>
        <w:top w:val="none" w:sz="0" w:space="0" w:color="auto"/>
        <w:left w:val="none" w:sz="0" w:space="0" w:color="auto"/>
        <w:bottom w:val="none" w:sz="0" w:space="0" w:color="auto"/>
        <w:right w:val="none" w:sz="0" w:space="0" w:color="auto"/>
      </w:divBdr>
    </w:div>
    <w:div w:id="1973831158">
      <w:marLeft w:val="480"/>
      <w:marRight w:val="0"/>
      <w:marTop w:val="0"/>
      <w:marBottom w:val="0"/>
      <w:divBdr>
        <w:top w:val="none" w:sz="0" w:space="0" w:color="auto"/>
        <w:left w:val="none" w:sz="0" w:space="0" w:color="auto"/>
        <w:bottom w:val="none" w:sz="0" w:space="0" w:color="auto"/>
        <w:right w:val="none" w:sz="0" w:space="0" w:color="auto"/>
      </w:divBdr>
    </w:div>
    <w:div w:id="1981110554">
      <w:bodyDiv w:val="1"/>
      <w:marLeft w:val="0"/>
      <w:marRight w:val="0"/>
      <w:marTop w:val="0"/>
      <w:marBottom w:val="0"/>
      <w:divBdr>
        <w:top w:val="none" w:sz="0" w:space="0" w:color="auto"/>
        <w:left w:val="none" w:sz="0" w:space="0" w:color="auto"/>
        <w:bottom w:val="none" w:sz="0" w:space="0" w:color="auto"/>
        <w:right w:val="none" w:sz="0" w:space="0" w:color="auto"/>
      </w:divBdr>
    </w:div>
    <w:div w:id="1983652793">
      <w:marLeft w:val="480"/>
      <w:marRight w:val="0"/>
      <w:marTop w:val="0"/>
      <w:marBottom w:val="0"/>
      <w:divBdr>
        <w:top w:val="none" w:sz="0" w:space="0" w:color="auto"/>
        <w:left w:val="none" w:sz="0" w:space="0" w:color="auto"/>
        <w:bottom w:val="none" w:sz="0" w:space="0" w:color="auto"/>
        <w:right w:val="none" w:sz="0" w:space="0" w:color="auto"/>
      </w:divBdr>
    </w:div>
    <w:div w:id="1989312259">
      <w:marLeft w:val="480"/>
      <w:marRight w:val="0"/>
      <w:marTop w:val="0"/>
      <w:marBottom w:val="0"/>
      <w:divBdr>
        <w:top w:val="none" w:sz="0" w:space="0" w:color="auto"/>
        <w:left w:val="none" w:sz="0" w:space="0" w:color="auto"/>
        <w:bottom w:val="none" w:sz="0" w:space="0" w:color="auto"/>
        <w:right w:val="none" w:sz="0" w:space="0" w:color="auto"/>
      </w:divBdr>
    </w:div>
    <w:div w:id="1990401889">
      <w:marLeft w:val="480"/>
      <w:marRight w:val="0"/>
      <w:marTop w:val="0"/>
      <w:marBottom w:val="0"/>
      <w:divBdr>
        <w:top w:val="none" w:sz="0" w:space="0" w:color="auto"/>
        <w:left w:val="none" w:sz="0" w:space="0" w:color="auto"/>
        <w:bottom w:val="none" w:sz="0" w:space="0" w:color="auto"/>
        <w:right w:val="none" w:sz="0" w:space="0" w:color="auto"/>
      </w:divBdr>
    </w:div>
    <w:div w:id="1993869546">
      <w:marLeft w:val="480"/>
      <w:marRight w:val="0"/>
      <w:marTop w:val="0"/>
      <w:marBottom w:val="0"/>
      <w:divBdr>
        <w:top w:val="none" w:sz="0" w:space="0" w:color="auto"/>
        <w:left w:val="none" w:sz="0" w:space="0" w:color="auto"/>
        <w:bottom w:val="none" w:sz="0" w:space="0" w:color="auto"/>
        <w:right w:val="none" w:sz="0" w:space="0" w:color="auto"/>
      </w:divBdr>
    </w:div>
    <w:div w:id="1999338352">
      <w:marLeft w:val="480"/>
      <w:marRight w:val="0"/>
      <w:marTop w:val="0"/>
      <w:marBottom w:val="0"/>
      <w:divBdr>
        <w:top w:val="none" w:sz="0" w:space="0" w:color="auto"/>
        <w:left w:val="none" w:sz="0" w:space="0" w:color="auto"/>
        <w:bottom w:val="none" w:sz="0" w:space="0" w:color="auto"/>
        <w:right w:val="none" w:sz="0" w:space="0" w:color="auto"/>
      </w:divBdr>
    </w:div>
    <w:div w:id="2000840040">
      <w:marLeft w:val="480"/>
      <w:marRight w:val="0"/>
      <w:marTop w:val="0"/>
      <w:marBottom w:val="0"/>
      <w:divBdr>
        <w:top w:val="none" w:sz="0" w:space="0" w:color="auto"/>
        <w:left w:val="none" w:sz="0" w:space="0" w:color="auto"/>
        <w:bottom w:val="none" w:sz="0" w:space="0" w:color="auto"/>
        <w:right w:val="none" w:sz="0" w:space="0" w:color="auto"/>
      </w:divBdr>
    </w:div>
    <w:div w:id="2035156735">
      <w:marLeft w:val="480"/>
      <w:marRight w:val="0"/>
      <w:marTop w:val="0"/>
      <w:marBottom w:val="0"/>
      <w:divBdr>
        <w:top w:val="none" w:sz="0" w:space="0" w:color="auto"/>
        <w:left w:val="none" w:sz="0" w:space="0" w:color="auto"/>
        <w:bottom w:val="none" w:sz="0" w:space="0" w:color="auto"/>
        <w:right w:val="none" w:sz="0" w:space="0" w:color="auto"/>
      </w:divBdr>
    </w:div>
    <w:div w:id="2035299455">
      <w:marLeft w:val="480"/>
      <w:marRight w:val="0"/>
      <w:marTop w:val="0"/>
      <w:marBottom w:val="0"/>
      <w:divBdr>
        <w:top w:val="none" w:sz="0" w:space="0" w:color="auto"/>
        <w:left w:val="none" w:sz="0" w:space="0" w:color="auto"/>
        <w:bottom w:val="none" w:sz="0" w:space="0" w:color="auto"/>
        <w:right w:val="none" w:sz="0" w:space="0" w:color="auto"/>
      </w:divBdr>
    </w:div>
    <w:div w:id="2045015935">
      <w:marLeft w:val="480"/>
      <w:marRight w:val="0"/>
      <w:marTop w:val="0"/>
      <w:marBottom w:val="0"/>
      <w:divBdr>
        <w:top w:val="none" w:sz="0" w:space="0" w:color="auto"/>
        <w:left w:val="none" w:sz="0" w:space="0" w:color="auto"/>
        <w:bottom w:val="none" w:sz="0" w:space="0" w:color="auto"/>
        <w:right w:val="none" w:sz="0" w:space="0" w:color="auto"/>
      </w:divBdr>
    </w:div>
    <w:div w:id="2045868044">
      <w:marLeft w:val="480"/>
      <w:marRight w:val="0"/>
      <w:marTop w:val="0"/>
      <w:marBottom w:val="0"/>
      <w:divBdr>
        <w:top w:val="none" w:sz="0" w:space="0" w:color="auto"/>
        <w:left w:val="none" w:sz="0" w:space="0" w:color="auto"/>
        <w:bottom w:val="none" w:sz="0" w:space="0" w:color="auto"/>
        <w:right w:val="none" w:sz="0" w:space="0" w:color="auto"/>
      </w:divBdr>
    </w:div>
    <w:div w:id="2053650875">
      <w:marLeft w:val="480"/>
      <w:marRight w:val="0"/>
      <w:marTop w:val="0"/>
      <w:marBottom w:val="0"/>
      <w:divBdr>
        <w:top w:val="none" w:sz="0" w:space="0" w:color="auto"/>
        <w:left w:val="none" w:sz="0" w:space="0" w:color="auto"/>
        <w:bottom w:val="none" w:sz="0" w:space="0" w:color="auto"/>
        <w:right w:val="none" w:sz="0" w:space="0" w:color="auto"/>
      </w:divBdr>
    </w:div>
    <w:div w:id="2063360150">
      <w:bodyDiv w:val="1"/>
      <w:marLeft w:val="0"/>
      <w:marRight w:val="0"/>
      <w:marTop w:val="0"/>
      <w:marBottom w:val="0"/>
      <w:divBdr>
        <w:top w:val="none" w:sz="0" w:space="0" w:color="auto"/>
        <w:left w:val="none" w:sz="0" w:space="0" w:color="auto"/>
        <w:bottom w:val="none" w:sz="0" w:space="0" w:color="auto"/>
        <w:right w:val="none" w:sz="0" w:space="0" w:color="auto"/>
      </w:divBdr>
    </w:div>
    <w:div w:id="2069377467">
      <w:marLeft w:val="480"/>
      <w:marRight w:val="0"/>
      <w:marTop w:val="0"/>
      <w:marBottom w:val="0"/>
      <w:divBdr>
        <w:top w:val="none" w:sz="0" w:space="0" w:color="auto"/>
        <w:left w:val="none" w:sz="0" w:space="0" w:color="auto"/>
        <w:bottom w:val="none" w:sz="0" w:space="0" w:color="auto"/>
        <w:right w:val="none" w:sz="0" w:space="0" w:color="auto"/>
      </w:divBdr>
    </w:div>
    <w:div w:id="2069912613">
      <w:marLeft w:val="480"/>
      <w:marRight w:val="0"/>
      <w:marTop w:val="0"/>
      <w:marBottom w:val="0"/>
      <w:divBdr>
        <w:top w:val="none" w:sz="0" w:space="0" w:color="auto"/>
        <w:left w:val="none" w:sz="0" w:space="0" w:color="auto"/>
        <w:bottom w:val="none" w:sz="0" w:space="0" w:color="auto"/>
        <w:right w:val="none" w:sz="0" w:space="0" w:color="auto"/>
      </w:divBdr>
    </w:div>
    <w:div w:id="2088570710">
      <w:marLeft w:val="480"/>
      <w:marRight w:val="0"/>
      <w:marTop w:val="0"/>
      <w:marBottom w:val="0"/>
      <w:divBdr>
        <w:top w:val="none" w:sz="0" w:space="0" w:color="auto"/>
        <w:left w:val="none" w:sz="0" w:space="0" w:color="auto"/>
        <w:bottom w:val="none" w:sz="0" w:space="0" w:color="auto"/>
        <w:right w:val="none" w:sz="0" w:space="0" w:color="auto"/>
      </w:divBdr>
    </w:div>
    <w:div w:id="2088795849">
      <w:bodyDiv w:val="1"/>
      <w:marLeft w:val="0"/>
      <w:marRight w:val="0"/>
      <w:marTop w:val="0"/>
      <w:marBottom w:val="0"/>
      <w:divBdr>
        <w:top w:val="none" w:sz="0" w:space="0" w:color="auto"/>
        <w:left w:val="none" w:sz="0" w:space="0" w:color="auto"/>
        <w:bottom w:val="none" w:sz="0" w:space="0" w:color="auto"/>
        <w:right w:val="none" w:sz="0" w:space="0" w:color="auto"/>
      </w:divBdr>
    </w:div>
    <w:div w:id="2092190802">
      <w:marLeft w:val="480"/>
      <w:marRight w:val="0"/>
      <w:marTop w:val="0"/>
      <w:marBottom w:val="0"/>
      <w:divBdr>
        <w:top w:val="none" w:sz="0" w:space="0" w:color="auto"/>
        <w:left w:val="none" w:sz="0" w:space="0" w:color="auto"/>
        <w:bottom w:val="none" w:sz="0" w:space="0" w:color="auto"/>
        <w:right w:val="none" w:sz="0" w:space="0" w:color="auto"/>
      </w:divBdr>
    </w:div>
    <w:div w:id="2094164470">
      <w:marLeft w:val="480"/>
      <w:marRight w:val="0"/>
      <w:marTop w:val="0"/>
      <w:marBottom w:val="0"/>
      <w:divBdr>
        <w:top w:val="none" w:sz="0" w:space="0" w:color="auto"/>
        <w:left w:val="none" w:sz="0" w:space="0" w:color="auto"/>
        <w:bottom w:val="none" w:sz="0" w:space="0" w:color="auto"/>
        <w:right w:val="none" w:sz="0" w:space="0" w:color="auto"/>
      </w:divBdr>
    </w:div>
    <w:div w:id="2115510460">
      <w:marLeft w:val="480"/>
      <w:marRight w:val="0"/>
      <w:marTop w:val="0"/>
      <w:marBottom w:val="0"/>
      <w:divBdr>
        <w:top w:val="none" w:sz="0" w:space="0" w:color="auto"/>
        <w:left w:val="none" w:sz="0" w:space="0" w:color="auto"/>
        <w:bottom w:val="none" w:sz="0" w:space="0" w:color="auto"/>
        <w:right w:val="none" w:sz="0" w:space="0" w:color="auto"/>
      </w:divBdr>
    </w:div>
    <w:div w:id="2119790900">
      <w:bodyDiv w:val="1"/>
      <w:marLeft w:val="0"/>
      <w:marRight w:val="0"/>
      <w:marTop w:val="0"/>
      <w:marBottom w:val="0"/>
      <w:divBdr>
        <w:top w:val="none" w:sz="0" w:space="0" w:color="auto"/>
        <w:left w:val="none" w:sz="0" w:space="0" w:color="auto"/>
        <w:bottom w:val="none" w:sz="0" w:space="0" w:color="auto"/>
        <w:right w:val="none" w:sz="0" w:space="0" w:color="auto"/>
      </w:divBdr>
    </w:div>
    <w:div w:id="2124688930">
      <w:bodyDiv w:val="1"/>
      <w:marLeft w:val="0"/>
      <w:marRight w:val="0"/>
      <w:marTop w:val="0"/>
      <w:marBottom w:val="0"/>
      <w:divBdr>
        <w:top w:val="none" w:sz="0" w:space="0" w:color="auto"/>
        <w:left w:val="none" w:sz="0" w:space="0" w:color="auto"/>
        <w:bottom w:val="none" w:sz="0" w:space="0" w:color="auto"/>
        <w:right w:val="none" w:sz="0" w:space="0" w:color="auto"/>
      </w:divBdr>
    </w:div>
    <w:div w:id="2142110480">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A444F2-D15C-411C-87D8-AE0153FF923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2050814351"/>
    <we:property name="MENDELEY_CITATIONS" value="[{&quot;citationID&quot;:&quot;MENDELEY_CITATION_2d14dcb4-c968-4bba-868f-63eb905f0860&quot;,&quot;properties&quot;:{&quot;noteIndex&quot;:0},&quot;isEdited&quot;:false,&quot;manualOverride&quot;:{&quot;isManuallyOverridden&quot;:false,&quot;citeprocText&quot;:&quot;(AliBia, 2024)&quot;,&quot;manualOverrideText&quot;:&quot;&quot;},&quot;citationTag&quot;:&quot;MENDELEY_CITATION_v3_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&quot;,&quot;citationItems&quot;:[{&quot;id&quot;:&quot;950c34e7-a749-309c-a95b-401cdb2e538a&quot;,&quot;itemData&quot;:{&quot;type&quot;:&quot;article-journal&quot;,&quot;id&quot;:&quot;950c34e7-a749-309c-a95b-401cdb2e538a&quot;,&quot;title&quot;:&quot;Analisis Penggunaan QRIS Terhadap Peningkatan Pendapatan\nUMKM&quot;,&quot;author&quot;:[{&quot;family&quot;:&quot;AliBia&quot;,&quot;given&quot;:&quot;Nadhifa, Erwin Permana, and Harnovinsah Harnovinsah&quot;,&quot;parse-names&quot;:false,&quot;dropping-particle&quot;:&quot;&quot;,&quot;non-dropping-particle&quot;:&quot;&quot;}],&quot;issued&quot;:{&quot;date-parts&quot;:[[2024]]},&quot;container-title-short&quot;:&quot;&quot;},&quot;isTemporary&quot;:false}]},{&quot;citationID&quot;:&quot;MENDELEY_CITATION_194417f7-4ed9-4daf-9c7d-cdd2800ddccf&quot;,&quot;properties&quot;:{&quot;noteIndex&quot;:0},&quot;isEdited&quot;:false,&quot;manualOverride&quot;:{&quot;isManuallyOverridden&quot;:false,&quot;citeprocText&quot;:&quot;(Azzahra Pratiwi et al., 2024)&quot;,&quot;manualOverrideText&quot;:&quot;&quot;},&quot;citationTag&quot;:&quot;MENDELEY_CITATION_v3_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&quot;,&quot;citationItems&quot;:[{&quot;id&quot;:&quot;d9ac511f-0d39-3bc0-a440-25331d625934&quot;,&quot;itemData&quot;:{&quot;type&quot;:&quot;article-journal&quot;,&quot;id&quot;:&quot;d9ac511f-0d39-3bc0-a440-25331d625934&quot;,&quot;title&quot;:&quot;Analisis Pengaruh Penggunaan Pembayaran Digital QRIS Terhadap Kenaikan Omset Penjualan Pada UMKM&quot;,&quot;author&quot;:[{&quot;family&quot;:&quot;Azzahra Pratiwi&quot;,&quot;given&quot;:&quot;Larasati&quot;,&quot;parse-names&quot;:false,&quot;dropping-particle&quot;:&quot;&quot;,&quot;non-dropping-particle&quot;:&quot;&quot;},{&quot;family&quot;:&quot;Ningsih&quot;,&quot;given&quot;:&quot;Nanda Arfia&quot;,&quot;parse-names&quot;:false,&quot;dropping-particle&quot;:&quot;&quot;,&quot;non-dropping-particle&quot;:&quot;&quot;},{&quot;family&quot;:&quot;Amaliah&quot;,&quot;given&quot;:&quot;Faqihah&quot;,&quot;parse-names&quot;:false,&quot;dropping-particle&quot;:&quot;&quot;,&quot;non-dropping-particle&quot;:&quot;&quot;},{&quot;family&quot;:&quot;Intan&quot;,&quot;given&quot;:&quot;Tiara Sri&quot;,&quot;parse-names&quot;:false,&quot;dropping-particle&quot;:&quot;&quot;,&quot;non-dropping-particle&quot;:&quot;&quot;},{&quot;family&quot;:&quot;Syariah&quot;,&quot;given&quot;:&quot;Ekonomi&quot;,&quot;parse-names&quot;:false,&quot;dropping-particle&quot;:&quot;&quot;,&quot;non-dropping-particle&quot;:&quot;&quot;},{&quot;family&quot;:&quot;Islam&quot;,&quot;given&quot;:&quot;Universitas&quot;,&quot;parse-names&quot;:false,&quot;dropping-particle&quot;:&quot;&quot;,&quot;non-dropping-particle&quot;:&quot;&quot;},{&quot;family&quot;:&quot;Syarif&quot;,&quot;given&quot;:&quot;Negeri&quot;,&quot;parse-names&quot;:false,&quot;dropping-particle&quot;:&quot;&quot;,&quot;non-dropping-particle&quot;:&quot;&quot;},{&quot;family&quot;:&quot;Jakarta&quot;,&quot;given&quot;:&quot;Hidayatullah&quot;,&quot;parse-names&quot;:false,&quot;dropping-particle&quot;:&quot;&quot;,&quot;non-dropping-particle&quot;:&quot;&quot;},{&quot;family&quot;:&quot;Azzahra&quot;,&quot;given&quot;:&quot;Larasati&quot;,&quot;parse-names&quot;:false,&quot;dropping-particle&quot;:&quot;&quot;,&quot;non-dropping-particle&quot;:&quot;&quot;},{&quot;family&quot;:&quot;Ekonomi&quot;,&quot;given&quot;:&quot;Pratiwi&quot;,&quot;parse-names&quot;:false,&quot;dropping-particle&quot;:&quot;&quot;,&quot;non-dropping-particle&quot;:&quot;&quot;},{&quot;family&quot;:&quot;Universitas&quot;,&quot;given&quot;:&quot;Syariah&quot;,&quot;parse-names&quot;:false,&quot;dropping-particle&quot;:&quot;&quot;,&quot;non-dropping-particle&quot;:&quot;&quot;},{&quot;family&quot;:&quot;Negeri&quot;,&quot;given&quot;:&quot;Islam&quot;,&quot;parse-names&quot;:false,&quot;dropping-particle&quot;:&quot;&quot;,&quot;non-dropping-particle&quot;:&quot;&quot;},{&quot;family&quot;:&quot;Hidayatullah&quot;,&quot;given&quot;:&quot;Syarif&quot;,&quot;parse-names&quot;:false,&quot;dropping-particle&quot;:&quot;&quot;,&quot;non-dropping-particle&quot;:&quot;&quot;},{&quot;family&quot;:&quot;Jl&quot;,&quot;given&quot;:&quot;Jakarta Ibnu&quot;,&quot;parse-names&quot;:false,&quot;dropping-particle&quot;:&quot;&quot;,&quot;non-dropping-particle&quot;:&quot;&quot;},{&quot;family&quot;:&quot;Taimia&quot;,&quot;given&quot;:&quot;Kota Tangerang&quot;,&quot;parse-names&quot;:false,&quot;dropping-particle&quot;:&quot;&quot;,&quot;non-dropping-particle&quot;:&quot;&quot;},{&quot;family&quot;:&quot;Selatan&quot;,&quot;given&quot;:&quot;Banten&quot;,&quot;parse-names&quot;:false,&quot;dropping-particle&quot;:&quot;&quot;,&quot;non-dropping-particle&quot;:&quot;&quot;}],&quot;DOI&quot;:&quot;10.57249/jbk&quot;,&quot;ISSN&quot;:&quot;2621-8291&quot;,&quot;URL&quot;:&quot;https://doi.org/10.57249/jbk&quot;,&quot;issued&quot;:{&quot;date-parts&quot;:[[2024]]},&quot;abstract&quot;:&quot;Digital transformation has changed the transaction system from cash to cashless transactions. However, the current use of QRIS is not quite familiar among MSMEs and there are still many MSMEs that have not implemented QRIS digital payments as a record of sales turnover. The purpose of writing this article is to discuss QRIS digital payments to increase MSME sales turnover. The research data uses multiple linear analysis which aims to test how much influence QRIS has on sales turnover. The nine independent variables are QRIS user literacy, QRIS implementation, QRIS usage, QRIS user capability, QRIS user convenience, QRIS user service prices, QRIS user satisfaction, QRIS user efficiency improvement, QRIS user strategy and increased sales turnover as dependent variables. The value of the R2 coefficient of determination of 0.159315 or 15.93% shows that the nine variables used together can be significant sales turnover as dependent variables.&quot;,&quot;issue&quot;:&quot;1&quot;,&quot;volume&quot;:&quot;10&quot;,&quot;container-title-short&quot;:&quot;&quot;},&quot;isTemporary&quot;:false}]},{&quot;citationID&quot;:&quot;MENDELEY_CITATION_903462e5-9613-42fe-b654-0f5d08fa39d1&quot;,&quot;properties&quot;:{&quot;noteIndex&quot;:0},&quot;isEdited&quot;:false,&quot;manualOverride&quot;:{&quot;isManuallyOverridden&quot;:false,&quot;citeprocText&quot;:&quot;(Mustagfiroh et al., 2024)&quot;,&quot;manualOverrideText&quot;:&quot;&quot;},&quot;citationTag&quot;:&quot;MENDELEY_CITATION_v3_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&quot;,&quot;citationItems&quot;:[{&quot;id&quot;:&quot;7c666ba7-8264-344e-a158-44a54067292e&quot;,&quot;itemData&quot;:{&quot;type&quot;:&quot;article-journal&quot;,&quot;id&quot;:&quot;7c666ba7-8264-344e-a158-44a54067292e&quot;,&quot;title&quot;:&quot;Efektivitas Penggunaan QRIS sebagai Media Pembayaran dalam Meningkatkan Perkembangan UMKM di Jepara&quot;,&quot;author&quot;:[{&quot;family&quot;:&quot;Mustagfiroh&quot;,&quot;given&quot;:&quot;Lailatul&quot;,&quot;parse-names&quot;:false,&quot;dropping-particle&quot;:&quot;&quot;,&quot;non-dropping-particle&quot;:&quot;&quot;},{&quot;family&quot;:&quot;Supriyadi&quot;,&quot;given&quot;:&quot;Ahmad&quot;,&quot;parse-names&quot;:false,&quot;dropping-particle&quot;:&quot;&quot;,&quot;non-dropping-particle&quot;:&quot;&quot;},{&quot;family&quot;:&quot;Kudus&quot;,&quot;given&quot;:&quot;Iain&quot;,&quot;parse-names&quot;:false,&quot;dropping-particle&quot;:&quot;&quot;,&quot;non-dropping-particle&quot;:&quot;&quot;}],&quot;ISSN&quot;:&quot;2987-3673&quot;,&quot;URL&quot;:&quot;http://jim.ac.id/index.php/JEBISKU/&quot;,&quot;issued&quot;:{&quot;date-parts&quot;:[[2024]]},&quot;abstract&quot;:&quot;This research aims to analyze the practice, effectiveness, and impact of using Quick Response Code Indonesian Standard (QRIS) transactions as a payment medium in encouraging the development of Micro, Small, and Medium Enterprises (MSMEs) in Jepara. The field study was carried out using a qualitative approach on MSMEs that were active in using QRIS as a payment method in the Jepara district. Primary and secondary data were collected through observation, interviews, and documentation. The subjects taken from this research were six MSME owners, six employees, and six buyers from these MSMEs. The data validity technique uses source triangulation and data analysis techniques by reducing, presenting, and drawing conclusions. The results of this research are that the effectiveness of using QRIS for MSMEs in Jepara provides positive results, proven by benefits such as making transactions easier, and safer because they avoid criminal acts such as pickpocketing, and reducing the risk of circulating counterfeit money. Apart from that, the implementation of QRIS also impacts increasing the income of MSMEs in Jepara Regency.&quot;,&quot;issue&quot;:&quot;2&quot;,&quot;volume&quot;:&quot;2&quot;,&quot;container-title-short&quot;:&quot;&quot;},&quot;isTemporary&quot;:false}]},{&quot;citationID&quot;:&quot;MENDELEY_CITATION_a0740153-c165-4e5a-a970-255199dad355&quot;,&quot;properties&quot;:{&quot;noteIndex&quot;:0},&quot;isEdited&quot;:false,&quot;manualOverride&quot;:{&quot;isManuallyOverridden&quot;:false,&quot;citeprocText&quot;:&quot;(Nia Monica Putri1, 2023)&quot;,&quot;manualOverrideText&quot;:&quot;&quot;},&quot;citationTag&quot;:&quot;MENDELEY_CITATION_v3_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&quot;,&quot;citationItems&quot;:[{&quot;id&quot;:&quot;b2546029-c899-3f99-9e2c-101ac1ed54e3&quot;,&quot;itemData&quot;:{&quot;type&quot;:&quot;article-journal&quot;,&quot;id&quot;:&quot;b2546029-c899-3f99-9e2c-101ac1ed54e3&quot;,&quot;title&quot;:&quot;Pengaruh Literasi Keuangan, Kemudahan Dan Kepercayaan Terhadap\nKeputusan Bertransaksi Menggunakan QRIS Pada UMKM Di Kota\nBengkulu&quot;,&quot;author&quot;:[{&quot;family&quot;:&quot;Nia Monica Putri1&quot;,&quot;given&quot;:&quot;Idham Lakoni2, Sintia Safrianti3*&quot;,&quot;parse-names&quot;:false,&quot;dropping-particle&quot;:&quot;&quot;,&quot;non-dropping-particle&quot;:&quot;&quot;}],&quot;issued&quot;:{&quot;date-parts&quot;:[[2023]]},&quot;container-title-short&quot;:&quot;&quot;},&quot;isTemporary&quot;:false}]},{&quot;citationID&quot;:&quot;MENDELEY_CITATION_e60693a3-dbf0-40bc-a158-f4bad3c4fa08&quot;,&quot;properties&quot;:{&quot;noteIndex&quot;:0},&quot;isEdited&quot;:false,&quot;manualOverride&quot;:{&quot;isManuallyOverridden&quot;:false,&quot;citeprocText&quot;:&quot;(Natsir et al., 2023)&quot;,&quot;manualOverrideText&quot;:&quot;&quot;},&quot;citationTag&quot;:&quot;MENDELEY_CITATION_v3_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&quot;,&quot;citationItems&quot;:[{&quot;id&quot;:&quot;02befdd8-4342-3331-83b8-53a37c6a7d30&quot;,&quot;itemData&quot;:{&quot;type&quot;:&quot;article-journal&quot;,&quot;id&quot;:&quot;02befdd8-4342-3331-83b8-53a37c6a7d30&quot;,&quot;title&quot;:&quot;PENGGUNAAN QRIS SEBAGAI ALAT PEMBAYARAN DIGITAL UNTUK MENINGKATKAN PRODUKTIVITAS UMKM&quot;,&quot;author&quot;:[{&quot;family&quot;:&quot;Natsir&quot;,&quot;given&quot;:&quot;Khairina&quot;,&quot;parse-names&quot;:false,&quot;dropping-particle&quot;:&quot;&quot;,&quot;non-dropping-particle&quot;:&quot;&quot;},{&quot;family&quot;:&quot;Bangun&quot;,&quot;given&quot;:&quot;Nurainun&quot;,&quot;parse-names&quot;:false,&quot;dropping-particle&quot;:&quot;&quot;,&quot;non-dropping-particle&quot;:&quot;&quot;},{&quot;family&quot;:&quot;Attan&quot;,&quot;given&quot;:&quot;Michelle Britney&quot;,&quot;parse-names&quot;:false,&quot;dropping-particle&quot;:&quot;&quot;,&quot;non-dropping-particle&quot;:&quot;&quot;},{&quot;family&quot;:&quot;Landias&quot;,&quot;given&quot;:&quot;Joceline Sagita&quot;,&quot;parse-names&quot;:false,&quot;dropping-particle&quot;:&quot;&quot;,&quot;non-dropping-particle&quot;:&quot;&quot;}],&quot;container-title&quot;:&quot;Jurnal Serina Abdimas&quot;,&quot;DOI&quot;:&quot;10.24912/jsa.v1i3.26208&quot;,&quot;issued&quot;:{&quot;date-parts&quot;:[[2023,8,30]]},&quot;page&quot;:&quot;1154-1163&quot;,&quot;abstract&quot;:&quot; \r                                                                         ABSTRACT\r E-wallet has become the primary payment method for micro, small, and medium enterprises (MSMEs) apart from cash. The convenience and ease of using e-wallets have made them a popular choice among the public. The Quick Response Code Indonesian Standard (QRIS), introduced by Bank Indonesia and the Indonesian Payment Systems Association on August 17, 2019, serves as a non-cash payment standard based on QR Codes. QRIS integrates non-cash payment systems across Indonesia, reducing the need for multiple QR Codes. Starting from January 1, 2020, services such as GoPay, OVO, and Bank Syariah Mandiri have implemented QRIS.This initiative focuses on MSMEs in RW 09, Kelapa Dua, Tangerang. Many MSMEs in this area, particularly small kiosks, have yet to adopt QRIS despite its potential to expedite transactions and record-keeping. The engagement involves conducting a training session on QRIS usage on May 6, 2023, in Kelurahan Kelapa Dua, Tangerang. A total of 25 participants are invited to learn about utilizing QRIS as a payment method and for business reporting.\r ABSTRAK\r E-wallet telah menjadi model pembayaran utama selain tunai bagi UMKM. Kemudahan dan kenyamanan menggunakan e-wallet menjadikannya pilihan masyarakat. QRIS, diperkenalkan oleh Bank Indonesia dan Asosiasi Sistem Pembayaran Indonesia pada 17 Agustus 2019, adalah standar pembayaran nontunai berbasis QR Code. QRIS mengintegrasikan sistem pembayaran nontunai di Indonesia, mengurangi kebutuhan akan banyak QR Code. Sejak 1 Januari 2020, layanan seperti GoPay, OVO, dan Bank Syariah Mandiri menerapkan QRIS. Kegiatan pengabdian ini berfokus pada UMKM di RW 09, Kelapa Dua, Tangerang. UMKM di daerah ini, terutama warung kecil, belum mengadopsi QRIS, meski bisa mempercepat transaksi dan pencatatan. Kegiatan pengabdian meliputi pelatihan penggunaan QRIS pada 6 Mei 2023 di Kelurahan Kelapa Dua, Tangerang. Ada 25 peserta yang diundang untuk belajar tentang penggunaan QRIS sebagai metode pembayaran dan pelaporan usaha.&quot;,&quot;publisher&quot;:&quot;Universitas Tarumanagara&quot;,&quot;issue&quot;:&quot;3&quot;,&quot;volume&quot;:&quot;1&quot;,&quot;container-title-short&quot;:&quot;&quot;},&quot;isTemporary&quot;:false}]},{&quot;citationID&quot;:&quot;MENDELEY_CITATION_3e52cdbc-b0f6-4a92-8516-77157c315c60&quot;,&quot;properties&quot;:{&quot;noteIndex&quot;:0},&quot;isEdited&quot;:false,&quot;manualOverride&quot;:{&quot;isManuallyOverridden&quot;:false,&quot;citeprocText&quot;:&quot;(Yanto, 2024)&quot;,&quot;manualOverrideText&quot;:&quot;&quot;},&quot;citationTag&quot;:&quot;MENDELEY_CITATION_v3_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&quot;,&quot;citationItems&quot;:[{&quot;id&quot;:&quot;21ddd52b-d360-3561-ba8f-e83972372244&quot;,&quot;itemData&quot;:{&quot;type&quot;:&quot;article-journal&quot;,&quot;id&quot;:&quot;21ddd52b-d360-3561-ba8f-e83972372244&quot;,&quot;title&quot;:&quot;Optimalisasi Literasi Keuangan Digital Melalui Peningkatan Penggunaan QRIS Pada UMKM&quot;,&quot;author&quot;:[{&quot;family&quot;:&quot;Yanto&quot;,&quot;given&quot;:&quot;Heri  Prasetiyo, Budi  Baroroh, Niswah  Hajawiyah, Ain  Kardiyem, Kardiyem&quot;,&quot;parse-names&quot;:false,&quot;dropping-particle&quot;:&quot;&quot;,&quot;non-dropping-particle&quot;:&quot;&quot;}],&quot;container-title&quot;:&quot;Surya Abdimas&quot;,&quot;issued&quot;:{&quot;date-parts&quot;:[[2024]]},&quot;page&quot;:&quot;386-394&quot;,&quot;issue&quot;:&quot;3&quot;,&quot;volume&quot;:&quot;8&quot;,&quot;container-title-short&quot;:&quot;&quot;},&quot;isTemporary&quot;:false}]},{&quot;citationID&quot;:&quot;MENDELEY_CITATION_551180b0-0657-4b71-8635-62694e3c02aa&quot;,&quot;properties&quot;:{&quot;noteIndex&quot;:0},&quot;isEdited&quot;:false,&quot;manualOverride&quot;:{&quot;isManuallyOverridden&quot;:false,&quot;citeprocText&quot;:&quot;(Tsakila et al., 2024)&quot;,&quot;manualOverrideText&quot;:&quot;&quot;},&quot;citationTag&quot;:&quot;MENDELEY_CITATION_v3_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&quot;,&quot;citationItems&quot;:[{&quot;id&quot;:&quot;fb4bb28d-93f1-35de-abaa-991ee8ac4d3c&quot;,&quot;itemData&quot;:{&quot;type&quot;:&quot;article-journal&quot;,&quot;id&quot;:&quot;fb4bb28d-93f1-35de-abaa-991ee8ac4d3c&quot;,&quot;title&quot;:&quot;Analisis Dampak Fintech terhadap Kinerja dan Inovasi Perbankan di Era Ekonomi Digital&quot;,&quot;author&quot;:[{&quot;family&quot;:&quot;Tsakila&quot;,&quot;given&quot;:&quot;Nur Fazri&quot;,&quot;parse-names&quot;:false,&quot;dropping-particle&quot;:&quot;&quot;,&quot;non-dropping-particle&quot;:&quot;&quot;},{&quot;family&quot;:&quot;Wirahadi&quot;,&quot;given&quot;:&quot;M. Arya&quot;,&quot;parse-names&quot;:false,&quot;dropping-particle&quot;:&quot;&quot;,&quot;non-dropping-particle&quot;:&quot;&quot;},{&quot;family&quot;:&quot;Fadilah&quot;,&quot;given&quot;:&quot;Azwar Alif&quot;,&quot;parse-names&quot;:false,&quot;dropping-particle&quot;:&quot;&quot;,&quot;non-dropping-particle&quot;:&quot;&quot;},{&quot;family&quot;:&quot;Simanjuntak&quot;,&quot;given&quot;:&quot;Henri&quot;,&quot;parse-names&quot;:false,&quot;dropping-particle&quot;:&quot;&quot;,&quot;non-dropping-particle&quot;:&quot;&quot;}],&quot;container-title&quot;:&quot;Indonesian Journal of Law and Justice&quot;,&quot;DOI&quot;:&quot;10.47134/ijlj.v1i4.2787&quot;,&quot;ISSN&quot;:&quot;3031-0016&quot;,&quot;issued&quot;:{&quot;date-parts&quot;:[[2024,6,25]]},&quot;page&quot;:&quot;11&quot;,&quot;abstract&quot;:&quot;&lt;p&gt;Perkembangan financial technology (fintech) telah mengubah lanskap industri keuangan secara signifikan, menciptakan peluang dan tantangan baru bagi sektor perbankan. Penelitian ini bertujuan untuk menganalisis dampak fintech terhadap kinerja dan inovasi perbankan di Indonesia dalam konteks ekonomi digital. Menggunakan pendekatan kualitatif dengan metode studi literatur dan analisis data sekunder dari laporan industri dan publikasi ilmiah terkini, penelitian ini mengkaji perkembangan fintech, responsi perbankan, serta implikasinya terhadap kinerja keuangan dan inovasi layanan bank. Hasil penelitian menunjukkan bahwa meski fintech berpotensi mengganggu model bisnis tradisional, bank yang mampu beradaptasi dan berkolaborasi dengan fintech justru mengalami peningkatan efisiensi operasional, penurunan biaya transaksi, dan perluasan akses layanan kepada segmen yang sebelumnya kurang terlayani. Inovasi seperti mobile banking, pembayaran digital, dan penggunaan kecerdasan buatan dalam analisis kredit menjadi kunci dalam mempertahankan daya saing. Penelitian ini juga mengidentifikasi tantangan regulasi dan keamanan siber sebagai isu krusial yang perlu diatasi dalam mengoptimalkan potensi fintech. Kesimpulannya, sinergi antara perbankan dan fintech berperan penting dalam menciptakan ekosistem keuangan yang lebih inklusif, efisien, dan inovatif di era ekonomi digital, namun memerlukan kerangka regulasi yang adaptif dan penguatan infrastruktur teknologi untuk memitigasi risiko potensial.&lt;/p&gt;&quot;,&quot;issue&quot;:&quot;4&quot;,&quot;volume&quot;:&quot;1&quot;,&quot;container-title-short&quot;:&quot;&quot;},&quot;isTemporary&quot;:false}]},{&quot;citationID&quot;:&quot;MENDELEY_CITATION_57095235-ee72-4b4f-ac82-b3d4d996d2db&quot;,&quot;properties&quot;:{&quot;noteIndex&quot;:0},&quot;isEdited&quot;:false,&quot;manualOverride&quot;:{&quot;isManuallyOverridden&quot;:false,&quot;citeprocText&quot;:&quot;(Lestari et al., 2021)&quot;,&quot;manualOverrideText&quot;:&quot;&quot;},&quot;citationTag&quot;:&quot;MENDELEY_CITATION_v3_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&quot;,&quot;citationItems&quot;:[{&quot;id&quot;:&quot;82e7d5ab-e174-3e79-ae70-e41e4d28828d&quot;,&quot;itemData&quot;:{&quot;type&quot;:&quot;article-journal&quot;,&quot;id&quot;:&quot;82e7d5ab-e174-3e79-ae70-e41e4d28828d&quot;,&quot;title&quot;:&quot;Meningkatkan literasi keuangan digital pada pelaku UMKM melalui sosialisasi gerakan nasional non-tunai&quot;,&quot;author&quot;:[{&quot;family&quot;:&quot;Lestari&quot;,&quot;given&quot;:&quot;Rohmini Indah&quot;,&quot;parse-names&quot;:false,&quot;dropping-particle&quot;:&quot;&quot;,&quot;non-dropping-particle&quot;:&quot;&quot;},{&quot;family&quot;:&quot;Santoso&quot;,&quot;given&quot;:&quot;Djoko&quot;,&quot;parse-names&quot;:false,&quot;dropping-particle&quot;:&quot;&quot;,&quot;non-dropping-particle&quot;:&quot;&quot;},{&quot;family&quot;:&quot;Indarto&quot;,&quot;given&quot;:&quot;Indarto&quot;,&quot;parse-names&quot;:false,&quot;dropping-particle&quot;:&quot;&quot;,&quot;non-dropping-particle&quot;:&quot;&quot;}],&quot;container-title&quot;:&quot;Jurnal Inovasi Hasil Pengabdian Masyarakat (JIPEMAS)&quot;,&quot;DOI&quot;:&quot;10.33474/jipemas.v4i3.10947&quot;,&quot;ISSN&quot;:&quot;2654282X&quot;,&quot;issued&quot;:{&quot;date-parts&quot;:[[2021,9,6]]},&quot;page&quot;:&quot;378&quot;,&quot;abstract&quot;:&quot;The Covid-19 pandemic is a milestone for the Gerakan Nasional Non- Tunai (GNNT) in Indonesia. This GNNT socialization activity to Micro, Small, and Medium Enterprises (MSMEs) aimed to support the Indonesia Payment System Blueprint (BSPI) 2025. MSMEs are the largest business (98.67%) which contributes 60.34% to Gross Domestic Product (GDP) in Indonesia. The socialization, MSME actors can make transactions with the electronic leisure payment system. Electronic payments as a result of buying and selling transactions electronically through the internet (e-commerce). The method of implementing this activity is to conduct socialization and Forum Group Discussions (FGD) face-to-face under health protocol standards during the Covid-19 pandemic. In addition to socialization, e.g. of the application of using electronic money through smartphones was also given. The enthusiasm of the participants was shown during the discussion session. They feel that they understand more about the benefits of the electronic payment system in the GNNT policy and will apply it to their productive economic business activities. After receiving the socialization, we have recorded that three of the eight micro- business actors participating in the socialization applied the non-cash transactions. Warung Kamu had applied the payment using the Quick Response Code Indonesia Standard (QRIS). The Olahan Bandeng and Ida Collection market their products through the Kopimi E-Gerai.&quot;,&quot;publisher&quot;:&quot;Universitas Islam Malang&quot;,&quot;issue&quot;:&quot;3&quot;,&quot;volume&quot;:&quot;4&quot;,&quot;container-title-short&quot;:&quot;&quot;},&quot;isTemporary&quot;:false}]},{&quot;citationID&quot;:&quot;MENDELEY_CITATION_128f93ed-c049-4cba-9e03-d3c3ea79f013&quot;,&quot;properties&quot;:{&quot;noteIndex&quot;:0},&quot;isEdited&quot;:false,&quot;manualOverride&quot;:{&quot;isManuallyOverridden&quot;:false,&quot;citeprocText&quot;:&quot;(Syahfitri, 2025)&quot;,&quot;manualOverrideText&quot;:&quot;&quot;},&quot;citationTag&quot;:&quot;MENDELEY_CITATION_v3_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&quot;,&quot;citationItems&quot;:[{&quot;id&quot;:&quot;348382ca-ffd3-3006-a2f4-1d6d4058d225&quot;,&quot;itemData&quot;:{&quot;type&quot;:&quot;article-journal&quot;,&quot;id&quot;:&quot;348382ca-ffd3-3006-a2f4-1d6d4058d225&quot;,&quot;title&quot;:&quot;Sosialisasi QRIS sebagai Upaya Peningkatan Literasi Keuangan dan Pendapatan UMKM Melalui Program KKN di Kawasan Eks Lokalisasi Bandar BARU&quot;,&quot;author&quot;:[{&quot;family&quot;:&quot;Syahfitri&quot;,&quot;given&quot;:&quot;Cici El Dirrah  Salsabila, Divia Inge  Ramadhan, Irfan Aqil  Azizah, Nur Wafiq  Sembiring, Rizky Bas Praptama  Ramadi, Bagus&quot;,&quot;parse-names&quot;:false,&quot;dropping-particle&quot;:&quot;&quot;,&quot;non-dropping-particle&quot;:&quot;&quot;}],&quot;container-title&quot;:&quot;LOYALITAS: Jurnal Pengabdian Kepada Masyarakat&quot;,&quot;issued&quot;:{&quot;date-parts&quot;:[[2025]]},&quot;page&quot;:&quot;172&quot;,&quot;issue&quot;:&quot;2&quot;,&quot;volume&quot;:&quot;8&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3237</Words>
  <Characters>18452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Yepi Puspita</cp:lastModifiedBy>
  <cp:revision>2</cp:revision>
  <cp:lastPrinted>2026-07-28T01:28:00Z</cp:lastPrinted>
  <dcterms:created xsi:type="dcterms:W3CDTF">2026-08-05T08:34:00Z</dcterms:created>
  <dcterms:modified xsi:type="dcterms:W3CDTF">2026-08-05T08:34:00Z</dcterms:modified>
  <cp:category/>
</cp:coreProperties>
</file>